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5b7a06d9a2102c12c476f50a642ac2918dc038"/>
    <w:p>
      <w:pPr>
        <w:pStyle w:val="Heading1"/>
      </w:pPr>
      <w:r>
        <w:rPr>
          <w:b/>
          <w:bCs/>
        </w:rPr>
        <w:t xml:space="preserve">Half the Sky</w:t>
      </w:r>
      <w:r>
        <w:br/>
      </w:r>
      <w:r>
        <w:rPr>
          <w:i/>
          <w:iCs/>
        </w:rPr>
        <w:t xml:space="preserve">Nicholas D. Kristof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long fight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abolition</w:t>
      </w:r>
      <w:r>
        <w:rPr>
          <w:b/>
          <w:bCs/>
        </w:rPr>
        <w:t xml:space="preserve"> </w:t>
      </w:r>
      <w:r>
        <w:rPr>
          <w:b/>
          <w:bCs/>
        </w:rPr>
        <w:t xml:space="preserve">finally achieved its goal in the 19th century.</w:t>
      </w:r>
      <w:r>
        <w:br/>
      </w:r>
      <w:r>
        <w:t xml:space="preserve">    (a) regulating child labor</w:t>
      </w:r>
      <w:r>
        <w:br/>
      </w:r>
      <w:r>
        <w:t xml:space="preserve">    (b) outlawing alcohol</w:t>
      </w:r>
      <w:r>
        <w:br/>
      </w:r>
      <w:r>
        <w:t xml:space="preserve">    (c) ending slavery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Abortion</w:t>
      </w:r>
      <w:r>
        <w:rPr>
          <w:b/>
          <w:bCs/>
        </w:rPr>
        <w:t xml:space="preserve"> </w:t>
      </w:r>
      <w:r>
        <w:rPr>
          <w:b/>
          <w:bCs/>
        </w:rPr>
        <w:t xml:space="preserve">is a highly controversial and divisive issue, with people holding strong opinions on both sides of the debate.</w:t>
      </w:r>
      <w:r>
        <w:br/>
      </w:r>
      <w:r>
        <w:t xml:space="preserve">    (a) intentionally ending pregnancy</w:t>
      </w:r>
      <w:r>
        <w:br/>
      </w:r>
      <w:r>
        <w:t xml:space="preserve">    (b) planned adoption before birth</w:t>
      </w:r>
      <w:r>
        <w:br/>
      </w:r>
      <w:r>
        <w:t xml:space="preserve">    (c) intentionally preventing pregnancy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grow more nervous as the test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approaches</w:t>
      </w:r>
      <w:r>
        <w:rPr>
          <w:b/>
          <w:bCs/>
        </w:rPr>
        <w:t xml:space="preserve">.</w:t>
      </w:r>
      <w:r>
        <w:br/>
      </w:r>
      <w:r>
        <w:t xml:space="preserve">    (a) continues</w:t>
      </w:r>
      <w:r>
        <w:br/>
      </w:r>
      <w:r>
        <w:t xml:space="preserve">    (b) is remembered</w:t>
      </w:r>
      <w:r>
        <w:br/>
      </w:r>
      <w:r>
        <w:t xml:space="preserve">    (c) gets nearer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need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</w:t>
      </w:r>
      <w:r>
        <w:rPr>
          <w:b/>
          <w:bCs/>
        </w:rPr>
        <w:t xml:space="preserve"> </w:t>
      </w:r>
      <w:r>
        <w:rPr>
          <w:b/>
          <w:bCs/>
        </w:rPr>
        <w:t xml:space="preserve">this problem in a new way.</w:t>
      </w:r>
      <w:r>
        <w:br/>
      </w:r>
      <w:r>
        <w:t xml:space="preserve">    (a) avoid</w:t>
      </w:r>
      <w:r>
        <w:br/>
      </w:r>
      <w:r>
        <w:t xml:space="preserve">    (b) assign</w:t>
      </w:r>
      <w:r>
        <w:br/>
      </w:r>
      <w:r>
        <w:t xml:space="preserve">    (c) think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live in Los Angeles yet, but I joined the organization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corresponding</w:t>
      </w:r>
      <w:r>
        <w:rPr>
          <w:b/>
          <w:bCs/>
        </w:rPr>
        <w:t xml:space="preserve"> </w:t>
      </w:r>
      <w:r>
        <w:rPr>
          <w:b/>
          <w:bCs/>
        </w:rPr>
        <w:t xml:space="preserve">member.</w:t>
      </w:r>
      <w:r>
        <w:br/>
      </w:r>
      <w:r>
        <w:t xml:space="preserve">    (a) done from afar</w:t>
      </w:r>
      <w:r>
        <w:br/>
      </w:r>
      <w:r>
        <w:t xml:space="preserve">    (b) founding</w:t>
      </w:r>
      <w:r>
        <w:br/>
      </w:r>
      <w:r>
        <w:t xml:space="preserve">    (c) visiting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correspondent</w:t>
      </w:r>
      <w:r>
        <w:rPr>
          <w:b/>
          <w:bCs/>
        </w:rPr>
        <w:t xml:space="preserve"> </w:t>
      </w:r>
      <w:r>
        <w:rPr>
          <w:b/>
          <w:bCs/>
        </w:rPr>
        <w:t xml:space="preserve">in Iran was kidnapped.</w:t>
      </w:r>
      <w:r>
        <w:br/>
      </w:r>
      <w:r>
        <w:t xml:space="preserve">    (a) witness</w:t>
      </w:r>
      <w:r>
        <w:br/>
      </w:r>
      <w:r>
        <w:t xml:space="preserve">    (b) reporter</w:t>
      </w:r>
      <w:r>
        <w:br/>
      </w:r>
      <w:r>
        <w:t xml:space="preserve">    (c) worker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wrong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discriminate</w:t>
      </w:r>
      <w:r>
        <w:rPr>
          <w:b/>
          <w:bCs/>
        </w:rPr>
        <w:t xml:space="preserve"> </w:t>
      </w:r>
      <w:r>
        <w:rPr>
          <w:b/>
          <w:bCs/>
        </w:rPr>
        <w:t xml:space="preserve">against people because of their race.</w:t>
      </w:r>
      <w:r>
        <w:br/>
      </w:r>
      <w:r>
        <w:t xml:space="preserve">    (a) treat unfairly</w:t>
      </w:r>
      <w:r>
        <w:br/>
      </w:r>
      <w:r>
        <w:t xml:space="preserve">    (b) treat fairly</w:t>
      </w:r>
      <w:r>
        <w:br/>
      </w:r>
      <w:r>
        <w:t xml:space="preserve">    (c) argue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Empirical</w:t>
      </w:r>
      <w:r>
        <w:rPr>
          <w:b/>
          <w:bCs/>
        </w:rPr>
        <w:t xml:space="preserve"> </w:t>
      </w:r>
      <w:r>
        <w:rPr>
          <w:b/>
          <w:bCs/>
        </w:rPr>
        <w:t xml:space="preserve">studies provide inputs for our formulas, but the formulas themselves are largely based upon intuitive values.</w:t>
      </w:r>
      <w:r>
        <w:br/>
      </w:r>
      <w:r>
        <w:t xml:space="preserve">    (a) measured</w:t>
      </w:r>
      <w:r>
        <w:br/>
      </w:r>
      <w:r>
        <w:t xml:space="preserve">    (b) theoretical</w:t>
      </w:r>
      <w:r>
        <w:br/>
      </w:r>
      <w:r>
        <w:t xml:space="preserve">    (c) creative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commission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empowered</w:t>
      </w:r>
      <w:r>
        <w:rPr>
          <w:b/>
          <w:bCs/>
        </w:rPr>
        <w:t xml:space="preserve"> </w:t>
      </w:r>
      <w:r>
        <w:rPr>
          <w:b/>
          <w:bCs/>
        </w:rPr>
        <w:t xml:space="preserve">to redraw voting districts.</w:t>
      </w:r>
      <w:r>
        <w:br/>
      </w:r>
      <w:r>
        <w:t xml:space="preserve">    (a) allowed</w:t>
      </w:r>
      <w:r>
        <w:br/>
      </w:r>
      <w:r>
        <w:t xml:space="preserve">    (b) ordered</w:t>
      </w:r>
      <w:r>
        <w:br/>
      </w:r>
      <w:r>
        <w:t xml:space="preserve">    (c) not allowed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court found the company guilty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gender</w:t>
      </w:r>
      <w:r>
        <w:rPr>
          <w:b/>
          <w:bCs/>
        </w:rPr>
        <w:t xml:space="preserve"> </w:t>
      </w:r>
      <w:r>
        <w:rPr>
          <w:b/>
          <w:bCs/>
        </w:rPr>
        <w:t xml:space="preserve">discrimination.</w:t>
      </w:r>
      <w:r>
        <w:br/>
      </w:r>
      <w:r>
        <w:t xml:space="preserve">    (a) religious</w:t>
      </w:r>
      <w:r>
        <w:br/>
      </w:r>
      <w:r>
        <w:t xml:space="preserve">    (b) male/female/trans</w:t>
      </w:r>
      <w:r>
        <w:br/>
      </w:r>
      <w:r>
        <w:t xml:space="preserve">    (c) race or ethnic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she did not mention him by name, her comments were clearly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implicit</w:t>
      </w:r>
      <w:r>
        <w:rPr>
          <w:b/>
          <w:bCs/>
        </w:rPr>
        <w:t xml:space="preserve"> </w:t>
      </w:r>
      <w:r>
        <w:rPr>
          <w:b/>
          <w:bCs/>
        </w:rPr>
        <w:t xml:space="preserve">criticism of his policies.</w:t>
      </w:r>
      <w:r>
        <w:br/>
      </w:r>
      <w:r>
        <w:t xml:space="preserve">    (a) severe (very intense regarding something bad)</w:t>
      </w:r>
      <w:r>
        <w:br/>
      </w:r>
      <w:r>
        <w:t xml:space="preserve">    (b) dull (uninteresting and unimpactful)</w:t>
      </w:r>
      <w:r>
        <w:br/>
      </w:r>
      <w:r>
        <w:t xml:space="preserve">    (c) understood (without having been directly said)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showed great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initiative</w:t>
      </w:r>
      <w:r>
        <w:rPr>
          <w:b/>
          <w:bCs/>
        </w:rPr>
        <w:t xml:space="preserve"> </w:t>
      </w:r>
      <w:r>
        <w:rPr>
          <w:b/>
          <w:bCs/>
        </w:rPr>
        <w:t xml:space="preserve">by organizing the project without being asked.</w:t>
      </w:r>
      <w:r>
        <w:br/>
      </w:r>
      <w:r>
        <w:t xml:space="preserve">    (a) lengthy hesitation</w:t>
      </w:r>
      <w:r>
        <w:br/>
      </w:r>
      <w:r>
        <w:t xml:space="preserve">    (b) self-starting drive</w:t>
      </w:r>
      <w:r>
        <w:br/>
      </w:r>
      <w:r>
        <w:t xml:space="preserve">    (c) reluctant obedience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will stand to his left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</w:t>
      </w:r>
      <w:r>
        <w:rPr>
          <w:b/>
          <w:bCs/>
        </w:rPr>
        <w:t xml:space="preserve"> </w:t>
      </w:r>
      <w:r>
        <w:rPr>
          <w:b/>
          <w:bCs/>
        </w:rPr>
        <w:t xml:space="preserve">his speech into sign language.</w:t>
      </w:r>
      <w:r>
        <w:br/>
      </w:r>
      <w:r>
        <w:t xml:space="preserve">    (a) translate</w:t>
      </w:r>
      <w:r>
        <w:br/>
      </w:r>
      <w:r>
        <w:t xml:space="preserve">    (b) elaborate upon</w:t>
      </w:r>
      <w:r>
        <w:br/>
      </w:r>
      <w:r>
        <w:t xml:space="preserve">    (c) refute (prove false)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will a court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</w:t>
      </w:r>
      <w:r>
        <w:rPr>
          <w:b/>
          <w:bCs/>
        </w:rPr>
        <w:t xml:space="preserve"> </w:t>
      </w:r>
      <w:r>
        <w:rPr>
          <w:b/>
          <w:bCs/>
        </w:rPr>
        <w:t xml:space="preserve">the word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careless</w:t>
      </w:r>
      <w:r>
        <w:rPr>
          <w:b/>
          <w:bCs/>
        </w:rPr>
        <w:t xml:space="preserve"> </w:t>
      </w:r>
      <w:r>
        <w:rPr>
          <w:b/>
          <w:bCs/>
        </w:rPr>
        <w:t xml:space="preserve">if there is a lawsuit?</w:t>
      </w:r>
      <w:r>
        <w:br/>
      </w:r>
      <w:r>
        <w:t xml:space="preserve">    (a) ignore</w:t>
      </w:r>
      <w:r>
        <w:br/>
      </w:r>
      <w:r>
        <w:t xml:space="preserve">    (b) understand</w:t>
      </w:r>
      <w:r>
        <w:br/>
      </w:r>
      <w:r>
        <w:t xml:space="preserve">    (c) insist 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a licensed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midwife</w:t>
      </w:r>
      <w:r>
        <w:rPr>
          <w:b/>
          <w:bCs/>
        </w:rPr>
        <w:t xml:space="preserve">.</w:t>
      </w:r>
      <w:r>
        <w:br/>
      </w:r>
      <w:r>
        <w:t xml:space="preserve">    (a) not the 1st or most recent wife</w:t>
      </w:r>
      <w:r>
        <w:br/>
      </w:r>
      <w:r>
        <w:t xml:space="preserve">    (b) best friend of a married woman</w:t>
      </w:r>
      <w:r>
        <w:br/>
      </w:r>
      <w:r>
        <w:t xml:space="preserve">    (c) non-doctor who assists in childbirth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wants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obstetrician</w:t>
      </w:r>
      <w:r>
        <w:rPr>
          <w:b/>
          <w:bCs/>
        </w:rPr>
        <w:t xml:space="preserve"> </w:t>
      </w:r>
      <w:r>
        <w:rPr>
          <w:b/>
          <w:bCs/>
        </w:rPr>
        <w:t xml:space="preserve">who is not inclined toward caesarean operations.</w:t>
      </w:r>
      <w:r>
        <w:br/>
      </w:r>
      <w:r>
        <w:t xml:space="preserve">    (a) a doctor for childbirth</w:t>
      </w:r>
      <w:r>
        <w:br/>
      </w:r>
      <w:r>
        <w:t xml:space="preserve">    (b) a doctor for skin issues</w:t>
      </w:r>
      <w:r>
        <w:br/>
      </w:r>
      <w:r>
        <w:t xml:space="preserve">    (c) a doctor for heart care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Volunteering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 </w:t>
      </w:r>
      <w:r>
        <w:rPr>
          <w:b/>
          <w:bCs/>
        </w:rPr>
        <w:t xml:space="preserve">impact on the whole neighborhood.</w:t>
      </w:r>
      <w:r>
        <w:br/>
      </w:r>
      <w:r>
        <w:t xml:space="preserve">    (a) minor and unnoticed</w:t>
      </w:r>
      <w:r>
        <w:br/>
      </w:r>
      <w:r>
        <w:t xml:space="preserve">    (b) good or beneficial</w:t>
      </w:r>
      <w:r>
        <w:br/>
      </w:r>
      <w:r>
        <w:t xml:space="preserve">    (c) harmful or damaging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test for bacterial infection came back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.</w:t>
      </w:r>
      <w:r>
        <w:br/>
      </w:r>
      <w:r>
        <w:t xml:space="preserve">    (a) showing it to be present</w:t>
      </w:r>
      <w:r>
        <w:br/>
      </w:r>
      <w:r>
        <w:t xml:space="preserve">    (b) showing it is improving</w:t>
      </w:r>
      <w:r>
        <w:br/>
      </w:r>
      <w:r>
        <w:t xml:space="preserve">    (c) showing it was avoided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Courage is dangerous without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prudence</w:t>
      </w:r>
      <w:r>
        <w:rPr>
          <w:b/>
          <w:bCs/>
        </w:rPr>
        <w:t xml:space="preserve">.</w:t>
      </w:r>
      <w:r>
        <w:br/>
      </w:r>
      <w:r>
        <w:t xml:space="preserve">    (a) good purpose</w:t>
      </w:r>
      <w:r>
        <w:br/>
      </w:r>
      <w:r>
        <w:t xml:space="preserve">    (b) good sense</w:t>
      </w:r>
      <w:r>
        <w:br/>
      </w:r>
      <w:r>
        <w:t xml:space="preserve">    (c) good support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Susan B. Anthony fought for women's political rights, especially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suffrage</w:t>
      </w:r>
      <w:r>
        <w:rPr>
          <w:b/>
          <w:bCs/>
        </w:rPr>
        <w:t xml:space="preserve">.</w:t>
      </w:r>
      <w:r>
        <w:br/>
      </w:r>
      <w:r>
        <w:t xml:space="preserve">    (a) freedom of expression</w:t>
      </w:r>
      <w:r>
        <w:br/>
      </w:r>
      <w:r>
        <w:t xml:space="preserve">    (b) the right to vote</w:t>
      </w:r>
      <w:r>
        <w:br/>
      </w:r>
      <w:r>
        <w:t xml:space="preserve">    (c) the right to own property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2026-07-31T18:23:42Z</dcterms:created>
  <dcterms:modified xsi:type="dcterms:W3CDTF">2026-07-31T18:23:42Z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