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gym-candy-carl-deuker-vocabulary-preview"/>
    <w:p>
      <w:pPr>
        <w:pStyle w:val="Heading1"/>
      </w:pPr>
      <w:r>
        <w:rPr>
          <w:b/>
          <w:bCs/>
        </w:rPr>
        <w:t xml:space="preserve">Gym Candy</w:t>
      </w:r>
      <w:r>
        <w:br/>
      </w:r>
      <w:r>
        <w:rPr>
          <w:i/>
          <w:iCs/>
        </w:rPr>
        <w:t xml:space="preserve">Carl Deuker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still shaking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adrenaline rush</w:t>
      </w:r>
      <w:r>
        <w:rPr>
          <w:b/>
          <w:bCs/>
        </w:rPr>
        <w:t xml:space="preserve"> </w:t>
      </w:r>
      <w:r>
        <w:rPr>
          <w:b/>
          <w:bCs/>
        </w:rPr>
        <w:t xml:space="preserve">that came with the fright.</w:t>
      </w:r>
      <w:r>
        <w:br/>
      </w:r>
      <w:r>
        <w:t xml:space="preserve">    (a) calming hormone</w:t>
      </w:r>
      <w:r>
        <w:br/>
      </w:r>
      <w:r>
        <w:t xml:space="preserve">    (b) muscle protein</w:t>
      </w:r>
      <w:r>
        <w:br/>
      </w:r>
      <w:r>
        <w:t xml:space="preserve">    (c) fight-or-flight hormone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agile</w:t>
      </w:r>
      <w:r>
        <w:rPr>
          <w:b/>
          <w:bCs/>
        </w:rPr>
        <w:t xml:space="preserve"> </w:t>
      </w:r>
      <w:r>
        <w:rPr>
          <w:b/>
          <w:bCs/>
        </w:rPr>
        <w:t xml:space="preserve">cat leapt from the bookshelf to the windowsill without effort.</w:t>
      </w:r>
      <w:r>
        <w:br/>
      </w:r>
      <w:r>
        <w:t xml:space="preserve">    (a) quick and nimble</w:t>
      </w:r>
      <w:r>
        <w:br/>
      </w:r>
      <w:r>
        <w:t xml:space="preserve">    (b) large and heavy</w:t>
      </w:r>
      <w:r>
        <w:br/>
      </w:r>
      <w:r>
        <w:t xml:space="preserve">    (c) old and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assign</w:t>
      </w:r>
      <w:r>
        <w:br/>
      </w:r>
      <w:r>
        <w:t xml:space="preserve">    (b) avoid</w:t>
      </w:r>
      <w:r>
        <w:br/>
      </w:r>
      <w:r>
        <w:t xml:space="preserve">    (c) think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complained to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congregated</w:t>
      </w:r>
      <w:r>
        <w:rPr>
          <w:b/>
          <w:bCs/>
        </w:rPr>
        <w:t xml:space="preserve"> </w:t>
      </w:r>
      <w:r>
        <w:rPr>
          <w:b/>
          <w:bCs/>
        </w:rPr>
        <w:t xml:space="preserve">outside of City Hall to protest.</w:t>
      </w:r>
      <w:r>
        <w:br/>
      </w:r>
      <w:r>
        <w:t xml:space="preserve">    (a) sat down</w:t>
      </w:r>
      <w:r>
        <w:br/>
      </w:r>
      <w:r>
        <w:t xml:space="preserve">    (b) shouted</w:t>
      </w:r>
      <w:r>
        <w:br/>
      </w:r>
      <w:r>
        <w:t xml:space="preserve">    (c) came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most countries,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is to shake the head to indicate "no", but in Bulgaria that indicates "yes".</w:t>
      </w:r>
      <w:r>
        <w:br/>
      </w:r>
      <w:r>
        <w:t xml:space="preserve">    (a) movement</w:t>
      </w:r>
      <w:r>
        <w:br/>
      </w:r>
      <w:r>
        <w:t xml:space="preserve">    (b) normal behavior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</w:t>
      </w:r>
      <w:r>
        <w:rPr>
          <w:b/>
          <w:bCs/>
        </w:rPr>
        <w:t xml:space="preserve"> </w:t>
      </w:r>
      <w:r>
        <w:rPr>
          <w:b/>
          <w:bCs/>
        </w:rPr>
        <w:t xml:space="preserve">cross-examination until the morning.</w:t>
      </w:r>
      <w:r>
        <w:br/>
      </w:r>
      <w:r>
        <w:t xml:space="preserve">    (a) cancel</w:t>
      </w:r>
      <w:r>
        <w:br/>
      </w:r>
      <w:r>
        <w:t xml:space="preserve">    (b) delay</w:t>
      </w:r>
      <w:r>
        <w:br/>
      </w:r>
      <w:r>
        <w:t xml:space="preserve">    (c) schedule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spun in circles,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delirious</w:t>
      </w:r>
      <w:r>
        <w:rPr>
          <w:b/>
          <w:bCs/>
        </w:rPr>
        <w:t xml:space="preserve"> </w:t>
      </w:r>
      <w:r>
        <w:rPr>
          <w:b/>
          <w:bCs/>
        </w:rPr>
        <w:t xml:space="preserve">with joy.</w:t>
      </w:r>
      <w:r>
        <w:br/>
      </w:r>
      <w:r>
        <w:t xml:space="preserve">    (a) in a state of dizziness or extreme fatigue</w:t>
      </w:r>
      <w:r>
        <w:br/>
      </w:r>
      <w:r>
        <w:t xml:space="preserve">    (b) in a state of having been taken over by excitement or emotion</w:t>
      </w:r>
      <w:r>
        <w:br/>
      </w:r>
      <w:r>
        <w:t xml:space="preserve">    (c) creating a state of embarrassment for those around 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dominates</w:t>
      </w:r>
      <w:r>
        <w:rPr>
          <w:b/>
          <w:bCs/>
        </w:rPr>
        <w:t xml:space="preserve"> </w:t>
      </w:r>
      <w:r>
        <w:rPr>
          <w:b/>
          <w:bCs/>
        </w:rPr>
        <w:t xml:space="preserve">her boyfriend.</w:t>
      </w:r>
      <w:r>
        <w:br/>
      </w:r>
      <w:r>
        <w:t xml:space="preserve">    (a) worships</w:t>
      </w:r>
      <w:r>
        <w:br/>
      </w:r>
      <w:r>
        <w:t xml:space="preserve">    (b) obeys</w:t>
      </w:r>
      <w:r>
        <w:br/>
      </w:r>
      <w:r>
        <w:t xml:space="preserve">    (c) controls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floundered</w:t>
      </w:r>
      <w:r>
        <w:rPr>
          <w:b/>
          <w:bCs/>
        </w:rPr>
        <w:t xml:space="preserve"> </w:t>
      </w:r>
      <w:r>
        <w:rPr>
          <w:b/>
          <w:bCs/>
        </w:rPr>
        <w:t xml:space="preserve">my first week on the job.</w:t>
      </w:r>
      <w:r>
        <w:br/>
      </w:r>
      <w:r>
        <w:t xml:space="preserve">    (a) excelled</w:t>
      </w:r>
      <w:r>
        <w:br/>
      </w:r>
      <w:r>
        <w:t xml:space="preserve">    (b) struggled</w:t>
      </w:r>
      <w:r>
        <w:br/>
      </w:r>
      <w:r>
        <w:t xml:space="preserve">    (c) enjoyed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week,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focusing</w:t>
      </w:r>
      <w:r>
        <w:rPr>
          <w:b/>
          <w:bCs/>
        </w:rPr>
        <w:t xml:space="preserve"> </w:t>
      </w:r>
      <w:r>
        <w:rPr>
          <w:b/>
          <w:bCs/>
        </w:rPr>
        <w:t xml:space="preserve">on finishing my research paper.</w:t>
      </w:r>
      <w:r>
        <w:br/>
      </w:r>
      <w:r>
        <w:t xml:space="preserve">    (a) concentrating</w:t>
      </w:r>
      <w:r>
        <w:br/>
      </w:r>
      <w:r>
        <w:t xml:space="preserve">    (b) depending</w:t>
      </w:r>
      <w:r>
        <w:br/>
      </w:r>
      <w:r>
        <w:t xml:space="preserve">    (c) getting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of this class is classic American Literature.</w:t>
      </w:r>
      <w:r>
        <w:br/>
      </w:r>
      <w:r>
        <w:t xml:space="preserve">    (a) area where attention is concentrated</w:t>
      </w:r>
      <w:r>
        <w:br/>
      </w:r>
      <w:r>
        <w:t xml:space="preserve">    (b) hardest part</w:t>
      </w:r>
      <w:r>
        <w:br/>
      </w:r>
      <w:r>
        <w:t xml:space="preserve">    (c) prerequisite (understanding required to enroll)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glowered</w:t>
      </w:r>
      <w:r>
        <w:rPr>
          <w:b/>
          <w:bCs/>
        </w:rPr>
        <w:t xml:space="preserve"> </w:t>
      </w:r>
      <w:r>
        <w:rPr>
          <w:b/>
          <w:bCs/>
        </w:rPr>
        <w:t xml:space="preserve">at the ref, but she held her tongue.</w:t>
      </w:r>
      <w:r>
        <w:br/>
      </w:r>
      <w:r>
        <w:t xml:space="preserve">    (a) winked happily</w:t>
      </w:r>
      <w:r>
        <w:br/>
      </w:r>
      <w:r>
        <w:t xml:space="preserve">    (b) stared angrily</w:t>
      </w:r>
      <w:r>
        <w:br/>
      </w:r>
      <w:r>
        <w:t xml:space="preserve">    (c) smiled briefly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reviews, so we chose another place.</w:t>
      </w:r>
      <w:r>
        <w:br/>
      </w:r>
      <w:r>
        <w:t xml:space="preserve">    (a) truly excellent</w:t>
      </w:r>
      <w:r>
        <w:br/>
      </w:r>
      <w:r>
        <w:t xml:space="preserve">    (b) only average</w:t>
      </w:r>
      <w:r>
        <w:br/>
      </w:r>
      <w:r>
        <w:t xml:space="preserve">    (c) clearly terrible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away from the city lights where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meteors</w:t>
      </w:r>
      <w:r>
        <w:rPr>
          <w:b/>
          <w:bCs/>
        </w:rPr>
        <w:t xml:space="preserve"> </w:t>
      </w:r>
      <w:r>
        <w:rPr>
          <w:b/>
          <w:bCs/>
        </w:rPr>
        <w:t xml:space="preserve">are easier to see.</w:t>
      </w:r>
      <w:r>
        <w:br/>
      </w:r>
      <w:r>
        <w:t xml:space="preserve">    (a) shooting stars</w:t>
      </w:r>
      <w:r>
        <w:br/>
      </w:r>
      <w:r>
        <w:t xml:space="preserve">    (b) tall trees</w:t>
      </w:r>
      <w:r>
        <w:br/>
      </w:r>
      <w:r>
        <w:t xml:space="preserve">    (c) low clouds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reading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, choose the best answer to each question.</w:t>
      </w:r>
      <w:r>
        <w:br/>
      </w:r>
      <w:r>
        <w:t xml:space="preserve">    (a) short part of a longer work</w:t>
      </w:r>
      <w:r>
        <w:br/>
      </w:r>
      <w:r>
        <w:t xml:space="preserve">    (b) route to get somewhere</w:t>
      </w:r>
      <w:r>
        <w:br/>
      </w:r>
      <w:r>
        <w:t xml:space="preserve">    (c) article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said it was a mild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sprain</w:t>
      </w:r>
      <w:r>
        <w:rPr>
          <w:b/>
          <w:bCs/>
        </w:rPr>
        <w:t xml:space="preserve"> </w:t>
      </w:r>
      <w:r>
        <w:rPr>
          <w:b/>
          <w:bCs/>
        </w:rPr>
        <w:t xml:space="preserve">and didn’t require a cast—just rest and ice.</w:t>
      </w:r>
      <w:r>
        <w:br/>
      </w:r>
      <w:r>
        <w:t xml:space="preserve">    (a) twisted joint injury</w:t>
      </w:r>
      <w:r>
        <w:br/>
      </w:r>
      <w:r>
        <w:t xml:space="preserve">    (b) minor skin scratch</w:t>
      </w:r>
      <w:r>
        <w:br/>
      </w:r>
      <w:r>
        <w:t xml:space="preserve">    (c) broken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</w:t>
      </w:r>
      <w:r>
        <w:rPr>
          <w:b/>
          <w:bCs/>
        </w:rPr>
        <w:t xml:space="preserve"> </w:t>
      </w:r>
      <w:r>
        <w:rPr>
          <w:b/>
          <w:bCs/>
        </w:rPr>
        <w:t xml:space="preserve">I use for dealing with anger is to wait ten seconds before responding.</w:t>
      </w:r>
      <w:r>
        <w:br/>
      </w:r>
      <w:r>
        <w:t xml:space="preserve">    (a) habit</w:t>
      </w:r>
      <w:r>
        <w:br/>
      </w:r>
      <w:r>
        <w:t xml:space="preserve">    (b) solution to anger</w:t>
      </w:r>
      <w:r>
        <w:br/>
      </w:r>
      <w:r>
        <w:t xml:space="preserve">    (c) way of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McDonald's menu options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by location.</w:t>
      </w:r>
      <w:r>
        <w:br/>
      </w:r>
      <w:r>
        <w:t xml:space="preserve">    (a) are different</w:t>
      </w:r>
      <w:r>
        <w:br/>
      </w:r>
      <w:r>
        <w:t xml:space="preserve">    (b) are consistent</w:t>
      </w:r>
      <w:r>
        <w:br/>
      </w:r>
      <w:r>
        <w:t xml:space="preserve">    (c) are known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added</w:t>
      </w:r>
      <w:r>
        <w:br/>
      </w:r>
      <w:r>
        <w:t xml:space="preserve">    (b) produced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2026-07-31T18:35:19Z</dcterms:created>
  <dcterms:modified xsi:type="dcterms:W3CDTF">2026-07-31T18:35:19Z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