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34ca99f3c42ace21332468fee544bda5e2a77cc"/>
    <w:p>
      <w:pPr>
        <w:pStyle w:val="Heading1"/>
      </w:pPr>
      <w:r>
        <w:rPr>
          <w:b/>
          <w:bCs/>
        </w:rPr>
        <w:t xml:space="preserve">Gym Candy</w:t>
      </w:r>
      <w:r>
        <w:br/>
      </w:r>
      <w:r>
        <w:rPr>
          <w:i/>
          <w:iCs/>
        </w:rPr>
        <w:t xml:space="preserve">Carl Deuker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sprained</w:t>
      </w:r>
      <w:r>
        <w:rPr>
          <w:b/>
          <w:bCs/>
        </w:rPr>
        <w:t xml:space="preserve"> </w:t>
      </w:r>
      <w:r>
        <w:rPr>
          <w:b/>
          <w:bCs/>
        </w:rPr>
        <w:t xml:space="preserve">my ankle.</w:t>
      </w:r>
      <w:r>
        <w:br/>
      </w:r>
      <w:r>
        <w:t xml:space="preserve">    (a) corrupted or seduced from virtue, duty, or allegiance  OR  excessively drank, engaged in casual sex, and/or drug abuse while partying</w:t>
      </w:r>
      <w:r>
        <w:br/>
      </w:r>
      <w:r>
        <w:t xml:space="preserve">    (b) injured the ligaments of a joint by stretching them too far (ligaments are the tough, fibrous bands that connect bones across joints)</w:t>
      </w:r>
      <w:r>
        <w:br/>
      </w:r>
      <w:r>
        <w:t xml:space="preserve">    (c) a structural form (rigid, web-like assembly of smaller, usually triangular members) that supports a roof, bridge or other structure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Rooney would see,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glower</w:t>
      </w:r>
      <w:r>
        <w:rPr>
          <w:b/>
          <w:bCs/>
        </w:rPr>
        <w:t xml:space="preserve">, but what could he do? I was his best running back.</w:t>
      </w:r>
      <w:r>
        <w:br/>
      </w:r>
      <w:r>
        <w:t xml:space="preserve">    (a) stare angrily</w:t>
      </w:r>
      <w:r>
        <w:br/>
      </w:r>
      <w:r>
        <w:t xml:space="preserve">    (b) stop fighting</w:t>
      </w:r>
      <w:r>
        <w:br/>
      </w:r>
      <w:r>
        <w:t xml:space="preserve">    (c) make possible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that he still gave me advice 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technique</w:t>
      </w:r>
      <w:r>
        <w:rPr>
          <w:b/>
          <w:bCs/>
        </w:rPr>
        <w:t xml:space="preserve"> </w:t>
      </w:r>
      <w:r>
        <w:rPr>
          <w:b/>
          <w:bCs/>
        </w:rPr>
        <w:t xml:space="preserve">and strategy, and we still tossed the ball around the park, though we didn't do that as much.</w:t>
      </w:r>
      <w:r>
        <w:br/>
      </w:r>
      <w:r>
        <w:t xml:space="preserve">    (a) not easily set on fire</w:t>
      </w:r>
      <w:r>
        <w:br/>
      </w:r>
      <w:r>
        <w:t xml:space="preserve">    (b) surrounding conditions</w:t>
      </w:r>
      <w:r>
        <w:br/>
      </w:r>
      <w:r>
        <w:t xml:space="preserve">    (c) way of doing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Both defenses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dominated</w:t>
      </w:r>
      <w:r>
        <w:rPr>
          <w:b/>
          <w:bCs/>
        </w:rPr>
        <w:t xml:space="preserve"> </w:t>
      </w:r>
      <w:r>
        <w:rPr>
          <w:b/>
          <w:bCs/>
        </w:rPr>
        <w:t xml:space="preserve">throughout the first quarter and into the second, but just before halftime, Foothill marched down the field as if they were playing a middle school team.</w:t>
      </w:r>
      <w:r>
        <w:br/>
      </w:r>
      <w:r>
        <w:t xml:space="preserve">    (a) tried to obtain a result through gentle and careful effort -- often gently persuaded</w:t>
      </w:r>
      <w:r>
        <w:br/>
      </w:r>
      <w:r>
        <w:t xml:space="preserve">    (b) did not vote  OR  did not drink alcohol  OR  (more rarely) did not do something else</w:t>
      </w:r>
      <w:r>
        <w:br/>
      </w:r>
      <w:r>
        <w:t xml:space="preserve">    (c) controlled; or were most influential or powerful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supposed to be a game between the two best teams in the state, but Rogers seemed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mediocre</w:t>
      </w:r>
      <w:r>
        <w:rPr>
          <w:b/>
          <w:bCs/>
        </w:rPr>
        <w:t xml:space="preserve">.</w:t>
      </w:r>
      <w:r>
        <w:br/>
      </w:r>
      <w:r>
        <w:t xml:space="preserve">    (a) without purpose, job, or natural activity</w:t>
      </w:r>
      <w:r>
        <w:br/>
      </w:r>
      <w:r>
        <w:t xml:space="preserve">    (b) average or a bit below average in quality</w:t>
      </w:r>
      <w:r>
        <w:br/>
      </w:r>
      <w:r>
        <w:t xml:space="preserve">    (c) unable or difficult to meet and talk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floundered</w:t>
      </w:r>
      <w:r>
        <w:rPr>
          <w:b/>
          <w:bCs/>
        </w:rPr>
        <w:t xml:space="preserve"> </w:t>
      </w:r>
      <w:r>
        <w:rPr>
          <w:b/>
          <w:bCs/>
        </w:rPr>
        <w:t xml:space="preserve">around until one of the clerks, a tall guy with a blond ponytail, came over.</w:t>
      </w:r>
      <w:r>
        <w:br/>
      </w:r>
      <w:r>
        <w:t xml:space="preserve">    (a) persuaded someone to want something (often sex or love) by tempting with something desired</w:t>
      </w:r>
      <w:r>
        <w:br/>
      </w:r>
      <w:r>
        <w:t xml:space="preserve">    (b) had difficulty -- such as not knowing what to do</w:t>
      </w:r>
      <w:r>
        <w:br/>
      </w:r>
      <w:r>
        <w:t xml:space="preserve">    (c) (verb) created, started, settled, or set in a place  OR  (adjective) existing, or familiar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Kaylee wasn't the only person who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approached</w:t>
      </w:r>
      <w:r>
        <w:rPr>
          <w:b/>
          <w:bCs/>
        </w:rPr>
        <w:t xml:space="preserve"> </w:t>
      </w:r>
      <w:r>
        <w:rPr>
          <w:b/>
          <w:bCs/>
        </w:rPr>
        <w:t xml:space="preserve">me that day.</w:t>
      </w:r>
      <w:r>
        <w:br/>
      </w:r>
      <w:r>
        <w:t xml:space="preserve">    (a) began talking with</w:t>
      </w:r>
      <w:r>
        <w:br/>
      </w:r>
      <w:r>
        <w:t xml:space="preserve">    (b) thought carefully and made a judgment about</w:t>
      </w:r>
      <w:r>
        <w:br/>
      </w:r>
      <w:r>
        <w:t xml:space="preserve">    (c) concentrated, look at, or paid attention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week I took a different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approach</w:t>
      </w:r>
      <w:r>
        <w:rPr>
          <w:b/>
          <w:bCs/>
        </w:rPr>
        <w:t xml:space="preserve">. I did everything I could to conserve my energy, to save every ounce of strength for the game.</w:t>
      </w:r>
      <w:r>
        <w:br/>
      </w:r>
      <w:r>
        <w:t xml:space="preserve">    (a) change the direction of something or the purpose for which it is used</w:t>
      </w:r>
      <w:r>
        <w:br/>
      </w:r>
      <w:r>
        <w:t xml:space="preserve">    (b) to stick out, attract more attention than desired, or impose on others</w:t>
      </w:r>
      <w:r>
        <w:br/>
      </w:r>
      <w:r>
        <w:t xml:space="preserve">    (c) technique (way of doing something)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days of the week were written across the top of each page. Underneath were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focus</w:t>
      </w:r>
      <w:r>
        <w:rPr>
          <w:b/>
          <w:bCs/>
        </w:rPr>
        <w:t xml:space="preserve"> </w:t>
      </w:r>
      <w:r>
        <w:rPr>
          <w:b/>
          <w:bCs/>
        </w:rPr>
        <w:t xml:space="preserve">muscle groups. And underneath that he'd listed the specific lifts I was to do along with the reps.</w:t>
      </w:r>
      <w:r>
        <w:br/>
      </w:r>
      <w:r>
        <w:t xml:space="preserve">    (a) calculating or judging too high</w:t>
      </w:r>
      <w:r>
        <w:br/>
      </w:r>
      <w:r>
        <w:t xml:space="preserve">    (b) where attention is concentrated</w:t>
      </w:r>
      <w:r>
        <w:br/>
      </w:r>
      <w:r>
        <w:t xml:space="preserve">    (c) the ability to take on or adopt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linebackers were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focused</w:t>
      </w:r>
      <w:r>
        <w:rPr>
          <w:b/>
          <w:bCs/>
        </w:rPr>
        <w:t xml:space="preserve"> </w:t>
      </w:r>
      <w:r>
        <w:rPr>
          <w:b/>
          <w:bCs/>
        </w:rPr>
        <w:t xml:space="preserve">on me that they had all come up, leaving our tight end wide open over the middle.</w:t>
      </w:r>
      <w:r>
        <w:br/>
      </w:r>
      <w:r>
        <w:t xml:space="preserve">    (a) began speaking with someone about something</w:t>
      </w:r>
      <w:r>
        <w:br/>
      </w:r>
      <w:r>
        <w:t xml:space="preserve">    (b) thought carefully and made a judgment about</w:t>
      </w:r>
      <w:r>
        <w:br/>
      </w:r>
      <w:r>
        <w:t xml:space="preserve">    (c) concentrating (on one thing and not paying attention to other things)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varies</w:t>
      </w:r>
      <w:r>
        <w:rPr>
          <w:b/>
          <w:bCs/>
        </w:rPr>
        <w:t xml:space="preserve"> </w:t>
      </w:r>
      <w:r>
        <w:rPr>
          <w:b/>
          <w:bCs/>
        </w:rPr>
        <w:t xml:space="preserve">from person to person.</w:t>
      </w:r>
      <w:r>
        <w:br/>
      </w:r>
      <w:r>
        <w:t xml:space="preserve">    (a) shows or represents</w:t>
      </w:r>
      <w:r>
        <w:br/>
      </w:r>
      <w:r>
        <w:t xml:space="preserve">    (b) predicts or reveals</w:t>
      </w:r>
      <w:r>
        <w:br/>
      </w:r>
      <w:r>
        <w:t xml:space="preserve">    (c) differs; or changes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Like you're two seconds faster in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agility</w:t>
      </w:r>
      <w:r>
        <w:rPr>
          <w:b/>
          <w:bCs/>
        </w:rPr>
        <w:t xml:space="preserve"> </w:t>
      </w:r>
      <w:r>
        <w:rPr>
          <w:b/>
          <w:bCs/>
        </w:rPr>
        <w:t xml:space="preserve">drill.</w:t>
      </w:r>
      <w:r>
        <w:br/>
      </w:r>
      <w:r>
        <w:t xml:space="preserve">    (a) ability to move well quickly and easily</w:t>
      </w:r>
      <w:r>
        <w:br/>
      </w:r>
      <w:r>
        <w:t xml:space="preserve">    (b) an unsettled state of mind (nervous or uncomfortable)</w:t>
      </w:r>
      <w:r>
        <w:br/>
      </w:r>
      <w:r>
        <w:t xml:space="preserve">    (c) a power plant that produces energy by splitting atoms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he finished, the guys turned and started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congregate</w:t>
      </w:r>
      <w:r>
        <w:rPr>
          <w:b/>
          <w:bCs/>
        </w:rPr>
        <w:t xml:space="preserve"> </w:t>
      </w:r>
      <w:r>
        <w:rPr>
          <w:b/>
          <w:bCs/>
        </w:rPr>
        <w:t xml:space="preserve">at the mouth of the tunnel, their voices alive with excitement.</w:t>
      </w:r>
      <w:r>
        <w:br/>
      </w:r>
      <w:r>
        <w:t xml:space="preserve">    (a) include consideration of</w:t>
      </w:r>
      <w:r>
        <w:br/>
      </w:r>
      <w:r>
        <w:t xml:space="preserve">    (b) come together</w:t>
      </w:r>
      <w:r>
        <w:br/>
      </w:r>
      <w:r>
        <w:t xml:space="preserve">    (c) struggle or disagreement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Woodinville won the toss, but 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deferred</w:t>
      </w:r>
      <w:r>
        <w:rPr>
          <w:b/>
          <w:bCs/>
        </w:rPr>
        <w:t xml:space="preserve">, which meant we'd have the ball first.</w:t>
      </w:r>
      <w:r>
        <w:br/>
      </w:r>
      <w:r>
        <w:t xml:space="preserve">    (a) postponed</w:t>
      </w:r>
      <w:r>
        <w:br/>
      </w:r>
      <w:r>
        <w:t xml:space="preserve">    (b) changed</w:t>
      </w:r>
      <w:r>
        <w:br/>
      </w:r>
      <w:r>
        <w:t xml:space="preserve">    (c) forgave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we stayed back in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conventional</w:t>
      </w:r>
      <w:r>
        <w:rPr>
          <w:b/>
          <w:bCs/>
        </w:rPr>
        <w:t xml:space="preserve"> </w:t>
      </w:r>
      <w:r>
        <w:rPr>
          <w:b/>
          <w:bCs/>
        </w:rPr>
        <w:t xml:space="preserve">defense, their running backs nickel-and-dimed us to death.</w:t>
      </w:r>
      <w:r>
        <w:br/>
      </w:r>
      <w:r>
        <w:t xml:space="preserve">    (a) able to challenge</w:t>
      </w:r>
      <w:r>
        <w:br/>
      </w:r>
      <w:r>
        <w:t xml:space="preserve">    (b) normal or typical</w:t>
      </w:r>
      <w:r>
        <w:br/>
      </w:r>
      <w:r>
        <w:t xml:space="preserve">    (c) complete or total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had come like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meteor</w:t>
      </w:r>
      <w:r>
        <w:rPr>
          <w:b/>
          <w:bCs/>
        </w:rPr>
        <w:t xml:space="preserve"> </w:t>
      </w:r>
      <w:r>
        <w:rPr>
          <w:b/>
          <w:bCs/>
        </w:rPr>
        <w:t xml:space="preserve">falling from the sky.</w:t>
      </w:r>
      <w:r>
        <w:br/>
      </w:r>
      <w:r>
        <w:t xml:space="preserve">    (a) a solar flare</w:t>
      </w:r>
      <w:r>
        <w:br/>
      </w:r>
      <w:r>
        <w:t xml:space="preserve">    (b) a streak of light in the sky caused by a small space rock burning up in Earth’s atmosphere</w:t>
      </w:r>
      <w:r>
        <w:br/>
      </w:r>
      <w:r>
        <w:t xml:space="preserve">    (c) a large space rock with an irregular orbit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Before every game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adrenaline</w:t>
      </w:r>
      <w:r>
        <w:rPr>
          <w:b/>
          <w:bCs/>
        </w:rPr>
        <w:t xml:space="preserve"> </w:t>
      </w:r>
      <w:r>
        <w:rPr>
          <w:b/>
          <w:bCs/>
        </w:rPr>
        <w:t xml:space="preserve">flows, but this game was like no other.</w:t>
      </w:r>
      <w:r>
        <w:br/>
      </w:r>
      <w:r>
        <w:t xml:space="preserve">    (a) the branch of geology that studies rocks</w:t>
      </w:r>
      <w:r>
        <w:br/>
      </w:r>
      <w:r>
        <w:t xml:space="preserve">    (b) “fight or flight” stimulating hormone that excites the body and prepares it for action</w:t>
      </w:r>
      <w:r>
        <w:br/>
      </w:r>
      <w:r>
        <w:t xml:space="preserve">    (c) declaration of invalidity; or cancelation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Foothill's band was playing their fight song over and over; their fans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delirious</w:t>
      </w:r>
      <w:r>
        <w:rPr>
          <w:b/>
          <w:bCs/>
        </w:rPr>
        <w:t xml:space="preserve">; their entire team had poured into the end zone to swarm the cornerback who'd scored the touchdown.</w:t>
      </w:r>
      <w:r>
        <w:br/>
      </w:r>
      <w:r>
        <w:t xml:space="preserve">    (a) extremely happy and excited</w:t>
      </w:r>
      <w:r>
        <w:br/>
      </w:r>
      <w:r>
        <w:t xml:space="preserve">    (b) relating separately to the people or things just mentioned</w:t>
      </w:r>
      <w:r>
        <w:br/>
      </w:r>
      <w:r>
        <w:t xml:space="preserve">    (c) in a manner of accepting something as true (without proof)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a split second we were both frozen, both straining, neither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yielding</w:t>
      </w:r>
      <w:r>
        <w:rPr>
          <w:b/>
          <w:bCs/>
        </w:rPr>
        <w:t xml:space="preserve">.</w:t>
      </w:r>
      <w:r>
        <w:br/>
      </w:r>
      <w:r>
        <w:t xml:space="preserve">    (a) giving in</w:t>
      </w:r>
      <w:r>
        <w:br/>
      </w:r>
      <w:r>
        <w:t xml:space="preserve">    (b) showing, demonstrating, determining, or causing acceptance</w:t>
      </w:r>
      <w:r>
        <w:br/>
      </w:r>
      <w:r>
        <w:t xml:space="preserve">    (c) placing trust (in someone) by talking about private things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"Sometimes when I'm feeling lost," she said as she handed it to me, "I'll open the book and read and before long I'll find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passage</w:t>
      </w:r>
      <w:r>
        <w:rPr>
          <w:b/>
          <w:bCs/>
        </w:rPr>
        <w:t xml:space="preserve"> </w:t>
      </w:r>
      <w:r>
        <w:rPr>
          <w:b/>
          <w:bCs/>
        </w:rPr>
        <w:t xml:space="preserve">that will comfort me."</w:t>
      </w:r>
      <w:r>
        <w:br/>
      </w:r>
      <w:r>
        <w:t xml:space="preserve">    (a) dense, rainy forest with many species</w:t>
      </w:r>
      <w:r>
        <w:br/>
      </w:r>
      <w:r>
        <w:t xml:space="preserve">    (b) the act of stopping a battle or fight</w:t>
      </w:r>
      <w:r>
        <w:br/>
      </w:r>
      <w:r>
        <w:t xml:space="preserve">    (c) a short part of a longer written work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2026-07-31T18:35:19Z</dcterms:created>
  <dcterms:modified xsi:type="dcterms:W3CDTF">2026-07-31T18:35:19Z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