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67d55a85069c6ef61c0b5b55a4af174e19d7a0"/>
    <w:p>
      <w:pPr>
        <w:pStyle w:val="Heading1"/>
      </w:pPr>
      <w:r>
        <w:rPr>
          <w:b/>
          <w:bCs/>
        </w:rPr>
        <w:t xml:space="preserve">Gulliver's Travels</w:t>
      </w:r>
      <w:r>
        <w:br/>
      </w:r>
      <w:r>
        <w:rPr>
          <w:i/>
          <w:iCs/>
        </w:rPr>
        <w:t xml:space="preserve">Jonathan Swift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Privacy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advocates</w:t>
      </w:r>
      <w:r>
        <w:rPr>
          <w:b/>
          <w:bCs/>
        </w:rPr>
        <w:t xml:space="preserve"> </w:t>
      </w:r>
      <w:r>
        <w:rPr>
          <w:b/>
          <w:bCs/>
        </w:rPr>
        <w:t xml:space="preserve">want the law changed.</w:t>
      </w:r>
      <w:r>
        <w:br/>
      </w:r>
      <w:r>
        <w:t xml:space="preserve">    (a) supporters</w:t>
      </w:r>
      <w:r>
        <w:br/>
      </w:r>
      <w:r>
        <w:t xml:space="preserve">    (b) opponents</w:t>
      </w:r>
      <w:r>
        <w:br/>
      </w:r>
      <w:r>
        <w:t xml:space="preserve">    (c) sufferers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needs a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</w:t>
      </w:r>
      <w:r>
        <w:rPr>
          <w:b/>
          <w:bCs/>
        </w:rPr>
        <w:t xml:space="preserve"> </w:t>
      </w:r>
      <w:r>
        <w:rPr>
          <w:b/>
          <w:bCs/>
        </w:rPr>
        <w:t xml:space="preserve">to represent them in trial in Scotland.</w:t>
      </w:r>
      <w:r>
        <w:br/>
      </w:r>
      <w:r>
        <w:t xml:space="preserve">    (a) expert witness</w:t>
      </w:r>
      <w:r>
        <w:br/>
      </w:r>
      <w:r>
        <w:t xml:space="preserve">    (b) sympathetic witness</w:t>
      </w:r>
      <w:r>
        <w:br/>
      </w:r>
      <w:r>
        <w:t xml:space="preserve">    (c) lawyer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like Twitter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.</w:t>
      </w:r>
      <w:r>
        <w:br/>
      </w:r>
      <w:r>
        <w:t xml:space="preserve">    (a) varied texts</w:t>
      </w:r>
      <w:r>
        <w:br/>
      </w:r>
      <w:r>
        <w:t xml:space="preserve">    (b) short texts</w:t>
      </w:r>
      <w:r>
        <w:br/>
      </w:r>
      <w:r>
        <w:t xml:space="preserve">    (c) clever texts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result</w:t>
      </w:r>
      <w:r>
        <w:br/>
      </w:r>
      <w:r>
        <w:t xml:space="preserve">    (c) unimportant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harmful</w:t>
      </w:r>
      <w:r>
        <w:br/>
      </w:r>
      <w:r>
        <w:t xml:space="preserve">    (b) important</w:t>
      </w:r>
      <w:r>
        <w:br/>
      </w:r>
      <w:r>
        <w:t xml:space="preserve">    (c) unethical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accept</w:t>
      </w:r>
      <w:r>
        <w:br/>
      </w:r>
      <w:r>
        <w:t xml:space="preserve">    (b) understand</w:t>
      </w:r>
      <w:r>
        <w:br/>
      </w:r>
      <w:r>
        <w:t xml:space="preserve">    (c) express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hired a carriage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us to the city.</w:t>
      </w:r>
      <w:r>
        <w:br/>
      </w:r>
      <w:r>
        <w:t xml:space="preserve">    (a) explain</w:t>
      </w:r>
      <w:r>
        <w:br/>
      </w:r>
      <w:r>
        <w:t xml:space="preserve">    (b) transport</w:t>
      </w:r>
      <w:r>
        <w:br/>
      </w:r>
      <w:r>
        <w:t xml:space="preserve">    (c) give service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voice</w:t>
      </w:r>
      <w:r>
        <w:br/>
      </w:r>
      <w:r>
        <w:t xml:space="preserve">    (c) a method of counting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provide funds for</w:t>
      </w:r>
      <w:r>
        <w:br/>
      </w:r>
      <w:r>
        <w:t xml:space="preserve">    (b) show favor for</w:t>
      </w:r>
      <w:r>
        <w:br/>
      </w:r>
      <w:r>
        <w:t xml:space="preserve">    (c) discourage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a tight deadline, but the entire company is at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disposal</w:t>
      </w:r>
      <w:r>
        <w:rPr>
          <w:b/>
          <w:bCs/>
        </w:rPr>
        <w:t xml:space="preserve">.</w:t>
      </w:r>
      <w:r>
        <w:br/>
      </w:r>
      <w:r>
        <w:t xml:space="preserve">    (a) mercy</w:t>
      </w:r>
      <w:r>
        <w:br/>
      </w:r>
      <w:r>
        <w:t xml:space="preserve">    (b) command</w:t>
      </w:r>
      <w:r>
        <w:br/>
      </w:r>
      <w:r>
        <w:t xml:space="preserve">    (c) office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that country, you are unlikely to find an official who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disposed</w:t>
      </w:r>
      <w:r>
        <w:rPr>
          <w:b/>
          <w:bCs/>
        </w:rPr>
        <w:t xml:space="preserve"> </w:t>
      </w:r>
      <w:r>
        <w:rPr>
          <w:b/>
          <w:bCs/>
        </w:rPr>
        <w:t xml:space="preserve">to help you unless you offer a bribe.</w:t>
      </w:r>
      <w:r>
        <w:br/>
      </w:r>
      <w:r>
        <w:t xml:space="preserve">    (a) inclined</w:t>
      </w:r>
      <w:r>
        <w:br/>
      </w:r>
      <w:r>
        <w:t xml:space="preserve">    (b) able</w:t>
      </w:r>
      <w:r>
        <w:br/>
      </w:r>
      <w:r>
        <w:t xml:space="preserve">    (c) ordered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We'll see if her cheerful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continues when she's tired and under stress.</w:t>
      </w:r>
      <w:r>
        <w:br/>
      </w:r>
      <w:r>
        <w:t xml:space="preserve">    (a) personality</w:t>
      </w:r>
      <w:r>
        <w:br/>
      </w:r>
      <w:r>
        <w:t xml:space="preserve">    (b) generosity</w:t>
      </w:r>
      <w:r>
        <w:br/>
      </w:r>
      <w:r>
        <w:t xml:space="preserve">    (c) team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troops done in a strategic manner?</w:t>
      </w:r>
      <w:r>
        <w:br/>
      </w:r>
      <w:r>
        <w:t xml:space="preserve">    (a) positioning</w:t>
      </w:r>
      <w:r>
        <w:br/>
      </w:r>
      <w:r>
        <w:t xml:space="preserve">    (b) withdrawal</w:t>
      </w:r>
      <w:r>
        <w:br/>
      </w:r>
      <w:r>
        <w:t xml:space="preserve">    (c) training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financial loan</w:t>
      </w:r>
      <w:r>
        <w:br/>
      </w:r>
      <w:r>
        <w:t xml:space="preserve">    (c) family concerns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elaborate upon</w:t>
      </w:r>
      <w:r>
        <w:br/>
      </w:r>
      <w:r>
        <w:t xml:space="preserve">    (b) refute (prove false)</w:t>
      </w:r>
      <w:r>
        <w:br/>
      </w:r>
      <w:r>
        <w:t xml:space="preserve">    (c) translate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a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careless</w:t>
      </w:r>
      <w:r>
        <w:rPr>
          <w:b/>
          <w:bCs/>
        </w:rPr>
        <w:t xml:space="preserve"> </w:t>
      </w:r>
      <w:r>
        <w:rPr>
          <w:b/>
          <w:bCs/>
        </w:rPr>
        <w:t xml:space="preserve">if there is a lawsuit?</w:t>
      </w:r>
      <w:r>
        <w:br/>
      </w:r>
      <w:r>
        <w:t xml:space="preserve">    (a) understand</w:t>
      </w:r>
      <w:r>
        <w:br/>
      </w:r>
      <w:r>
        <w:t xml:space="preserve">    (b) insist on</w:t>
      </w:r>
      <w:r>
        <w:br/>
      </w:r>
      <w:r>
        <w:t xml:space="preserve">    (c)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 has become a 21st century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metropolis</w:t>
      </w:r>
      <w:r>
        <w:rPr>
          <w:b/>
          <w:bCs/>
        </w:rPr>
        <w:t xml:space="preserve">.</w:t>
      </w:r>
      <w:r>
        <w:br/>
      </w:r>
      <w:r>
        <w:t xml:space="preserve">    (a) small village</w:t>
      </w:r>
      <w:r>
        <w:br/>
      </w:r>
      <w:r>
        <w:t xml:space="preserve">    (b) rural area</w:t>
      </w:r>
      <w:r>
        <w:br/>
      </w:r>
      <w:r>
        <w:t xml:space="preserve">    (c) large 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devious</w:t>
      </w:r>
      <w:r>
        <w:br/>
      </w:r>
      <w:r>
        <w:t xml:space="preserve">    (b) harmful and hidden</w:t>
      </w:r>
      <w:r>
        <w:br/>
      </w:r>
      <w:r>
        <w:t xml:space="preserve">    (c) extremely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firmly decided</w:t>
      </w:r>
      <w:r>
        <w:br/>
      </w:r>
      <w:r>
        <w:t xml:space="preserve">    (b) was forced</w:t>
      </w:r>
      <w:r>
        <w:br/>
      </w:r>
      <w:r>
        <w:t xml:space="preserve">    (c) was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optimism</w:t>
      </w:r>
      <w:r>
        <w:br/>
      </w:r>
      <w:r>
        <w:t xml:space="preserve">    (b) ability</w:t>
      </w:r>
      <w:r>
        <w:br/>
      </w:r>
      <w:r>
        <w:t xml:space="preserve">    (c) determination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2026-07-31T14:36:54Z</dcterms:created>
  <dcterms:modified xsi:type="dcterms:W3CDTF">2026-07-31T14:36:54Z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