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6d0e7b7cf229f773246235ecea49c6661b00b8a"/>
    <w:p>
      <w:pPr>
        <w:pStyle w:val="Heading1"/>
      </w:pPr>
      <w:r>
        <w:rPr>
          <w:b/>
          <w:bCs/>
        </w:rPr>
        <w:t xml:space="preserve">Gulliver's Travels</w:t>
      </w:r>
      <w:r>
        <w:br/>
      </w:r>
      <w:r>
        <w:rPr>
          <w:i/>
          <w:iCs/>
        </w:rPr>
        <w:t xml:space="preserve">Jonathan Swift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whereupon I rose up, with as melancholy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disposition</w:t>
      </w:r>
      <w:r>
        <w:rPr>
          <w:b/>
          <w:bCs/>
        </w:rPr>
        <w:t xml:space="preserve"> </w:t>
      </w:r>
      <w:r>
        <w:rPr>
          <w:b/>
          <w:bCs/>
        </w:rPr>
        <w:t xml:space="preserve">as ever I had in my life.</w:t>
      </w:r>
      <w:r>
        <w:br/>
      </w:r>
      <w:r>
        <w:t xml:space="preserve">    (a) someone who is intolerant and prejudiced</w:t>
      </w:r>
      <w:r>
        <w:br/>
      </w:r>
      <w:r>
        <w:t xml:space="preserve">    (b) mood</w:t>
      </w:r>
      <w:r>
        <w:br/>
      </w:r>
      <w:r>
        <w:t xml:space="preserve">    (c) dreamlike state of altered consciousness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giving them a sudden turn, the whole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disposition</w:t>
      </w:r>
      <w:r>
        <w:rPr>
          <w:b/>
          <w:bCs/>
        </w:rPr>
        <w:t xml:space="preserve"> </w:t>
      </w:r>
      <w:r>
        <w:rPr>
          <w:b/>
          <w:bCs/>
        </w:rPr>
        <w:t xml:space="preserve">of the words was entirely changed.</w:t>
      </w:r>
      <w:r>
        <w:br/>
      </w:r>
      <w:r>
        <w:t xml:space="preserve">    (a) an order issued by a court or judicial officer</w:t>
      </w:r>
      <w:r>
        <w:br/>
      </w:r>
      <w:r>
        <w:t xml:space="preserve">    (b) the main building (or buildings) of government</w:t>
      </w:r>
      <w:r>
        <w:br/>
      </w:r>
      <w:r>
        <w:t xml:space="preserve">    (c) the arrangement or position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first request I made, after I had obtained my liberty, was, that I might have license to see Mildendo,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metropolis</w:t>
      </w:r>
      <w:r>
        <w:rPr>
          <w:b/>
          <w:bCs/>
        </w:rPr>
        <w:t xml:space="preserve">;</w:t>
      </w:r>
      <w:r>
        <w:br/>
      </w:r>
      <w:r>
        <w:t xml:space="preserve">    (a) ghetto</w:t>
      </w:r>
      <w:r>
        <w:br/>
      </w:r>
      <w:r>
        <w:t xml:space="preserve">    (b) tourist attraction</w:t>
      </w:r>
      <w:r>
        <w:br/>
      </w:r>
      <w:r>
        <w:t xml:space="preserve">    (c) large city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...she is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disposed</w:t>
      </w:r>
      <w:r>
        <w:rPr>
          <w:b/>
          <w:bCs/>
        </w:rPr>
        <w:t xml:space="preserve"> </w:t>
      </w:r>
      <w:r>
        <w:rPr>
          <w:b/>
          <w:bCs/>
        </w:rPr>
        <w:t xml:space="preserve">to reward than to punish.</w:t>
      </w:r>
      <w:r>
        <w:br/>
      </w:r>
      <w:r>
        <w:t xml:space="preserve">    (a) expelled or gotten rid of</w:t>
      </w:r>
      <w:r>
        <w:br/>
      </w:r>
      <w:r>
        <w:t xml:space="preserve">    (b) inclined (has a tendency to)</w:t>
      </w:r>
      <w:r>
        <w:br/>
      </w:r>
      <w:r>
        <w:t xml:space="preserve">    (c) was abundant or plentiful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fountains, gardens, walks, avenues, and groves, were all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disposed</w:t>
      </w:r>
      <w:r>
        <w:rPr>
          <w:b/>
          <w:bCs/>
        </w:rPr>
        <w:t xml:space="preserve"> </w:t>
      </w:r>
      <w:r>
        <w:rPr>
          <w:b/>
          <w:bCs/>
        </w:rPr>
        <w:t xml:space="preserve">with exact judgment and taste...</w:t>
      </w:r>
      <w:r>
        <w:br/>
      </w:r>
      <w:r>
        <w:t xml:space="preserve">    (a) influenced or effected</w:t>
      </w:r>
      <w:r>
        <w:br/>
      </w:r>
      <w:r>
        <w:t xml:space="preserve">    (b) not roughly calculated</w:t>
      </w:r>
      <w:r>
        <w:br/>
      </w:r>
      <w:r>
        <w:t xml:space="preserve">    (c) arranged or placed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cottagers and labourers keep their children at home, their business being only to till and cultivate the earth, and therefore their education is of little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</w:t>
      </w:r>
      <w:r>
        <w:rPr>
          <w:b/>
          <w:bCs/>
        </w:rPr>
        <w:t xml:space="preserve"> </w:t>
      </w:r>
      <w:r>
        <w:rPr>
          <w:b/>
          <w:bCs/>
        </w:rPr>
        <w:t xml:space="preserve">to the public:</w:t>
      </w:r>
      <w:r>
        <w:br/>
      </w:r>
      <w:r>
        <w:t xml:space="preserve">    (a) translates</w:t>
      </w:r>
      <w:r>
        <w:br/>
      </w:r>
      <w:r>
        <w:t xml:space="preserve">    (b) sticks out</w:t>
      </w:r>
      <w:r>
        <w:br/>
      </w:r>
      <w:r>
        <w:t xml:space="preserve">    (c) importance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flying or floating island is exactly circular, its diameter 7837 yards, or about four miles and a half,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consequently</w:t>
      </w:r>
      <w:r>
        <w:rPr>
          <w:b/>
          <w:bCs/>
        </w:rPr>
        <w:t xml:space="preserve"> </w:t>
      </w:r>
      <w:r>
        <w:rPr>
          <w:b/>
          <w:bCs/>
        </w:rPr>
        <w:t xml:space="preserve">contains ten thousand acres.</w:t>
      </w:r>
      <w:r>
        <w:br/>
      </w:r>
      <w:r>
        <w:t xml:space="preserve">    (a) despite that (used to connect contrasting ideas)</w:t>
      </w:r>
      <w:r>
        <w:br/>
      </w:r>
      <w:r>
        <w:t xml:space="preserve">    (b) even though -- used to connect contrasting ideas</w:t>
      </w:r>
      <w:r>
        <w:br/>
      </w:r>
      <w:r>
        <w:t xml:space="preserve">    (c) resultantly (as a result)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Yet I was so weak and bruised in the sides with the squeezes given me by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odious</w:t>
      </w:r>
      <w:r>
        <w:rPr>
          <w:b/>
          <w:bCs/>
        </w:rPr>
        <w:t xml:space="preserve"> </w:t>
      </w:r>
      <w:r>
        <w:rPr>
          <w:b/>
          <w:bCs/>
        </w:rPr>
        <w:t xml:space="preserve">animal, that I was forced to keep my bed a fortnight.</w:t>
      </w:r>
      <w:r>
        <w:br/>
      </w:r>
      <w:r>
        <w:t xml:space="preserve">    (a) the degree to which something is able to change or is different</w:t>
      </w:r>
      <w:r>
        <w:br/>
      </w:r>
      <w:r>
        <w:t xml:space="preserve">    (b) extremely unpleasant, disgusting, dislikable, or worthy of hate</w:t>
      </w:r>
      <w:r>
        <w:br/>
      </w:r>
      <w:r>
        <w:t xml:space="preserve">    (c) not trustworthy, or improper, or attracting unwelcome attention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advocates</w:t>
      </w:r>
      <w:r>
        <w:rPr>
          <w:b/>
          <w:bCs/>
        </w:rPr>
        <w:t xml:space="preserve"> </w:t>
      </w:r>
      <w:r>
        <w:rPr>
          <w:b/>
          <w:bCs/>
        </w:rPr>
        <w:t xml:space="preserve">and orators had liberty to plead in causes manifestly known to be unjust, vexatious, or oppressive?</w:t>
      </w:r>
      <w:r>
        <w:br/>
      </w:r>
      <w:r>
        <w:t xml:space="preserve">    (a) inhabitants of Assyria -- an ancient kingdom centered in northern Mesopotamia which is in present-day Iraq</w:t>
      </w:r>
      <w:r>
        <w:br/>
      </w:r>
      <w:r>
        <w:t xml:space="preserve">    (b) amounts of the value of homes that some states and local jurisdictions deduct from the value that is taxed</w:t>
      </w:r>
      <w:r>
        <w:br/>
      </w:r>
      <w:r>
        <w:t xml:space="preserve">    (c) lawyers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Now, in this case, I, who am the right owner, lie under two great disadvantages: first, my lawyer, being practised almost from his cradle in defending falsehood, is quite out of his element when he would be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advocate</w:t>
      </w:r>
      <w:r>
        <w:rPr>
          <w:b/>
          <w:bCs/>
        </w:rPr>
        <w:t xml:space="preserve"> </w:t>
      </w:r>
      <w:r>
        <w:rPr>
          <w:b/>
          <w:bCs/>
        </w:rPr>
        <w:t xml:space="preserve">for justice, which is an unnatural office he always attempts with great awkwardness, if not with ill-will.</w:t>
      </w:r>
      <w:r>
        <w:br/>
      </w:r>
      <w:r>
        <w:t xml:space="preserve">    (a) a change; or a changed version</w:t>
      </w:r>
      <w:r>
        <w:br/>
      </w:r>
      <w:r>
        <w:t xml:space="preserve">    (b) person who publicly speaks on behalf of</w:t>
      </w:r>
      <w:r>
        <w:br/>
      </w:r>
      <w:r>
        <w:t xml:space="preserve">    (c) a type of small portable radio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ate no other supper, being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resolved</w:t>
      </w:r>
      <w:r>
        <w:rPr>
          <w:b/>
          <w:bCs/>
        </w:rPr>
        <w:t xml:space="preserve"> </w:t>
      </w:r>
      <w:r>
        <w:rPr>
          <w:b/>
          <w:bCs/>
        </w:rPr>
        <w:t xml:space="preserve">to spare my provisions as much as I could.</w:t>
      </w:r>
      <w:r>
        <w:br/>
      </w:r>
      <w:r>
        <w:t xml:space="preserve">    (a) a state similar to sleep where one is unaware of anything</w:t>
      </w:r>
      <w:r>
        <w:br/>
      </w:r>
      <w:r>
        <w:t xml:space="preserve">    (b) the state of not being aware or concerned about something</w:t>
      </w:r>
      <w:r>
        <w:br/>
      </w:r>
      <w:r>
        <w:t xml:space="preserve">    (c) determined (with firmness of purpose)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weary of being confined to an island where I received so little countenance,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resolved</w:t>
      </w:r>
      <w:r>
        <w:rPr>
          <w:b/>
          <w:bCs/>
        </w:rPr>
        <w:t xml:space="preserve"> </w:t>
      </w:r>
      <w:r>
        <w:rPr>
          <w:b/>
          <w:bCs/>
        </w:rPr>
        <w:t xml:space="preserve">to leave it with the first opportunity.</w:t>
      </w:r>
      <w:r>
        <w:br/>
      </w:r>
      <w:r>
        <w:t xml:space="preserve">    (a) decided</w:t>
      </w:r>
      <w:r>
        <w:br/>
      </w:r>
      <w:r>
        <w:t xml:space="preserve">    (b) adapted</w:t>
      </w:r>
      <w:r>
        <w:br/>
      </w:r>
      <w:r>
        <w:t xml:space="preserve">    (c) changed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word, which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interpret</w:t>
      </w:r>
      <w:r>
        <w:rPr>
          <w:b/>
          <w:bCs/>
        </w:rPr>
        <w:t xml:space="preserve"> </w:t>
      </w:r>
      <w:r>
        <w:rPr>
          <w:b/>
          <w:bCs/>
        </w:rPr>
        <w:t xml:space="preserve">the flying or floating island, is in the original Laputa, whereof I could never learn the true etymology.</w:t>
      </w:r>
      <w:r>
        <w:br/>
      </w:r>
      <w:r>
        <w:t xml:space="preserve">    (a) stick out</w:t>
      </w:r>
      <w:r>
        <w:br/>
      </w:r>
      <w:r>
        <w:t xml:space="preserve">    (b) collision</w:t>
      </w:r>
      <w:r>
        <w:br/>
      </w:r>
      <w:r>
        <w:t xml:space="preserve">    (c) translate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Glubbdubdrib, as nearly as I can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interpret</w:t>
      </w:r>
      <w:r>
        <w:rPr>
          <w:b/>
          <w:bCs/>
        </w:rPr>
        <w:t xml:space="preserve"> </w:t>
      </w:r>
      <w:r>
        <w:rPr>
          <w:b/>
          <w:bCs/>
        </w:rPr>
        <w:t xml:space="preserve">the word, signifies the island of sorcerers or magicians.</w:t>
      </w:r>
      <w:r>
        <w:br/>
      </w:r>
      <w:r>
        <w:t xml:space="preserve">    (a) understand</w:t>
      </w:r>
      <w:r>
        <w:br/>
      </w:r>
      <w:r>
        <w:t xml:space="preserve">    (b) become less drunk (or get completely past drunkenness)</w:t>
      </w:r>
      <w:r>
        <w:br/>
      </w:r>
      <w:r>
        <w:t xml:space="preserve">    (c) excessively examine in an attempt to better understand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weary of being confined to an island where I received so little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countenance</w:t>
      </w:r>
      <w:r>
        <w:rPr>
          <w:b/>
          <w:bCs/>
        </w:rPr>
        <w:t xml:space="preserve">,</w:t>
      </w:r>
      <w:r>
        <w:br/>
      </w:r>
      <w:r>
        <w:t xml:space="preserve">    (a) approval</w:t>
      </w:r>
      <w:r>
        <w:br/>
      </w:r>
      <w:r>
        <w:t xml:space="preserve">    (b) cancel or annul a formal ruling or contract</w:t>
      </w:r>
      <w:r>
        <w:br/>
      </w:r>
      <w:r>
        <w:t xml:space="preserve">    (c) return to an undesirable previous condition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appearances of uneasiness in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countenance</w:t>
      </w:r>
      <w:r>
        <w:br/>
      </w:r>
      <w:r>
        <w:t xml:space="preserve">    (a) facial expression</w:t>
      </w:r>
      <w:r>
        <w:br/>
      </w:r>
      <w:r>
        <w:t xml:space="preserve">    (b) the best or most important</w:t>
      </w:r>
      <w:r>
        <w:br/>
      </w:r>
      <w:r>
        <w:t xml:space="preserve">    (c) a secret agreement or plot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visited many other apartments, but shall not trouble my reader with all the curiosities I observed, being studious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brevity</w:t>
      </w:r>
      <w:r>
        <w:rPr>
          <w:b/>
          <w:bCs/>
        </w:rPr>
        <w:t xml:space="preserve">.</w:t>
      </w:r>
      <w:r>
        <w:br/>
      </w:r>
      <w:r>
        <w:t xml:space="preserve">    (a) the ability to take or adopt power or responsibility</w:t>
      </w:r>
      <w:r>
        <w:br/>
      </w:r>
      <w:r>
        <w:t xml:space="preserve">    (b) the process of excessive encouragement or excitement</w:t>
      </w:r>
      <w:r>
        <w:br/>
      </w:r>
      <w:r>
        <w:t xml:space="preserve">    (c) the use of just a few words; or lasting a short time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could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forbear</w:t>
      </w:r>
      <w:r>
        <w:rPr>
          <w:b/>
          <w:bCs/>
        </w:rPr>
        <w:t xml:space="preserve"> </w:t>
      </w:r>
      <w:r>
        <w:rPr>
          <w:b/>
          <w:bCs/>
        </w:rPr>
        <w:t xml:space="preserve">shaking my head, and smiling a little at his ignorance.</w:t>
      </w:r>
      <w:r>
        <w:br/>
      </w:r>
      <w:r>
        <w:t xml:space="preserve">    (a) where attention is concentrated</w:t>
      </w:r>
      <w:r>
        <w:br/>
      </w:r>
      <w:r>
        <w:t xml:space="preserve">    (b) stop myself from (refrain from)</w:t>
      </w:r>
      <w:r>
        <w:br/>
      </w:r>
      <w:r>
        <w:t xml:space="preserve">    (c) the ability to take on or adopt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is usually governed by a decayed wench, or favourite footman, who are the tunnels through which all graces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conveyed</w:t>
      </w:r>
      <w:r>
        <w:rPr>
          <w:b/>
          <w:bCs/>
        </w:rPr>
        <w:t xml:space="preserve">, and may properly be called, in the last resort, the governors of the kingdom.</w:t>
      </w:r>
      <w:r>
        <w:br/>
      </w:r>
      <w:r>
        <w:t xml:space="preserve">    (a) communicated or expressed</w:t>
      </w:r>
      <w:r>
        <w:br/>
      </w:r>
      <w:r>
        <w:t xml:space="preserve">    (b) thought -- possibly aloud</w:t>
      </w:r>
      <w:r>
        <w:br/>
      </w:r>
      <w:r>
        <w:t xml:space="preserve">    (c) was abundant or plentiful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conveyed</w:t>
      </w:r>
      <w:r>
        <w:rPr>
          <w:b/>
          <w:bCs/>
        </w:rPr>
        <w:t xml:space="preserve"> </w:t>
      </w:r>
      <w:r>
        <w:rPr>
          <w:b/>
          <w:bCs/>
        </w:rPr>
        <w:t xml:space="preserve">to his own house; and at my earnest request he led me up to the highest room backwards.</w:t>
      </w:r>
      <w:r>
        <w:br/>
      </w:r>
      <w:r>
        <w:t xml:space="preserve">    (a) transported</w:t>
      </w:r>
      <w:r>
        <w:br/>
      </w:r>
      <w:r>
        <w:t xml:space="preserve">    (b) hired again</w:t>
      </w:r>
      <w:r>
        <w:br/>
      </w:r>
      <w:r>
        <w:t xml:space="preserve">    (c) briefly saw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2026-07-31T14:36:54Z</dcterms:created>
  <dcterms:modified xsi:type="dcterms:W3CDTF">2026-07-31T14:36:54Z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