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b7c8378517d0c6a768aab5dc45fac43a8a4fbc"/>
    <w:p>
      <w:pPr>
        <w:pStyle w:val="Heading1"/>
      </w:pPr>
      <w:r>
        <w:rPr>
          <w:b/>
          <w:bCs/>
        </w:rPr>
        <w:t xml:space="preserve">Grendel</w:t>
      </w:r>
      <w:r>
        <w:br/>
      </w:r>
      <w:r>
        <w:rPr>
          <w:i/>
          <w:iCs/>
        </w:rPr>
        <w:t xml:space="preserve">John Gardner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 call herself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anarchist</w:t>
      </w:r>
      <w:r>
        <w:rPr>
          <w:b/>
          <w:bCs/>
        </w:rPr>
        <w:t xml:space="preserve">, but she refused to follow rules she saw as unfair.</w:t>
      </w:r>
      <w:r>
        <w:br/>
      </w:r>
      <w:r>
        <w:t xml:space="preserve">    (a) someone against authority</w:t>
      </w:r>
      <w:r>
        <w:br/>
      </w:r>
      <w:r>
        <w:t xml:space="preserve">    (b) someone who gives advice</w:t>
      </w:r>
      <w:r>
        <w:br/>
      </w:r>
      <w:r>
        <w:t xml:space="preserve">    (c) someone with anxiety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likes to make people lose their cool by starting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belligerent</w:t>
      </w:r>
      <w:r>
        <w:rPr>
          <w:b/>
          <w:bCs/>
        </w:rPr>
        <w:t xml:space="preserve"> </w:t>
      </w:r>
      <w:r>
        <w:rPr>
          <w:b/>
          <w:bCs/>
        </w:rPr>
        <w:t xml:space="preserve">political arguments.</w:t>
      </w:r>
      <w:r>
        <w:br/>
      </w:r>
      <w:r>
        <w:t xml:space="preserve">    (a) clever or intelligent</w:t>
      </w:r>
      <w:r>
        <w:br/>
      </w:r>
      <w:r>
        <w:t xml:space="preserve">    (b) hostile or combative</w:t>
      </w:r>
      <w:r>
        <w:br/>
      </w:r>
      <w:r>
        <w:t xml:space="preserve">    (c) ridiculous or absurd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in the 21st century, high school teachers in the country are still occasionally imprisoned and/or lashed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blasphemy</w:t>
      </w:r>
      <w:r>
        <w:rPr>
          <w:b/>
          <w:bCs/>
        </w:rPr>
        <w:t xml:space="preserve">.</w:t>
      </w:r>
      <w:r>
        <w:br/>
      </w:r>
      <w:r>
        <w:t xml:space="preserve">    (a) disrespect of something considered sacred</w:t>
      </w:r>
      <w:r>
        <w:br/>
      </w:r>
      <w:r>
        <w:t xml:space="preserve">    (b) a dispute where there is strong disagreement</w:t>
      </w:r>
      <w:r>
        <w:br/>
      </w:r>
      <w:r>
        <w:t xml:space="preserve">    (c) a serious logical error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bear species are omnivorous, but individuals' diets can range from almost exclusively herbivorous to almost exclusively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carnivorous</w:t>
      </w:r>
      <w:r>
        <w:rPr>
          <w:b/>
          <w:bCs/>
        </w:rPr>
        <w:t xml:space="preserve"> </w:t>
      </w:r>
      <w:r>
        <w:rPr>
          <w:b/>
          <w:bCs/>
        </w:rPr>
        <w:t xml:space="preserve">depending on what food sources are available locally and seasonally.</w:t>
      </w:r>
      <w:r>
        <w:br/>
      </w:r>
      <w:r>
        <w:t xml:space="preserve">    (a) plant-eating</w:t>
      </w:r>
      <w:r>
        <w:br/>
      </w:r>
      <w:r>
        <w:t xml:space="preserve">    (b) both meat-eating and plant-eating</w:t>
      </w:r>
      <w:r>
        <w:br/>
      </w:r>
      <w:r>
        <w:t xml:space="preserve">    (c) meat-eating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brings to mind the ancient physician's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dictum</w:t>
      </w:r>
      <w:r>
        <w:rPr>
          <w:b/>
          <w:bCs/>
        </w:rPr>
        <w:t xml:space="preserve">: "First do no harm."</w:t>
      </w:r>
      <w:r>
        <w:br/>
      </w:r>
      <w:r>
        <w:t xml:space="preserve">    (a) saying</w:t>
      </w:r>
      <w:r>
        <w:br/>
      </w:r>
      <w:r>
        <w:t xml:space="preserve">    (b) battle</w:t>
      </w:r>
      <w:r>
        <w:br/>
      </w:r>
      <w:r>
        <w:t xml:space="preserve">    (c) memory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too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in their home.</w:t>
      </w:r>
      <w:r>
        <w:br/>
      </w:r>
      <w:r>
        <w:t xml:space="preserve">    (a) loud noise</w:t>
      </w:r>
      <w:r>
        <w:br/>
      </w:r>
      <w:r>
        <w:t xml:space="preserve">    (b) conflict</w:t>
      </w:r>
      <w:r>
        <w:br/>
      </w:r>
      <w:r>
        <w:t xml:space="preserve">    (c) uncritical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team values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diversity</w:t>
      </w:r>
      <w:r>
        <w:rPr>
          <w:b/>
          <w:bCs/>
        </w:rPr>
        <w:t xml:space="preserve"> </w:t>
      </w:r>
      <w:r>
        <w:rPr>
          <w:b/>
          <w:bCs/>
        </w:rPr>
        <w:t xml:space="preserve">of thought and welcomes different perspectives.</w:t>
      </w:r>
      <w:r>
        <w:br/>
      </w:r>
      <w:r>
        <w:t xml:space="preserve">    (a) variety of differences</w:t>
      </w:r>
      <w:r>
        <w:br/>
      </w:r>
      <w:r>
        <w:t xml:space="preserve">    (b) loyalty to tradition</w:t>
      </w:r>
      <w:r>
        <w:br/>
      </w:r>
      <w:r>
        <w:t xml:space="preserve">    (c) agreement on principles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sleddogs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docile</w:t>
      </w:r>
      <w:r>
        <w:rPr>
          <w:b/>
          <w:bCs/>
        </w:rPr>
        <w:t xml:space="preserve"> </w:t>
      </w:r>
      <w:r>
        <w:rPr>
          <w:b/>
          <w:bCs/>
        </w:rPr>
        <w:t xml:space="preserve">and trainable.</w:t>
      </w:r>
      <w:r>
        <w:br/>
      </w:r>
      <w:r>
        <w:t xml:space="preserve">    (a) smart and competitive</w:t>
      </w:r>
      <w:r>
        <w:br/>
      </w:r>
      <w:r>
        <w:t xml:space="preserve">    (b) easily led and managed</w:t>
      </w:r>
      <w:r>
        <w:br/>
      </w:r>
      <w:r>
        <w:t xml:space="preserve">    (c) very strong and fast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care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dogmatic</w:t>
      </w:r>
      <w:r>
        <w:rPr>
          <w:b/>
          <w:bCs/>
        </w:rPr>
        <w:t xml:space="preserve"> </w:t>
      </w:r>
      <w:r>
        <w:rPr>
          <w:b/>
          <w:bCs/>
        </w:rPr>
        <w:t xml:space="preserve">writings. I like writing that presents different perspectives and leaves me to decide what I believe.</w:t>
      </w:r>
      <w:r>
        <w:br/>
      </w:r>
      <w:r>
        <w:t xml:space="preserve">    (a) characterized by stating opinions as absolute truth</w:t>
      </w:r>
      <w:r>
        <w:br/>
      </w:r>
      <w:r>
        <w:t xml:space="preserve">    (b) computer code that performs a specific task</w:t>
      </w:r>
      <w:r>
        <w:br/>
      </w:r>
      <w:r>
        <w:t xml:space="preserve">    (c) relating to where attention is concentrated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harbors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enmity</w:t>
      </w:r>
      <w:r>
        <w:rPr>
          <w:b/>
          <w:bCs/>
        </w:rPr>
        <w:t xml:space="preserve"> </w:t>
      </w:r>
      <w:r>
        <w:rPr>
          <w:b/>
          <w:bCs/>
        </w:rPr>
        <w:t xml:space="preserve">towards her ex-husband.</w:t>
      </w:r>
      <w:r>
        <w:br/>
      </w:r>
      <w:r>
        <w:t xml:space="preserve">    (a) disrespect</w:t>
      </w:r>
      <w:r>
        <w:br/>
      </w:r>
      <w:r>
        <w:t xml:space="preserve">    (b) love</w:t>
      </w:r>
      <w:r>
        <w:br/>
      </w:r>
      <w:r>
        <w:t xml:space="preserve">    (c) hatred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 300-page report, but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gist</w:t>
      </w:r>
      <w:r>
        <w:rPr>
          <w:b/>
          <w:bCs/>
        </w:rPr>
        <w:t xml:space="preserve"> </w:t>
      </w:r>
      <w:r>
        <w:rPr>
          <w:b/>
          <w:bCs/>
        </w:rPr>
        <w:t xml:space="preserve">of it is that the plan won't work.</w:t>
      </w:r>
      <w:r>
        <w:br/>
      </w:r>
      <w:r>
        <w:t xml:space="preserve">    (a) problem</w:t>
      </w:r>
      <w:r>
        <w:br/>
      </w:r>
      <w:r>
        <w:t xml:space="preserve">    (b) concern</w:t>
      </w:r>
      <w:r>
        <w:br/>
      </w:r>
      <w:r>
        <w:t xml:space="preserve">    (c) main point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brace I have to wear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hindering</w:t>
      </w:r>
      <w:r>
        <w:rPr>
          <w:b/>
          <w:bCs/>
        </w:rPr>
        <w:t xml:space="preserve"> </w:t>
      </w:r>
      <w:r>
        <w:rPr>
          <w:b/>
          <w:bCs/>
        </w:rPr>
        <w:t xml:space="preserve">my movements</w:t>
      </w:r>
      <w:r>
        <w:br/>
      </w:r>
      <w:r>
        <w:t xml:space="preserve">    (a) helping or assisting</w:t>
      </w:r>
      <w:r>
        <w:br/>
      </w:r>
      <w:r>
        <w:t xml:space="preserve">    (b) drawing attention to</w:t>
      </w:r>
      <w:r>
        <w:br/>
      </w:r>
      <w:r>
        <w:t xml:space="preserve">    (c) making difficult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trusted her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impartial</w:t>
      </w:r>
      <w:r>
        <w:rPr>
          <w:b/>
          <w:bCs/>
        </w:rPr>
        <w:t xml:space="preserve">.</w:t>
      </w:r>
      <w:r>
        <w:br/>
      </w:r>
      <w:r>
        <w:t xml:space="preserve">    (a) unbiased</w:t>
      </w:r>
      <w:r>
        <w:br/>
      </w:r>
      <w:r>
        <w:t xml:space="preserve">    (b) forgiving</w:t>
      </w:r>
      <w:r>
        <w:br/>
      </w:r>
      <w:r>
        <w:t xml:space="preserve">    (c) smart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artist's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inchoate</w:t>
      </w:r>
      <w:r>
        <w:rPr>
          <w:b/>
          <w:bCs/>
        </w:rPr>
        <w:t xml:space="preserve"> </w:t>
      </w:r>
      <w:r>
        <w:rPr>
          <w:b/>
          <w:bCs/>
        </w:rPr>
        <w:t xml:space="preserve">vision gradually took shape as she sketched, transforming from vague impressions into a detailed concept.</w:t>
      </w:r>
      <w:r>
        <w:br/>
      </w:r>
      <w:r>
        <w:t xml:space="preserve">    (a) suffering from too few red blood cells</w:t>
      </w:r>
      <w:r>
        <w:br/>
      </w:r>
      <w:r>
        <w:br/>
      </w:r>
      <w:r>
        <w:t xml:space="preserve">or (less commonly):  lacking vitality</w:t>
      </w:r>
      <w:r>
        <w:br/>
      </w:r>
      <w:r>
        <w:t xml:space="preserve">    (b) not fully formed</w:t>
      </w:r>
      <w:r>
        <w:br/>
      </w:r>
      <w:r>
        <w:t xml:space="preserve">    (c) having the characteristic of or relating to bouncing back light/heat/sound...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rumors were spread by her enemies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incite</w:t>
      </w:r>
      <w:r>
        <w:rPr>
          <w:b/>
          <w:bCs/>
        </w:rPr>
        <w:t xml:space="preserve"> </w:t>
      </w:r>
      <w:r>
        <w:rPr>
          <w:b/>
          <w:bCs/>
        </w:rPr>
        <w:t xml:space="preserve">the people against her.</w:t>
      </w:r>
      <w:r>
        <w:br/>
      </w:r>
      <w:r>
        <w:t xml:space="preserve">    (a) provoke</w:t>
      </w:r>
      <w:r>
        <w:br/>
      </w:r>
      <w:r>
        <w:t xml:space="preserve">    (b) calm the anger of</w:t>
      </w:r>
      <w:r>
        <w:br/>
      </w:r>
      <w:r>
        <w:t xml:space="preserve">    (c) distract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usual mood is one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irascible</w:t>
      </w:r>
      <w:r>
        <w:rPr>
          <w:b/>
          <w:bCs/>
        </w:rPr>
        <w:t xml:space="preserve"> </w:t>
      </w:r>
      <w:r>
        <w:rPr>
          <w:b/>
          <w:bCs/>
        </w:rPr>
        <w:t xml:space="preserve">impatience.</w:t>
      </w:r>
      <w:r>
        <w:br/>
      </w:r>
      <w:r>
        <w:t xml:space="preserve">    (a) very important</w:t>
      </w:r>
      <w:r>
        <w:br/>
      </w:r>
      <w:r>
        <w:t xml:space="preserve">    (b) unable to find</w:t>
      </w:r>
      <w:r>
        <w:br/>
      </w:r>
      <w:r>
        <w:t xml:space="preserve">    (c) easily angered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legal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jargon</w:t>
      </w:r>
      <w:r>
        <w:rPr>
          <w:b/>
          <w:bCs/>
        </w:rPr>
        <w:t xml:space="preserve"> </w:t>
      </w:r>
      <w:r>
        <w:rPr>
          <w:b/>
          <w:bCs/>
        </w:rPr>
        <w:t xml:space="preserve">in the contract was so complex that the client had to hire a lawyer to interpret it.</w:t>
      </w:r>
      <w:r>
        <w:br/>
      </w:r>
      <w:r>
        <w:t xml:space="preserve">    (a) complex ideas</w:t>
      </w:r>
      <w:r>
        <w:br/>
      </w:r>
      <w:r>
        <w:t xml:space="preserve">    (b) underlying philosophy</w:t>
      </w:r>
      <w:r>
        <w:br/>
      </w:r>
      <w:r>
        <w:t xml:space="preserve">    (c) special vocabulary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book was called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Omnipotent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Government</w:t>
      </w:r>
      <w:r>
        <w:rPr>
          <w:b/>
          <w:bCs/>
        </w:rPr>
        <w:t xml:space="preserve">.</w:t>
      </w:r>
      <w:r>
        <w:br/>
      </w:r>
      <w:r>
        <w:t xml:space="preserve">    (a) knowing everything</w:t>
      </w:r>
      <w:r>
        <w:br/>
      </w:r>
      <w:r>
        <w:t xml:space="preserve">    (b) present everywhere</w:t>
      </w:r>
      <w:r>
        <w:br/>
      </w:r>
      <w:r>
        <w:t xml:space="preserve">    (c) all powerful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sudden appearance of dark clouds served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portent</w:t>
      </w:r>
      <w:r>
        <w:rPr>
          <w:b/>
          <w:bCs/>
        </w:rPr>
        <w:t xml:space="preserve"> </w:t>
      </w:r>
      <w:r>
        <w:rPr>
          <w:b/>
          <w:bCs/>
        </w:rPr>
        <w:t xml:space="preserve">of the impending storm.</w:t>
      </w:r>
      <w:r>
        <w:br/>
      </w:r>
      <w:r>
        <w:t xml:space="preserve">    (a) beginning</w:t>
      </w:r>
      <w:r>
        <w:br/>
      </w:r>
      <w:r>
        <w:t xml:space="preserve">    (b) sign</w:t>
      </w:r>
      <w:r>
        <w:br/>
      </w:r>
      <w:r>
        <w:t xml:space="preserve">    (c) darkness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artwork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transcends</w:t>
      </w:r>
      <w:r>
        <w:rPr>
          <w:b/>
          <w:bCs/>
        </w:rPr>
        <w:t xml:space="preserve"> </w:t>
      </w:r>
      <w:r>
        <w:rPr>
          <w:b/>
          <w:bCs/>
        </w:rPr>
        <w:t xml:space="preserve">typical landscape painting through bold abstract elements.</w:t>
      </w:r>
      <w:r>
        <w:br/>
      </w:r>
      <w:r>
        <w:t xml:space="preserve">    (a) goes beyond</w:t>
      </w:r>
      <w:r>
        <w:br/>
      </w:r>
      <w:r>
        <w:t xml:space="preserve">    (b) exactly copies</w:t>
      </w:r>
      <w:r>
        <w:br/>
      </w:r>
      <w:r>
        <w:t xml:space="preserve">    (c) stays within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2026-07-31T18:11:41Z</dcterms:created>
  <dcterms:modified xsi:type="dcterms:W3CDTF">2026-07-31T18:11:41Z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