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8d73fc0398b1df135bcc38552dae80901985699"/>
    <w:p>
      <w:pPr>
        <w:pStyle w:val="Heading1"/>
      </w:pPr>
      <w:r>
        <w:rPr>
          <w:b/>
          <w:bCs/>
        </w:rPr>
        <w:t xml:space="preserve">Great Expectations</w:t>
      </w:r>
      <w:r>
        <w:br/>
      </w:r>
      <w:r>
        <w:rPr>
          <w:i/>
          <w:iCs/>
        </w:rPr>
        <w:t xml:space="preserve">Charles Dickens</w:t>
      </w:r>
      <w:r>
        <w:br/>
      </w:r>
      <w:r>
        <w:rPr>
          <w:b/>
          <w:bCs/>
        </w:rPr>
        <w:t xml:space="preserve">Extra Credit Vocabulary Preview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defines</w:t>
      </w:r>
      <w:r>
        <w:rPr>
          <w:b/>
          <w:bCs/>
        </w:rPr>
        <w:t xml:space="preserve"> </w:t>
      </w:r>
      <w:r>
        <w:rPr>
          <w:b/>
          <w:bCs/>
          <w:i/>
          <w:iCs/>
        </w:rPr>
        <w:t xml:space="preserve">intelligence</w:t>
      </w:r>
      <w:r>
        <w:rPr>
          <w:b/>
          <w:bCs/>
        </w:rPr>
        <w:t xml:space="preserve"> </w:t>
      </w:r>
      <w:r>
        <w:rPr>
          <w:b/>
          <w:bCs/>
        </w:rPr>
        <w:t xml:space="preserve">as "the ability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apprehend</w:t>
      </w:r>
      <w:r>
        <w:rPr>
          <w:b/>
          <w:bCs/>
        </w:rPr>
        <w:t xml:space="preserve"> </w:t>
      </w:r>
      <w:r>
        <w:rPr>
          <w:b/>
          <w:bCs/>
        </w:rPr>
        <w:t xml:space="preserve">the interrelationships of presented facts in such a way as to guide action toward a desired goal."</w:t>
      </w:r>
      <w:r>
        <w:br/>
      </w:r>
      <w:r>
        <w:t xml:space="preserve">    (a) interact with</w:t>
      </w:r>
      <w:r>
        <w:br/>
      </w:r>
      <w:r>
        <w:t xml:space="preserve">    (b) get along with</w:t>
      </w:r>
      <w:r>
        <w:br/>
      </w:r>
      <w:r>
        <w:t xml:space="preserve">    (c) understand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test results were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conclusive</w:t>
      </w:r>
      <w:r>
        <w:rPr>
          <w:b/>
          <w:bCs/>
        </w:rPr>
        <w:t xml:space="preserve">, proving the medicine was effective.</w:t>
      </w:r>
      <w:r>
        <w:br/>
      </w:r>
      <w:r>
        <w:t xml:space="preserve">    (a) early (and uncertain)</w:t>
      </w:r>
      <w:r>
        <w:br/>
      </w:r>
      <w:r>
        <w:t xml:space="preserve">    (b) definite (leaving no doubt)</w:t>
      </w:r>
      <w:r>
        <w:br/>
      </w:r>
      <w:r>
        <w:t xml:space="preserve">    (c) possible (but unproven)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In algebra, letters often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denote</w:t>
      </w:r>
      <w:r>
        <w:rPr>
          <w:b/>
          <w:bCs/>
        </w:rPr>
        <w:t xml:space="preserve"> </w:t>
      </w:r>
      <w:r>
        <w:rPr>
          <w:b/>
          <w:bCs/>
        </w:rPr>
        <w:t xml:space="preserve">unknown numbers in equations.</w:t>
      </w:r>
      <w:r>
        <w:br/>
      </w:r>
      <w:r>
        <w:t xml:space="preserve">    (a) confuse</w:t>
      </w:r>
      <w:r>
        <w:br/>
      </w:r>
      <w:r>
        <w:t xml:space="preserve">    (b) represent</w:t>
      </w:r>
      <w:r>
        <w:br/>
      </w:r>
      <w:r>
        <w:t xml:space="preserve">    (c) scatter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is so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diffident</w:t>
      </w:r>
      <w:r>
        <w:rPr>
          <w:b/>
          <w:bCs/>
        </w:rPr>
        <w:t xml:space="preserve">; I can't imagine her as president of the organization.</w:t>
      </w:r>
      <w:r>
        <w:br/>
      </w:r>
      <w:r>
        <w:t xml:space="preserve">    (a) young</w:t>
      </w:r>
      <w:r>
        <w:br/>
      </w:r>
      <w:r>
        <w:t xml:space="preserve">    (b) unassertive</w:t>
      </w:r>
      <w:r>
        <w:br/>
      </w:r>
      <w:r>
        <w:t xml:space="preserve">    (c) argumentative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Her sincere apology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engendered</w:t>
      </w:r>
      <w:r>
        <w:rPr>
          <w:b/>
          <w:bCs/>
        </w:rPr>
        <w:t xml:space="preserve"> </w:t>
      </w:r>
      <w:r>
        <w:rPr>
          <w:b/>
          <w:bCs/>
        </w:rPr>
        <w:t xml:space="preserve">forgiveness from the people she had hurt.</w:t>
      </w:r>
      <w:r>
        <w:br/>
      </w:r>
      <w:r>
        <w:t xml:space="preserve">    (a) tried to hide</w:t>
      </w:r>
      <w:r>
        <w:br/>
      </w:r>
      <w:r>
        <w:t xml:space="preserve">    (b) caused to develop</w:t>
      </w:r>
      <w:r>
        <w:br/>
      </w:r>
      <w:r>
        <w:t xml:space="preserve">    (c) refused to accept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It's difficult for ex-</w:t>
      </w:r>
      <w:r>
        <w:rPr>
          <w:b/>
          <w:bCs/>
          <w:u w:val="single"/>
        </w:rPr>
        <w:t xml:space="preserve">felons</w:t>
      </w:r>
      <w:r>
        <w:rPr>
          <w:b/>
          <w:bCs/>
        </w:rPr>
        <w:t xml:space="preserve"> </w:t>
      </w:r>
      <w:r>
        <w:rPr>
          <w:b/>
          <w:bCs/>
        </w:rPr>
        <w:t xml:space="preserve">to find work.</w:t>
      </w:r>
      <w:r>
        <w:br/>
      </w:r>
      <w:r>
        <w:t xml:space="preserve">    (a) people convicted of serious crimes</w:t>
      </w:r>
      <w:r>
        <w:br/>
      </w:r>
      <w:r>
        <w:t xml:space="preserve">    (b) people with unpopular opinions</w:t>
      </w:r>
      <w:r>
        <w:br/>
      </w:r>
      <w:r>
        <w:t xml:space="preserve">    (c) people who lost their jobs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Concern for her children's safety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impelled</w:t>
      </w:r>
      <w:r>
        <w:rPr>
          <w:b/>
          <w:bCs/>
        </w:rPr>
        <w:t xml:space="preserve"> </w:t>
      </w:r>
      <w:r>
        <w:rPr>
          <w:b/>
          <w:bCs/>
        </w:rPr>
        <w:t xml:space="preserve">her to take action and confront the intruder.</w:t>
      </w:r>
      <w:r>
        <w:br/>
      </w:r>
      <w:r>
        <w:t xml:space="preserve">    (a) slowed</w:t>
      </w:r>
      <w:r>
        <w:br/>
      </w:r>
      <w:r>
        <w:t xml:space="preserve">    (b) prevented</w:t>
      </w:r>
      <w:r>
        <w:br/>
      </w:r>
      <w:r>
        <w:t xml:space="preserve">    (c) drove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Things have changed, but she remains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inflexible</w:t>
      </w:r>
      <w:r>
        <w:rPr>
          <w:b/>
          <w:bCs/>
        </w:rPr>
        <w:t xml:space="preserve">.</w:t>
      </w:r>
      <w:r>
        <w:br/>
      </w:r>
      <w:r>
        <w:t xml:space="preserve">    (a) unbending (not able to adjust well to different conditions)</w:t>
      </w:r>
      <w:r>
        <w:br/>
      </w:r>
      <w:r>
        <w:t xml:space="preserve">    (b) not skilled</w:t>
      </w:r>
      <w:r>
        <w:br/>
      </w:r>
      <w:r>
        <w:t xml:space="preserve">    (c) unimportant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ingratitude</w:t>
      </w:r>
      <w:r>
        <w:rPr>
          <w:b/>
          <w:bCs/>
        </w:rPr>
        <w:t xml:space="preserve"> </w:t>
      </w:r>
      <w:r>
        <w:rPr>
          <w:b/>
          <w:bCs/>
        </w:rPr>
        <w:t xml:space="preserve">shown by those who benefited from her kindness was a bitter reminder of the world's indifference.</w:t>
      </w:r>
      <w:r>
        <w:br/>
      </w:r>
      <w:r>
        <w:t xml:space="preserve">    (a) lack of gratefulness</w:t>
      </w:r>
      <w:r>
        <w:br/>
      </w:r>
      <w:r>
        <w:t xml:space="preserve">    (b) lack of success</w:t>
      </w:r>
      <w:r>
        <w:br/>
      </w:r>
      <w:r>
        <w:t xml:space="preserve">    (c) lack of ability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Guiteau was insane and assassinated President Garfield because he believed Garfield cheated him out of a political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patronage</w:t>
      </w:r>
      <w:r>
        <w:rPr>
          <w:b/>
          <w:bCs/>
        </w:rPr>
        <w:t xml:space="preserve"> </w:t>
      </w:r>
      <w:r>
        <w:rPr>
          <w:b/>
          <w:bCs/>
        </w:rPr>
        <w:t xml:space="preserve">job. He thought he was owed the job for giving a speech encouraging others to vote for Garfield.</w:t>
      </w:r>
      <w:r>
        <w:br/>
      </w:r>
      <w:r>
        <w:t xml:space="preserve">    (a) favor for political support</w:t>
      </w:r>
      <w:r>
        <w:br/>
      </w:r>
      <w:r>
        <w:t xml:space="preserve">    (b) civil service</w:t>
      </w:r>
      <w:r>
        <w:br/>
      </w:r>
      <w:r>
        <w:t xml:space="preserve">    (c) high-ranking and high-paying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criminal was ordered to pay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recompense</w:t>
      </w:r>
      <w:r>
        <w:rPr>
          <w:b/>
          <w:bCs/>
        </w:rPr>
        <w:t xml:space="preserve"> </w:t>
      </w:r>
      <w:r>
        <w:rPr>
          <w:b/>
          <w:bCs/>
        </w:rPr>
        <w:t xml:space="preserve">to his victims as part of his sentence.</w:t>
      </w:r>
      <w:r>
        <w:br/>
      </w:r>
      <w:r>
        <w:t xml:space="preserve">    (a) an apology</w:t>
      </w:r>
      <w:r>
        <w:br/>
      </w:r>
      <w:r>
        <w:t xml:space="preserve">    (b) compensation for loss</w:t>
      </w:r>
      <w:r>
        <w:br/>
      </w:r>
      <w:r>
        <w:t xml:space="preserve">    (c) a penalty fine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was inadequate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remuneration</w:t>
      </w:r>
      <w:r>
        <w:rPr>
          <w:b/>
          <w:bCs/>
        </w:rPr>
        <w:t xml:space="preserve"> </w:t>
      </w:r>
      <w:r>
        <w:rPr>
          <w:b/>
          <w:bCs/>
        </w:rPr>
        <w:t xml:space="preserve">to make up for his expenses.</w:t>
      </w:r>
      <w:r>
        <w:br/>
      </w:r>
      <w:r>
        <w:t xml:space="preserve">    (a) payment</w:t>
      </w:r>
      <w:r>
        <w:br/>
      </w:r>
      <w:r>
        <w:t xml:space="preserve">    (b) payment</w:t>
      </w:r>
      <w:r>
        <w:br/>
      </w:r>
      <w:r>
        <w:t xml:space="preserve">    (c) thought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received an invoice for $100 for services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rendered</w:t>
      </w:r>
      <w:r>
        <w:rPr>
          <w:b/>
          <w:bCs/>
        </w:rPr>
        <w:t xml:space="preserve">.</w:t>
      </w:r>
      <w:r>
        <w:br/>
      </w:r>
      <w:r>
        <w:t xml:space="preserve">    (a) described in writing</w:t>
      </w:r>
      <w:r>
        <w:br/>
      </w:r>
      <w:r>
        <w:t xml:space="preserve">    (b) to be performed</w:t>
      </w:r>
      <w:r>
        <w:br/>
      </w:r>
      <w:r>
        <w:t xml:space="preserve">    (c) provided or supplied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She's been making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sagacious</w:t>
      </w:r>
      <w:r>
        <w:rPr>
          <w:b/>
          <w:bCs/>
        </w:rPr>
        <w:t xml:space="preserve"> </w:t>
      </w:r>
      <w:r>
        <w:rPr>
          <w:b/>
          <w:bCs/>
        </w:rPr>
        <w:t xml:space="preserve">business decisions for more than 30 years.</w:t>
      </w:r>
      <w:r>
        <w:br/>
      </w:r>
      <w:r>
        <w:t xml:space="preserve">    (a) impatient</w:t>
      </w:r>
      <w:r>
        <w:br/>
      </w:r>
      <w:r>
        <w:t xml:space="preserve">    (b) careless</w:t>
      </w:r>
      <w:r>
        <w:br/>
      </w:r>
      <w:r>
        <w:t xml:space="preserve">    (c) wise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country has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servile</w:t>
      </w:r>
      <w:r>
        <w:rPr>
          <w:b/>
          <w:bCs/>
        </w:rPr>
        <w:t xml:space="preserve"> </w:t>
      </w:r>
      <w:r>
        <w:rPr>
          <w:b/>
          <w:bCs/>
        </w:rPr>
        <w:t xml:space="preserve">press.</w:t>
      </w:r>
      <w:r>
        <w:br/>
      </w:r>
      <w:r>
        <w:t xml:space="preserve">    (a) irresponsible</w:t>
      </w:r>
      <w:r>
        <w:br/>
      </w:r>
      <w:r>
        <w:t xml:space="preserve">    (b) submissive</w:t>
      </w:r>
      <w:r>
        <w:br/>
      </w:r>
      <w:r>
        <w:t xml:space="preserve">    (c) aggressive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don't drink because members of my family have an increased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susceptibility</w:t>
      </w:r>
      <w:r>
        <w:rPr>
          <w:b/>
          <w:bCs/>
        </w:rPr>
        <w:t xml:space="preserve"> </w:t>
      </w:r>
      <w:r>
        <w:rPr>
          <w:b/>
          <w:bCs/>
        </w:rPr>
        <w:t xml:space="preserve">to alcoholism.</w:t>
      </w:r>
      <w:r>
        <w:br/>
      </w:r>
      <w:r>
        <w:t xml:space="preserve">    (a) two successive lines of poetry; usually rhymed</w:t>
      </w:r>
      <w:r>
        <w:br/>
      </w:r>
      <w:r>
        <w:t xml:space="preserve">    (b) the trait of being easily harmed</w:t>
      </w:r>
      <w:r>
        <w:br/>
      </w:r>
      <w:r>
        <w:t xml:space="preserve">    (c) the main building (or buildings) of government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Scammers often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swindle</w:t>
      </w:r>
      <w:r>
        <w:rPr>
          <w:b/>
          <w:bCs/>
        </w:rPr>
        <w:t xml:space="preserve"> </w:t>
      </w:r>
      <w:r>
        <w:rPr>
          <w:b/>
          <w:bCs/>
        </w:rPr>
        <w:t xml:space="preserve">people through fake phone calls.</w:t>
      </w:r>
      <w:r>
        <w:br/>
      </w:r>
      <w:r>
        <w:t xml:space="preserve">    (a) cheat or defraud</w:t>
      </w:r>
      <w:r>
        <w:br/>
      </w:r>
      <w:r>
        <w:t xml:space="preserve">    (b) pay back fully</w:t>
      </w:r>
      <w:r>
        <w:br/>
      </w:r>
      <w:r>
        <w:t xml:space="preserve">    (c) warn or protect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ungainly</w:t>
      </w:r>
      <w:r>
        <w:rPr>
          <w:b/>
          <w:bCs/>
        </w:rPr>
        <w:t xml:space="preserve"> </w:t>
      </w:r>
      <w:r>
        <w:rPr>
          <w:b/>
          <w:bCs/>
        </w:rPr>
        <w:t xml:space="preserve">teenager tripped over his own feet at the dance.</w:t>
      </w:r>
      <w:r>
        <w:br/>
      </w:r>
      <w:r>
        <w:t xml:space="preserve">    (a) shy and quiet</w:t>
      </w:r>
      <w:r>
        <w:br/>
      </w:r>
      <w:r>
        <w:t xml:space="preserve">    (b) graceful and elegant</w:t>
      </w:r>
      <w:r>
        <w:br/>
      </w:r>
      <w:r>
        <w:t xml:space="preserve">    (c) awkward and clumsy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She's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vivacious</w:t>
      </w:r>
      <w:r>
        <w:rPr>
          <w:b/>
          <w:bCs/>
        </w:rPr>
        <w:t xml:space="preserve"> </w:t>
      </w:r>
      <w:r>
        <w:rPr>
          <w:b/>
          <w:bCs/>
        </w:rPr>
        <w:t xml:space="preserve">high school senior who has captured the nations heart.</w:t>
      </w:r>
      <w:r>
        <w:br/>
      </w:r>
      <w:r>
        <w:t xml:space="preserve">    (a) engaging and lively</w:t>
      </w:r>
      <w:r>
        <w:br/>
      </w:r>
      <w:r>
        <w:t xml:space="preserve">    (b) kind and attractive</w:t>
      </w:r>
      <w:r>
        <w:br/>
      </w:r>
      <w:r>
        <w:t xml:space="preserve">    (c) smart and well-spoken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waived</w:t>
      </w:r>
      <w:r>
        <w:rPr>
          <w:b/>
          <w:bCs/>
        </w:rPr>
        <w:t xml:space="preserve"> </w:t>
      </w:r>
      <w:r>
        <w:rPr>
          <w:b/>
          <w:bCs/>
        </w:rPr>
        <w:t xml:space="preserve">her rights and answered the policeman's questions.</w:t>
      </w:r>
      <w:r>
        <w:br/>
      </w:r>
      <w:r>
        <w:t xml:space="preserve">    (a) protected</w:t>
      </w:r>
      <w:r>
        <w:br/>
      </w:r>
      <w:r>
        <w:t xml:space="preserve">    (b) did not enforce</w:t>
      </w:r>
      <w:r>
        <w:br/>
      </w:r>
      <w:r>
        <w:t xml:space="preserve">    (c) insisted upon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2026-07-31T14:18:23Z</dcterms:created>
  <dcterms:modified xsi:type="dcterms:W3CDTF">2026-07-31T14:18:23Z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