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79772f70a1fea7de5d3a773d73c69bc7d873056"/>
    <w:p>
      <w:pPr>
        <w:pStyle w:val="Heading1"/>
      </w:pPr>
      <w:r>
        <w:rPr>
          <w:b/>
          <w:bCs/>
        </w:rPr>
        <w:t xml:space="preserve">Great Expectations</w:t>
      </w:r>
      <w:r>
        <w:br/>
      </w:r>
      <w:r>
        <w:rPr>
          <w:i/>
          <w:iCs/>
        </w:rPr>
        <w:t xml:space="preserve">Charles Dickens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that point, my convict became so frantically exasperated, that he would have rushed upon him but for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interposition</w:t>
      </w:r>
      <w:r>
        <w:rPr>
          <w:b/>
          <w:bCs/>
        </w:rPr>
        <w:t xml:space="preserve"> </w:t>
      </w:r>
      <w:r>
        <w:rPr>
          <w:b/>
          <w:bCs/>
        </w:rPr>
        <w:t xml:space="preserve">of the soldiers.</w:t>
      </w:r>
      <w:r>
        <w:br/>
      </w:r>
      <w:r>
        <w:t xml:space="preserve">    (a) the act of again being in a working position; or the act of starting again</w:t>
      </w:r>
      <w:r>
        <w:br/>
      </w:r>
      <w:r>
        <w:t xml:space="preserve">    (b) someone involved in challenging, arguing about, or fighting over something</w:t>
      </w:r>
      <w:r>
        <w:br/>
      </w:r>
      <w:r>
        <w:t xml:space="preserve">    (c) to insert between other elements; or to interrupt or stop action by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For such reasons, I was very glad when ten o'clock came and we started for Miss Havisham's; though I was not at all at my ease regarding the manner in which I should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acquit</w:t>
      </w:r>
      <w:r>
        <w:rPr>
          <w:b/>
          <w:bCs/>
        </w:rPr>
        <w:t xml:space="preserve"> </w:t>
      </w:r>
      <w:r>
        <w:rPr>
          <w:b/>
          <w:bCs/>
        </w:rPr>
        <w:t xml:space="preserve">myself under that lady's roof.</w:t>
      </w:r>
      <w:r>
        <w:br/>
      </w:r>
      <w:r>
        <w:t xml:space="preserve">    (a) draw pictures to accompany</w:t>
      </w:r>
      <w:r>
        <w:br/>
      </w:r>
      <w:r>
        <w:t xml:space="preserve">    (b) hire again or occupy again</w:t>
      </w:r>
      <w:r>
        <w:br/>
      </w:r>
      <w:r>
        <w:t xml:space="preserve">    (c) handle (conduct or behave)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"Yes; but not only that," said Wemmick, "she went into his service immediately after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acquittal</w:t>
      </w:r>
      <w:r>
        <w:rPr>
          <w:b/>
          <w:bCs/>
        </w:rPr>
        <w:t xml:space="preserve">, tamed as she is now."</w:t>
      </w:r>
      <w:r>
        <w:br/>
      </w:r>
      <w:r>
        <w:t xml:space="preserve">    (a) another battle with the same foe</w:t>
      </w:r>
      <w:r>
        <w:br/>
      </w:r>
      <w:r>
        <w:t xml:space="preserve">    (b) describing someone as antisocial</w:t>
      </w:r>
      <w:r>
        <w:br/>
      </w:r>
      <w:r>
        <w:t xml:space="preserve">    (c) official finding of "not guilty"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Educational scheme or Course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established</w:t>
      </w:r>
      <w:r>
        <w:rPr>
          <w:b/>
          <w:bCs/>
        </w:rPr>
        <w:t xml:space="preserve"> </w:t>
      </w:r>
      <w:r>
        <w:rPr>
          <w:b/>
          <w:bCs/>
        </w:rPr>
        <w:t xml:space="preserve">by Mr. Wopsle's great-aunt may be resolved into the following synopsis.</w:t>
      </w:r>
      <w:r>
        <w:br/>
      </w:r>
      <w:r>
        <w:t xml:space="preserve">    (a) persuaded someone to want something (often sex or love) by tempting with something desired</w:t>
      </w:r>
      <w:r>
        <w:br/>
      </w:r>
      <w:r>
        <w:t xml:space="preserve">    (b) created</w:t>
      </w:r>
      <w:r>
        <w:br/>
      </w:r>
      <w:r>
        <w:t xml:space="preserve">    (c) not having a relationship whereby a change in one thing helps predict a change in another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 convinced I was of that woman's being her mother, that I wanted no evidence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establish</w:t>
      </w:r>
      <w:r>
        <w:rPr>
          <w:b/>
          <w:bCs/>
        </w:rPr>
        <w:t xml:space="preserve"> </w:t>
      </w:r>
      <w:r>
        <w:rPr>
          <w:b/>
          <w:bCs/>
        </w:rPr>
        <w:t xml:space="preserve">the fact in my own mind.</w:t>
      </w:r>
      <w:r>
        <w:br/>
      </w:r>
      <w:r>
        <w:t xml:space="preserve">    (a) take (power or responsibility)</w:t>
      </w:r>
      <w:r>
        <w:br/>
      </w:r>
      <w:r>
        <w:t xml:space="preserve">    (b) accept as true (without proof)</w:t>
      </w:r>
      <w:r>
        <w:br/>
      </w:r>
      <w:r>
        <w:t xml:space="preserve">    (c) prove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"And do you remember,"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retorted</w:t>
      </w:r>
      <w:r>
        <w:rPr>
          <w:b/>
          <w:bCs/>
        </w:rPr>
        <w:t xml:space="preserve"> </w:t>
      </w:r>
      <w:r>
        <w:rPr>
          <w:b/>
          <w:bCs/>
        </w:rPr>
        <w:t xml:space="preserve">Mr. Jaggers, "that but for me you wouldn't be here and couldn't be here?"</w:t>
      </w:r>
      <w:r>
        <w:br/>
      </w:r>
      <w:r>
        <w:t xml:space="preserve">    (a) quickly replied</w:t>
      </w:r>
      <w:r>
        <w:br/>
      </w:r>
      <w:r>
        <w:t xml:space="preserve">    (b) greatly annoyed</w:t>
      </w:r>
      <w:r>
        <w:br/>
      </w:r>
      <w:r>
        <w:t xml:space="preserve">    (c) said indirectly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countenance</w:t>
      </w:r>
      <w:r>
        <w:rPr>
          <w:b/>
          <w:bCs/>
        </w:rPr>
        <w:t xml:space="preserve"> </w:t>
      </w:r>
      <w:r>
        <w:rPr>
          <w:b/>
          <w:bCs/>
        </w:rPr>
        <w:t xml:space="preserve">expressive of grief and despair...</w:t>
      </w:r>
      <w:r>
        <w:br/>
      </w:r>
      <w:r>
        <w:t xml:space="preserve">    (a) the best or most important</w:t>
      </w:r>
      <w:r>
        <w:br/>
      </w:r>
      <w:r>
        <w:t xml:space="preserve">    (b) a secret agreement or plot</w:t>
      </w:r>
      <w:r>
        <w:br/>
      </w:r>
      <w:r>
        <w:t xml:space="preserve">    (c) facial expression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air of completeness and superiority with which she walked at my side, and the air of youthfulness and submission with which I walked at hers, made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contrast</w:t>
      </w:r>
      <w:r>
        <w:rPr>
          <w:b/>
          <w:bCs/>
        </w:rPr>
        <w:t xml:space="preserve"> </w:t>
      </w:r>
      <w:r>
        <w:rPr>
          <w:b/>
          <w:bCs/>
        </w:rPr>
        <w:t xml:space="preserve">that I strongly felt.</w:t>
      </w:r>
      <w:r>
        <w:br/>
      </w:r>
      <w:r>
        <w:t xml:space="preserve">    (a) notable difference</w:t>
      </w:r>
      <w:r>
        <w:br/>
      </w:r>
      <w:r>
        <w:t xml:space="preserve">    (b) come to terms with</w:t>
      </w:r>
      <w:r>
        <w:br/>
      </w:r>
      <w:r>
        <w:t xml:space="preserve">    (c) block or interfere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But, it was only the pleasanter to turn to Biddy and to Joe, whose great forbearance shone more brightly than before, if that could be,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contrasted</w:t>
      </w:r>
      <w:r>
        <w:rPr>
          <w:b/>
          <w:bCs/>
        </w:rPr>
        <w:t xml:space="preserve"> </w:t>
      </w:r>
      <w:r>
        <w:rPr>
          <w:b/>
          <w:bCs/>
        </w:rPr>
        <w:t xml:space="preserve">with this brazen pretender.</w:t>
      </w:r>
      <w:r>
        <w:br/>
      </w:r>
      <w:r>
        <w:t xml:space="preserve">    (a) legally ordered to provide documents, or to appear as a witness</w:t>
      </w:r>
      <w:r>
        <w:br/>
      </w:r>
      <w:r>
        <w:t xml:space="preserve">    (b) compared to show differences</w:t>
      </w:r>
      <w:r>
        <w:br/>
      </w:r>
      <w:r>
        <w:t xml:space="preserve">    (c) very surprised -- often too surprised to know what to say or do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Having thought of the matter with care,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approached</w:t>
      </w:r>
      <w:r>
        <w:rPr>
          <w:b/>
          <w:bCs/>
        </w:rPr>
        <w:t xml:space="preserve"> </w:t>
      </w:r>
      <w:r>
        <w:rPr>
          <w:b/>
          <w:bCs/>
        </w:rPr>
        <w:t xml:space="preserve">my subject as if I had never hinted at it before.</w:t>
      </w:r>
      <w:r>
        <w:br/>
      </w:r>
      <w:r>
        <w:t xml:space="preserve">    (a) concentrated, look at, or paid attention to</w:t>
      </w:r>
      <w:r>
        <w:br/>
      </w:r>
      <w:r>
        <w:t xml:space="preserve">    (b) began talking about</w:t>
      </w:r>
      <w:r>
        <w:br/>
      </w:r>
      <w:r>
        <w:t xml:space="preserve">    (c) thought carefully and made a judgment about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With these fears upon me, I began either to imagine or recall that I had had mysterious warnings of this man's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approach</w:t>
      </w:r>
      <w:r>
        <w:rPr>
          <w:b/>
          <w:bCs/>
        </w:rPr>
        <w:t xml:space="preserve">.</w:t>
      </w:r>
      <w:r>
        <w:br/>
      </w:r>
      <w:r>
        <w:t xml:space="preserve">    (a) create dramatic change</w:t>
      </w:r>
      <w:r>
        <w:br/>
      </w:r>
      <w:r>
        <w:t xml:space="preserve">    (b) coming near</w:t>
      </w:r>
      <w:r>
        <w:br/>
      </w:r>
      <w:r>
        <w:t xml:space="preserve">    (c) mirror back (an image)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Wemmick explained to me ... that this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according to</w:t>
      </w:r>
      <w:r>
        <w:rPr>
          <w:b/>
          <w:bCs/>
        </w:rPr>
        <w:t xml:space="preserve"> </w:t>
      </w:r>
      <w:r>
        <w:rPr>
          <w:b/>
          <w:bCs/>
        </w:rPr>
        <w:t xml:space="preserve">custom, and...</w:t>
      </w:r>
      <w:r>
        <w:br/>
      </w:r>
      <w:r>
        <w:t xml:space="preserve">    (a) in agreement with</w:t>
      </w:r>
      <w:r>
        <w:br/>
      </w:r>
      <w:r>
        <w:t xml:space="preserve">    (b) idiom meaning</w:t>
      </w:r>
      <w:r>
        <w:t xml:space="preserve"> </w:t>
      </w:r>
      <w:r>
        <w:rPr>
          <w:i/>
          <w:iCs/>
        </w:rPr>
        <w:t xml:space="preserve">"won the day"</w:t>
      </w:r>
      <w:r>
        <w:br/>
      </w:r>
      <w:r>
        <w:t xml:space="preserve">    (c) U.S. history:  pre-Civil War period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further gave me leave to accompany the prisoner to London; but declined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accord</w:t>
      </w:r>
      <w:r>
        <w:rPr>
          <w:b/>
          <w:bCs/>
        </w:rPr>
        <w:t xml:space="preserve"> </w:t>
      </w:r>
      <w:r>
        <w:rPr>
          <w:b/>
          <w:bCs/>
        </w:rPr>
        <w:t xml:space="preserve">that grace to my two friends.</w:t>
      </w:r>
      <w:r>
        <w:br/>
      </w:r>
      <w:r>
        <w:t xml:space="preserve">    (a) create dramatic change</w:t>
      </w:r>
      <w:r>
        <w:br/>
      </w:r>
      <w:r>
        <w:t xml:space="preserve">    (b) give special treatment</w:t>
      </w:r>
      <w:r>
        <w:br/>
      </w:r>
      <w:r>
        <w:t xml:space="preserve">    (c) mirror back (an image)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wretched</w:t>
      </w:r>
      <w:r>
        <w:rPr>
          <w:b/>
          <w:bCs/>
        </w:rPr>
        <w:t xml:space="preserve"> </w:t>
      </w:r>
      <w:r>
        <w:rPr>
          <w:b/>
          <w:bCs/>
        </w:rPr>
        <w:t xml:space="preserve">weather; stormy and wet, stormy and wet; and mud, mud, mud, deep in all the streets.</w:t>
      </w:r>
      <w:r>
        <w:br/>
      </w:r>
      <w:r>
        <w:t xml:space="preserve">    (a) exactness or accuracy</w:t>
      </w:r>
      <w:r>
        <w:br/>
      </w:r>
      <w:r>
        <w:t xml:space="preserve">    (b) not easily identified</w:t>
      </w:r>
      <w:r>
        <w:br/>
      </w:r>
      <w:r>
        <w:t xml:space="preserve">    (c) miserable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abhorrence in which I held the man, the dread I had of him,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repugnance</w:t>
      </w:r>
      <w:r>
        <w:rPr>
          <w:b/>
          <w:bCs/>
        </w:rPr>
        <w:t xml:space="preserve"> </w:t>
      </w:r>
      <w:r>
        <w:rPr>
          <w:b/>
          <w:bCs/>
        </w:rPr>
        <w:t xml:space="preserve">with which I shrank from him, could not have been exceeded if he had been some terrible beast.</w:t>
      </w:r>
      <w:r>
        <w:br/>
      </w:r>
      <w:r>
        <w:t xml:space="preserve">    (a) strong disgust</w:t>
      </w:r>
      <w:r>
        <w:br/>
      </w:r>
      <w:r>
        <w:t xml:space="preserve">    (b) discouragement</w:t>
      </w:r>
      <w:r>
        <w:br/>
      </w:r>
      <w:r>
        <w:t xml:space="preserve">    (c) dissatisfaction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Never had I breathed, and never would I breathe—or so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resolved</w:t>
      </w:r>
      <w:r>
        <w:rPr>
          <w:b/>
          <w:bCs/>
        </w:rPr>
        <w:t xml:space="preserve"> </w:t>
      </w:r>
      <w:r>
        <w:rPr>
          <w:b/>
          <w:bCs/>
        </w:rPr>
        <w:t xml:space="preserve">—a word of Estella to Provis.</w:t>
      </w:r>
      <w:r>
        <w:br/>
      </w:r>
      <w:r>
        <w:t xml:space="preserve">    (a) changed</w:t>
      </w:r>
      <w:r>
        <w:br/>
      </w:r>
      <w:r>
        <w:t xml:space="preserve">    (b) adapted</w:t>
      </w:r>
      <w:r>
        <w:br/>
      </w:r>
      <w:r>
        <w:t xml:space="preserve">    (c) decided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...and he seems to have felt pity for her,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forbearance</w:t>
      </w:r>
      <w:r>
        <w:rPr>
          <w:b/>
          <w:bCs/>
        </w:rPr>
        <w:t xml:space="preserve"> </w:t>
      </w:r>
      <w:r>
        <w:rPr>
          <w:b/>
          <w:bCs/>
        </w:rPr>
        <w:t xml:space="preserve">towards her.</w:t>
      </w:r>
      <w:r>
        <w:br/>
      </w:r>
      <w:r>
        <w:t xml:space="preserve">    (a) a right that is naturally due because of human nature and the natural condition</w:t>
      </w:r>
      <w:r>
        <w:br/>
      </w:r>
      <w:r>
        <w:t xml:space="preserve">    (b) something suggested indirectly; or something that can be concluded; or a result</w:t>
      </w:r>
      <w:r>
        <w:br/>
      </w:r>
      <w:r>
        <w:t xml:space="preserve">    (c) patience or tolerance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dismal</w:t>
      </w:r>
      <w:r>
        <w:rPr>
          <w:b/>
          <w:bCs/>
        </w:rPr>
        <w:t xml:space="preserve"> </w:t>
      </w:r>
      <w:r>
        <w:rPr>
          <w:b/>
          <w:bCs/>
        </w:rPr>
        <w:t xml:space="preserve">time we were evidently all possessed by the idea that we were followed.</w:t>
      </w:r>
      <w:r>
        <w:br/>
      </w:r>
      <w:r>
        <w:t xml:space="preserve">    (a) important or significant</w:t>
      </w:r>
      <w:r>
        <w:br/>
      </w:r>
      <w:r>
        <w:t xml:space="preserve">    (b) irrelevant or unimportant</w:t>
      </w:r>
      <w:r>
        <w:br/>
      </w:r>
      <w:r>
        <w:t xml:space="preserve">    (c) depressing or gloomy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...I lay there,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penitently</w:t>
      </w:r>
      <w:r>
        <w:rPr>
          <w:b/>
          <w:bCs/>
        </w:rPr>
        <w:t xml:space="preserve"> </w:t>
      </w:r>
      <w:r>
        <w:rPr>
          <w:b/>
          <w:bCs/>
        </w:rPr>
        <w:t xml:space="preserve">whispering, "O God bless him!"</w:t>
      </w:r>
      <w:r>
        <w:br/>
      </w:r>
      <w:r>
        <w:t xml:space="preserve">    (a) feeling remorse (sorrow) for misdeeds</w:t>
      </w:r>
      <w:r>
        <w:br/>
      </w:r>
      <w:r>
        <w:t xml:space="preserve">    (b) in a manner that is not sensible and careful</w:t>
      </w:r>
      <w:r>
        <w:br/>
      </w:r>
      <w:r>
        <w:t xml:space="preserve">    (c) in a manner that is capable of being noticed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last word grated on me; but how could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remonstrate</w:t>
      </w:r>
      <w:r>
        <w:rPr>
          <w:b/>
          <w:bCs/>
        </w:rPr>
        <w:t xml:space="preserve">!</w:t>
      </w:r>
      <w:r>
        <w:br/>
      </w:r>
      <w:r>
        <w:t xml:space="preserve">    (a) select (on a computer screen)</w:t>
      </w:r>
      <w:r>
        <w:br/>
      </w:r>
      <w:r>
        <w:t xml:space="preserve">    (b) make small restless movements</w:t>
      </w:r>
      <w:r>
        <w:br/>
      </w:r>
      <w:r>
        <w:t xml:space="preserve">    (c) argue, complain, or criticize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2026-07-31T14:18:23Z</dcterms:created>
  <dcterms:modified xsi:type="dcterms:W3CDTF">2026-07-31T14:18:23Z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