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b6e2d61e3884eabe44775a285e2e0a2139ba98"/>
    <w:p>
      <w:pPr>
        <w:pStyle w:val="Heading1"/>
      </w:pPr>
      <w:r>
        <w:rPr>
          <w:b/>
          <w:bCs/>
        </w:rPr>
        <w:t xml:space="preserve">Great Expectations</w:t>
      </w:r>
      <w:r>
        <w:br/>
      </w:r>
      <w:r>
        <w:rPr>
          <w:i/>
          <w:iCs/>
        </w:rPr>
        <w:t xml:space="preserve">Charles Dickens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the certainty of this fact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me to offer the hint.</w:t>
      </w:r>
      <w:r>
        <w:br/>
      </w:r>
      <w:r>
        <w:t xml:space="preserve">    (a) made appropriate in size, amount, or degree</w:t>
      </w:r>
      <w:r>
        <w:br/>
      </w:r>
      <w:r>
        <w:t xml:space="preserve">    (b) concentrated, look at, or paid attention to</w:t>
      </w:r>
      <w:r>
        <w:br/>
      </w:r>
      <w:r>
        <w:t xml:space="preserve">    (c) to make someone feel they must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Uncle Pumblechook, sensible of having deserved well of his fellow-creatures, said,—quite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vivaciously</w:t>
      </w:r>
      <w:r>
        <w:rPr>
          <w:b/>
          <w:bCs/>
        </w:rPr>
        <w:t xml:space="preserve">, all things considered,—"Well, Mrs. Joe, we'll do our best endeavors; let us have a cut at this same pie."</w:t>
      </w:r>
      <w:r>
        <w:br/>
      </w:r>
      <w:r>
        <w:t xml:space="preserve">    (a) in a manner that is engaging and enthusiastic</w:t>
      </w:r>
      <w:r>
        <w:br/>
      </w:r>
      <w:r>
        <w:t xml:space="preserve">    (b) to almost be so, but not so strictly speaking</w:t>
      </w:r>
      <w:r>
        <w:br/>
      </w:r>
      <w:r>
        <w:t xml:space="preserve">    (c) in an artificial manner to make an impression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asked him, with a modest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patronage</w:t>
      </w:r>
      <w:r>
        <w:rPr>
          <w:b/>
          <w:bCs/>
        </w:rPr>
        <w:t xml:space="preserve">.</w:t>
      </w:r>
      <w:r>
        <w:br/>
      </w:r>
      <w:r>
        <w:t xml:space="preserve">    (a) support or favor given</w:t>
      </w:r>
      <w:r>
        <w:br/>
      </w:r>
      <w:r>
        <w:t xml:space="preserve">    (b) belief in a single God</w:t>
      </w:r>
      <w:r>
        <w:br/>
      </w:r>
      <w:r>
        <w:t xml:space="preserve">    (c) lowest legal hourly pay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may be black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ingratitude</w:t>
      </w:r>
      <w:r>
        <w:rPr>
          <w:b/>
          <w:bCs/>
        </w:rPr>
        <w:t xml:space="preserve"> </w:t>
      </w:r>
      <w:r>
        <w:rPr>
          <w:b/>
          <w:bCs/>
        </w:rPr>
        <w:t xml:space="preserve">in the thing, and the punishment may be retributive and well deserved; but that it is a miserable thing, I can testify.</w:t>
      </w:r>
      <w:r>
        <w:br/>
      </w:r>
      <w:r>
        <w:t xml:space="preserve">    (a) the process of excessive encouragement or excitement</w:t>
      </w:r>
      <w:r>
        <w:br/>
      </w:r>
      <w:r>
        <w:t xml:space="preserve">    (b) the ability to take or adopt power or responsibility</w:t>
      </w:r>
      <w:r>
        <w:br/>
      </w:r>
      <w:r>
        <w:t xml:space="preserve">    (c) lack of gratefulness -- typically inappropriately so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those times, I would decide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conclusively</w:t>
      </w:r>
      <w:r>
        <w:rPr>
          <w:b/>
          <w:bCs/>
        </w:rPr>
        <w:t xml:space="preserve"> </w:t>
      </w:r>
      <w:r>
        <w:rPr>
          <w:b/>
          <w:bCs/>
        </w:rPr>
        <w:t xml:space="preserve">that my disaffection to dear old Joe and the forge was gone, and that I was growing up in a fair way to be partners with Joe and to keep company with Biddy,—when all in a moment some confounding remembrance of the Havisham days would fall upon me like a destructive missile, and scatter my wits again.</w:t>
      </w:r>
      <w:r>
        <w:br/>
      </w:r>
      <w:r>
        <w:t xml:space="preserve">    (a) in a well-known or important manner</w:t>
      </w:r>
      <w:r>
        <w:br/>
      </w:r>
      <w:r>
        <w:t xml:space="preserve">    (b) in a manner that is excessively dry</w:t>
      </w:r>
      <w:r>
        <w:br/>
      </w:r>
      <w:r>
        <w:t xml:space="preserve">    (c) putting an end to doubt or question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I had often thought before, with something allied to shame, of my companionship with the fugitive whom I had once seen limping among those graves, what were my thoughts on this Sunday, when the place recalled the wretch, ragged and shivering, with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felon</w:t>
      </w:r>
      <w:r>
        <w:rPr>
          <w:b/>
          <w:bCs/>
        </w:rPr>
        <w:t xml:space="preserve"> </w:t>
      </w:r>
      <w:r>
        <w:rPr>
          <w:b/>
          <w:bCs/>
        </w:rPr>
        <w:t xml:space="preserve">iron and badge!</w:t>
      </w:r>
      <w:r>
        <w:br/>
      </w:r>
      <w:r>
        <w:t xml:space="preserve">    (a) an expert in the branch of geology that studies rocks</w:t>
      </w:r>
      <w:r>
        <w:br/>
      </w:r>
      <w:r>
        <w:t xml:space="preserve">    (b) a lens that limits light vibrations to a single plane</w:t>
      </w:r>
      <w:r>
        <w:br/>
      </w:r>
      <w:r>
        <w:t xml:space="preserve">    (c) someone legally convicted of a felony (serious crime)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So, Mr. Trabb measured and calculated me in the parlor, as if I were an estate and he the finest species of surveyor, and gave himself such a world of trouble that I felt that no suit of clothes could possibly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remunerate</w:t>
      </w:r>
      <w:r>
        <w:rPr>
          <w:b/>
          <w:bCs/>
        </w:rPr>
        <w:t xml:space="preserve"> </w:t>
      </w:r>
      <w:r>
        <w:rPr>
          <w:b/>
          <w:bCs/>
        </w:rPr>
        <w:t xml:space="preserve">him for his pains.</w:t>
      </w:r>
      <w:r>
        <w:br/>
      </w:r>
      <w:r>
        <w:t xml:space="preserve">    (a) get</w:t>
      </w:r>
      <w:r>
        <w:br/>
      </w:r>
      <w:r>
        <w:t xml:space="preserve">    (b) pay</w:t>
      </w:r>
      <w:r>
        <w:br/>
      </w:r>
      <w:r>
        <w:t xml:space="preserve">    (c) pay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figure was a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ungainly</w:t>
      </w:r>
      <w:r>
        <w:rPr>
          <w:b/>
          <w:bCs/>
        </w:rPr>
        <w:t xml:space="preserve">, as in the days when my knuckles had taken such liberties with it, but it looked as if it would always be light and young.</w:t>
      </w:r>
      <w:r>
        <w:br/>
      </w:r>
      <w:r>
        <w:t xml:space="preserve">    (a) lacking appropriate weight compared to height</w:t>
      </w:r>
      <w:r>
        <w:br/>
      </w:r>
      <w:r>
        <w:t xml:space="preserve">    (b) lacking adult height or maturity</w:t>
      </w:r>
      <w:r>
        <w:br/>
      </w:r>
      <w:r>
        <w:t xml:space="preserve">    (c) lacking grace in movement or appearance; or difficult to handle or manage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she was dead,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apprehend</w:t>
      </w:r>
      <w:r>
        <w:rPr>
          <w:b/>
          <w:bCs/>
        </w:rPr>
        <w:t xml:space="preserve"> </w:t>
      </w:r>
      <w:r>
        <w:rPr>
          <w:b/>
          <w:bCs/>
        </w:rPr>
        <w:t xml:space="preserve">he first told his daughter what he had done, and then the son became a part of the family, residing in the house you are acquainted with.</w:t>
      </w:r>
      <w:r>
        <w:br/>
      </w:r>
      <w:r>
        <w:t xml:space="preserve">    (a) interact</w:t>
      </w:r>
      <w:r>
        <w:br/>
      </w:r>
      <w:r>
        <w:t xml:space="preserve">    (b) get along with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believe she had not shown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susceptibility</w:t>
      </w:r>
      <w:r>
        <w:rPr>
          <w:b/>
          <w:bCs/>
        </w:rPr>
        <w:t xml:space="preserve"> </w:t>
      </w:r>
      <w:r>
        <w:rPr>
          <w:b/>
          <w:bCs/>
        </w:rPr>
        <w:t xml:space="preserve">up to that time; but all the susceptibility she possessed certainly came out then, and she passionately loved him.</w:t>
      </w:r>
      <w:r>
        <w:br/>
      </w:r>
      <w:r>
        <w:t xml:space="preserve">    (a) two successive lines of poetry; usually rhymed</w:t>
      </w:r>
      <w:r>
        <w:br/>
      </w:r>
      <w:r>
        <w:t xml:space="preserve">    (b) the main building (or buildings) of government</w:t>
      </w:r>
      <w:r>
        <w:br/>
      </w:r>
      <w:r>
        <w:t xml:space="preserve">    (c) the trait of being easily influenced or harmed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way of improving their minds.</w:t>
      </w:r>
      <w:r>
        <w:br/>
      </w:r>
      <w:r>
        <w:t xml:space="preserve">    (a) city</w:t>
      </w:r>
      <w:r>
        <w:br/>
      </w:r>
      <w:r>
        <w:t xml:space="preserve">    (b) wise</w:t>
      </w:r>
      <w:r>
        <w:br/>
      </w:r>
      <w:r>
        <w:t xml:space="preserve">    (c) real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he had shown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diffidence</w:t>
      </w:r>
      <w:r>
        <w:rPr>
          <w:b/>
          <w:bCs/>
        </w:rPr>
        <w:t xml:space="preserve"> </w:t>
      </w:r>
      <w:r>
        <w:rPr>
          <w:b/>
          <w:bCs/>
        </w:rPr>
        <w:t xml:space="preserve">on the subject, I ventured on the liberty of asking him the question, when he stood before me, dusting his hands.</w:t>
      </w:r>
      <w:r>
        <w:br/>
      </w:r>
      <w:r>
        <w:t xml:space="preserve">    (a) the act of being in a working position; or the act of starting</w:t>
      </w:r>
      <w:r>
        <w:br/>
      </w:r>
      <w:r>
        <w:t xml:space="preserve">    (b) an expert who shares professional opinions in a specific field</w:t>
      </w:r>
      <w:r>
        <w:br/>
      </w:r>
      <w:r>
        <w:t xml:space="preserve">    (c) hesitancy and unassertiveness due to a lack of self-confidence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have struggled with him in the street, or to have exacted any lower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recompense</w:t>
      </w:r>
      <w:r>
        <w:rPr>
          <w:b/>
          <w:bCs/>
        </w:rPr>
        <w:t xml:space="preserve"> </w:t>
      </w:r>
      <w:r>
        <w:rPr>
          <w:b/>
          <w:bCs/>
        </w:rPr>
        <w:t xml:space="preserve">from him than his heart's best blood, would have been futile and degrading.</w:t>
      </w:r>
      <w:r>
        <w:br/>
      </w:r>
      <w:r>
        <w:t xml:space="preserve">    (a) appropriate in size, amount, or degree</w:t>
      </w:r>
      <w:r>
        <w:br/>
      </w:r>
      <w:r>
        <w:t xml:space="preserve">    (b) examine in detail to better understand</w:t>
      </w:r>
      <w:r>
        <w:br/>
      </w:r>
      <w:r>
        <w:t xml:space="preserve">    (c) compensate for a loss; or pay a reward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Standing at this table, I became conscious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servile</w:t>
      </w:r>
      <w:r>
        <w:rPr>
          <w:b/>
          <w:bCs/>
        </w:rPr>
        <w:t xml:space="preserve"> </w:t>
      </w:r>
      <w:r>
        <w:rPr>
          <w:b/>
          <w:bCs/>
        </w:rPr>
        <w:t xml:space="preserve">Pumblechook in a black cloak and several yards of hatband, who was alternately stuffing himself, and making obsequious movements to catch my attention.</w:t>
      </w:r>
      <w:r>
        <w:br/>
      </w:r>
      <w:r>
        <w:t xml:space="preserve">    (a) related to an economic system based on government ownership or control of all important companies -- with the ideal of equal benefits to all people</w:t>
      </w:r>
      <w:r>
        <w:br/>
      </w:r>
      <w:r>
        <w:t xml:space="preserve">    (b) submissive, and eager to serve and please</w:t>
      </w:r>
      <w:r>
        <w:br/>
      </w:r>
      <w:r>
        <w:t xml:space="preserve">    (c) relating to practice or belief that is long-established or was previously long-established  OR  relating to stories passed down through generations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question just now, Mr. Jaggers, which you desired 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waive</w:t>
      </w:r>
      <w:r>
        <w:rPr>
          <w:b/>
          <w:bCs/>
        </w:rPr>
        <w:t xml:space="preserve"> </w:t>
      </w:r>
      <w:r>
        <w:rPr>
          <w:b/>
          <w:bCs/>
        </w:rPr>
        <w:t xml:space="preserve">for a moment.</w:t>
      </w:r>
      <w:r>
        <w:br/>
      </w:r>
      <w:r>
        <w:t xml:space="preserve">    (a) not insist on</w:t>
      </w:r>
      <w:r>
        <w:br/>
      </w:r>
      <w:r>
        <w:t xml:space="preserve">    (b) extremely embarrass (decrease dignity, self-respect, or pride)</w:t>
      </w:r>
      <w:r>
        <w:br/>
      </w:r>
      <w:r>
        <w:t xml:space="preserve">    (c) stimulates; or reflects brilliant light in a flickering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begged Wemmick, in conclusion, to understand that my help must always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rendered</w:t>
      </w:r>
      <w:r>
        <w:rPr>
          <w:b/>
          <w:bCs/>
        </w:rPr>
        <w:t xml:space="preserve"> </w:t>
      </w:r>
      <w:r>
        <w:rPr>
          <w:b/>
          <w:bCs/>
        </w:rPr>
        <w:t xml:space="preserve">without Herbert's knowledge or suspicion,</w:t>
      </w:r>
      <w:r>
        <w:br/>
      </w:r>
      <w:r>
        <w:t xml:space="preserve">    (a) restart (a fire)</w:t>
      </w:r>
      <w:r>
        <w:br/>
      </w:r>
      <w:r>
        <w:t xml:space="preserve">    (b) gave or supplied</w:t>
      </w:r>
      <w:r>
        <w:br/>
      </w:r>
      <w:r>
        <w:t xml:space="preserve">    (c) started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Oh! don't be so proud, Estella, and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inflexible</w:t>
      </w:r>
      <w:r>
        <w:rPr>
          <w:b/>
          <w:bCs/>
        </w:rPr>
        <w:t xml:space="preserve">.</w:t>
      </w:r>
      <w:r>
        <w:br/>
      </w:r>
      <w:r>
        <w:t xml:space="preserve">    (a) not tending to find fault</w:t>
      </w:r>
      <w:r>
        <w:br/>
      </w:r>
      <w:r>
        <w:t xml:space="preserve">    (b) unbending (unwilling to compromise or make concessions)</w:t>
      </w:r>
      <w:r>
        <w:br/>
      </w:r>
      <w:r>
        <w:t xml:space="preserve">    (c) not able to be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...and the attempt to do it would inevitably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engender</w:t>
      </w:r>
      <w:r>
        <w:rPr>
          <w:b/>
          <w:bCs/>
        </w:rPr>
        <w:t xml:space="preserve"> </w:t>
      </w:r>
      <w:r>
        <w:rPr>
          <w:b/>
          <w:bCs/>
        </w:rPr>
        <w:t xml:space="preserve">suspicion.</w:t>
      </w:r>
      <w:r>
        <w:br/>
      </w:r>
      <w:r>
        <w:t xml:space="preserve">    (a) trade</w:t>
      </w:r>
      <w:r>
        <w:br/>
      </w:r>
      <w:r>
        <w:t xml:space="preserve">    (b) delay</w:t>
      </w:r>
      <w:r>
        <w:br/>
      </w:r>
      <w:r>
        <w:t xml:space="preserve">    (c) cause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answered quite seriously, and used the word as if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denoted</w:t>
      </w:r>
      <w:r>
        <w:rPr>
          <w:b/>
          <w:bCs/>
        </w:rPr>
        <w:t xml:space="preserve"> </w:t>
      </w:r>
      <w:r>
        <w:rPr>
          <w:b/>
          <w:bCs/>
        </w:rPr>
        <w:t xml:space="preserve">some profession.</w:t>
      </w:r>
      <w:r>
        <w:br/>
      </w:r>
      <w:r>
        <w:t xml:space="preserve">    (a) with rises and falls in pitch</w:t>
      </w:r>
      <w:r>
        <w:br/>
      </w:r>
      <w:r>
        <w:t xml:space="preserve">    (b) stand for or symbolize literally; or be a sign or indicator of</w:t>
      </w:r>
      <w:r>
        <w:br/>
      </w:r>
      <w:r>
        <w:t xml:space="preserve">    (c) embarrassed or self-conscious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Compeyson's business was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swindling</w:t>
      </w:r>
      <w:r>
        <w:rPr>
          <w:b/>
          <w:bCs/>
        </w:rPr>
        <w:t xml:space="preserve">, handwriting forging, stolen bank-note passing, and such-like.</w:t>
      </w:r>
      <w:r>
        <w:br/>
      </w:r>
      <w:r>
        <w:t xml:space="preserve">    (a) controlling in advance (how something will turn out)</w:t>
      </w:r>
      <w:r>
        <w:br/>
      </w:r>
      <w:r>
        <w:t xml:space="preserve">    (b) holding together (connecting or uniting) or wrapping</w:t>
      </w:r>
      <w:r>
        <w:br/>
      </w:r>
      <w:r>
        <w:t xml:space="preserve">    (c) tricking or cheating someone -- usually to get money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2026-07-31T14:18:23Z</dcterms:created>
  <dcterms:modified xsi:type="dcterms:W3CDTF">2026-07-31T14:18:23Z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