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f1da9a07d086201e6813581fd67e365c8f94ec7"/>
    <w:p>
      <w:pPr>
        <w:pStyle w:val="Heading1"/>
      </w:pPr>
      <w:r>
        <w:rPr>
          <w:b/>
          <w:bCs/>
        </w:rPr>
        <w:t xml:space="preserve">Good Country People</w:t>
      </w:r>
      <w:r>
        <w:br/>
      </w:r>
      <w:r>
        <w:rPr>
          <w:i/>
          <w:iCs/>
        </w:rPr>
        <w:t xml:space="preserve">Flannery O'Connor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...the large hulking Joy, whose constant outrage had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obliterated</w:t>
      </w:r>
      <w:r>
        <w:rPr>
          <w:b/>
          <w:bCs/>
        </w:rPr>
        <w:t xml:space="preserve"> </w:t>
      </w:r>
      <w:r>
        <w:rPr>
          <w:b/>
          <w:bCs/>
        </w:rPr>
        <w:t xml:space="preserve">every expression from her face,</w:t>
      </w:r>
      <w:r>
        <w:br/>
      </w:r>
      <w:r>
        <w:t xml:space="preserve">    (a) expelled or gotten rid of</w:t>
      </w:r>
      <w:r>
        <w:br/>
      </w:r>
      <w:r>
        <w:t xml:space="preserve">    (b) completely done away with (removed)</w:t>
      </w:r>
      <w:r>
        <w:br/>
      </w:r>
      <w:r>
        <w:t xml:space="preserve">    (c) thought -- possibly aloud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Glynese and Carra-mae were useful when they occupied attention that might otherwise have been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directed</w:t>
      </w:r>
      <w:r>
        <w:rPr>
          <w:b/>
          <w:bCs/>
        </w:rPr>
        <w:t xml:space="preserve"> </w:t>
      </w:r>
      <w:r>
        <w:rPr>
          <w:b/>
          <w:bCs/>
        </w:rPr>
        <w:t xml:space="preserve">at her.</w:t>
      </w:r>
      <w:r>
        <w:br/>
      </w:r>
      <w:r>
        <w:t xml:space="preserve">    (a) aimed, or intended for</w:t>
      </w:r>
      <w:r>
        <w:br/>
      </w:r>
      <w:r>
        <w:t xml:space="preserve">    (b) helped make clear</w:t>
      </w:r>
      <w:r>
        <w:br/>
      </w:r>
      <w:r>
        <w:t xml:space="preserve">    (c) thought carefully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had a vision of the name working like the ugly sweating Vulcan who stayed in the furnace and to whom,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presumably</w:t>
      </w:r>
      <w:r>
        <w:rPr>
          <w:b/>
          <w:bCs/>
        </w:rPr>
        <w:t xml:space="preserve">, the goddess had to come when called.</w:t>
      </w:r>
      <w:r>
        <w:br/>
      </w:r>
      <w:r>
        <w:t xml:space="preserve">    (a) secretly</w:t>
      </w:r>
      <w:r>
        <w:br/>
      </w:r>
      <w:r>
        <w:t xml:space="preserve">    (b) shocking</w:t>
      </w:r>
      <w:r>
        <w:br/>
      </w:r>
      <w:r>
        <w:t xml:space="preserve">    (c) probably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Of diseases, she preferred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lingering</w:t>
      </w:r>
      <w:r>
        <w:rPr>
          <w:b/>
          <w:bCs/>
        </w:rPr>
        <w:t xml:space="preserve"> </w:t>
      </w:r>
      <w:r>
        <w:rPr>
          <w:b/>
          <w:bCs/>
        </w:rPr>
        <w:t xml:space="preserve">or incurable.</w:t>
      </w:r>
      <w:r>
        <w:br/>
      </w:r>
      <w:r>
        <w:t xml:space="preserve">    (a) people of the second most populous denomination of Islam (over 10%)</w:t>
      </w:r>
      <w:r>
        <w:br/>
      </w:r>
      <w:r>
        <w:t xml:space="preserve">    (b) to remain in a place or situation longer than necessary or expected</w:t>
      </w:r>
      <w:r>
        <w:br/>
      </w:r>
      <w:r>
        <w:t xml:space="preserve">    (c) a serious intestinal infection caused by contaminated food or water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Science, on the other hand, has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assert</w:t>
      </w:r>
      <w:r>
        <w:rPr>
          <w:b/>
          <w:bCs/>
        </w:rPr>
        <w:t xml:space="preserve"> </w:t>
      </w:r>
      <w:r>
        <w:rPr>
          <w:b/>
          <w:bCs/>
        </w:rPr>
        <w:t xml:space="preserve">its soberness and seriousness afresh and declare that it is concerned solely with what-is.</w:t>
      </w:r>
      <w:r>
        <w:br/>
      </w:r>
      <w:r>
        <w:t xml:space="preserve">    (a) make something more attractive or interesting by adding to it</w:t>
      </w:r>
      <w:r>
        <w:br/>
      </w:r>
      <w:r>
        <w:t xml:space="preserve">    (b) a large structure separate from a main structure or temporary</w:t>
      </w:r>
      <w:r>
        <w:br/>
      </w:r>
      <w:r>
        <w:t xml:space="preserve">    (c) say (that something is true)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a tall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gaunt</w:t>
      </w:r>
      <w:r>
        <w:rPr>
          <w:b/>
          <w:bCs/>
        </w:rPr>
        <w:t xml:space="preserve"> </w:t>
      </w:r>
      <w:r>
        <w:rPr>
          <w:b/>
          <w:bCs/>
        </w:rPr>
        <w:t xml:space="preserve">hatless youth who had called yesterday to sell them a Bible.</w:t>
      </w:r>
      <w:r>
        <w:br/>
      </w:r>
      <w:r>
        <w:t xml:space="preserve">    (a) not having the characteristic of or relating to bouncing back light/heat/sound...</w:t>
      </w:r>
      <w:r>
        <w:br/>
      </w:r>
      <w:r>
        <w:t xml:space="preserve">    (b) very thin and bony</w:t>
      </w:r>
      <w:r>
        <w:br/>
      </w:r>
      <w:r>
        <w:t xml:space="preserve">    (c) able to qualify for regular payments that permit having an income without working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paused and gave her a straight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earnest</w:t>
      </w:r>
      <w:r>
        <w:rPr>
          <w:b/>
          <w:bCs/>
        </w:rPr>
        <w:t xml:space="preserve"> </w:t>
      </w:r>
      <w:r>
        <w:rPr>
          <w:b/>
          <w:bCs/>
        </w:rPr>
        <w:t xml:space="preserve">look and said, "Lady, I've come to speak of serious things."</w:t>
      </w:r>
      <w:r>
        <w:br/>
      </w:r>
      <w:r>
        <w:t xml:space="preserve">    (a) impossible to find</w:t>
      </w:r>
      <w:r>
        <w:br/>
      </w:r>
      <w:r>
        <w:t xml:space="preserve">    (b) good or beneficial</w:t>
      </w:r>
      <w:r>
        <w:br/>
      </w:r>
      <w:r>
        <w:t xml:space="preserve">    (c) sincere or serious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 know," she said, "real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genuine</w:t>
      </w:r>
      <w:r>
        <w:rPr>
          <w:b/>
          <w:bCs/>
        </w:rPr>
        <w:t xml:space="preserve"> </w:t>
      </w:r>
      <w:r>
        <w:rPr>
          <w:b/>
          <w:bCs/>
        </w:rPr>
        <w:t xml:space="preserve">folks!"</w:t>
      </w:r>
      <w:r>
        <w:br/>
      </w:r>
      <w:r>
        <w:t xml:space="preserve">    (a) lazy</w:t>
      </w:r>
      <w:r>
        <w:br/>
      </w:r>
      <w:r>
        <w:t xml:space="preserve">    (b) city</w:t>
      </w:r>
      <w:r>
        <w:br/>
      </w:r>
      <w:r>
        <w:t xml:space="preserve">    (c) real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 five minutes or so she would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stifle</w:t>
      </w:r>
      <w:r>
        <w:rPr>
          <w:b/>
          <w:bCs/>
        </w:rPr>
        <w:t xml:space="preserve"> </w:t>
      </w:r>
      <w:r>
        <w:rPr>
          <w:b/>
          <w:bCs/>
        </w:rPr>
        <w:t xml:space="preserve">a yawn.</w:t>
      </w:r>
      <w:r>
        <w:br/>
      </w:r>
      <w:r>
        <w:t xml:space="preserve">    (a) search for and discover through persistent investigation</w:t>
      </w:r>
      <w:r>
        <w:br/>
      </w:r>
      <w:r>
        <w:t xml:space="preserve">    (b) suppress (prevent)</w:t>
      </w:r>
      <w:r>
        <w:br/>
      </w:r>
      <w:r>
        <w:t xml:space="preserve">    (c) aka analyze -- analyze based upon a theory of psychiatry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...showed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inclination</w:t>
      </w:r>
      <w:r>
        <w:rPr>
          <w:b/>
          <w:bCs/>
        </w:rPr>
        <w:t xml:space="preserve"> </w:t>
      </w:r>
      <w:r>
        <w:rPr>
          <w:b/>
          <w:bCs/>
        </w:rPr>
        <w:t xml:space="preserve">to leave.</w:t>
      </w:r>
      <w:r>
        <w:br/>
      </w:r>
      <w:r>
        <w:t xml:space="preserve">    (a) desire (an attitude of mind favoring)</w:t>
      </w:r>
      <w:r>
        <w:br/>
      </w:r>
      <w:r>
        <w:t xml:space="preserve">    (b) wrong understanding</w:t>
      </w:r>
      <w:r>
        <w:br/>
      </w:r>
      <w:r>
        <w:t xml:space="preserve">    (c) act of hiring again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perceive</w:t>
      </w:r>
      <w:r>
        <w:rPr>
          <w:b/>
          <w:bCs/>
        </w:rPr>
        <w:t xml:space="preserve"> </w:t>
      </w:r>
      <w:r>
        <w:rPr>
          <w:b/>
          <w:bCs/>
        </w:rPr>
        <w:t xml:space="preserve">her mother's eye on her.</w:t>
      </w:r>
      <w:r>
        <w:br/>
      </w:r>
      <w:r>
        <w:t xml:space="preserve">    (a) strongly desire</w:t>
      </w:r>
      <w:r>
        <w:br/>
      </w:r>
      <w:r>
        <w:t xml:space="preserve">    (b) see</w:t>
      </w:r>
      <w:r>
        <w:br/>
      </w:r>
      <w:r>
        <w:t xml:space="preserve">    (c) think carefully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...she had begun to see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profound</w:t>
      </w:r>
      <w:r>
        <w:rPr>
          <w:b/>
          <w:bCs/>
        </w:rPr>
        <w:t xml:space="preserve"> </w:t>
      </w:r>
      <w:r>
        <w:rPr>
          <w:b/>
          <w:bCs/>
        </w:rPr>
        <w:t xml:space="preserve">implications in it.</w:t>
      </w:r>
      <w:r>
        <w:br/>
      </w:r>
      <w:r>
        <w:t xml:space="preserve">    (a) quick or efficient</w:t>
      </w:r>
      <w:r>
        <w:br/>
      </w:r>
      <w:r>
        <w:t xml:space="preserve">    (b) foolish or showing ignorance of important circumstances</w:t>
      </w:r>
      <w:r>
        <w:br/>
      </w:r>
      <w:r>
        <w:t xml:space="preserve">    (c) deep or far reaching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had started thinking of it as a great joke and then she had begun to see profound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implications</w:t>
      </w:r>
      <w:r>
        <w:rPr>
          <w:b/>
          <w:bCs/>
        </w:rPr>
        <w:t xml:space="preserve"> </w:t>
      </w:r>
      <w:r>
        <w:rPr>
          <w:b/>
          <w:bCs/>
        </w:rPr>
        <w:t xml:space="preserve">in it.</w:t>
      </w:r>
      <w:r>
        <w:br/>
      </w:r>
      <w:r>
        <w:t xml:space="preserve">    (a) supporters of dramatic change -- sometimes people fighting for overthrow of a government</w:t>
      </w:r>
      <w:r>
        <w:br/>
      </w:r>
      <w:r>
        <w:t xml:space="preserve">    (b) workplaces where people do scientific or medical research, or produce drugs or chemicals</w:t>
      </w:r>
      <w:r>
        <w:br/>
      </w:r>
      <w:r>
        <w:t xml:space="preserve">    (c) consequences or results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imagined that she took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remorse</w:t>
      </w:r>
      <w:r>
        <w:rPr>
          <w:b/>
          <w:bCs/>
        </w:rPr>
        <w:t xml:space="preserve"> </w:t>
      </w:r>
      <w:r>
        <w:rPr>
          <w:b/>
          <w:bCs/>
        </w:rPr>
        <w:t xml:space="preserve">in hand and changed it into a deeper understanding of life.</w:t>
      </w:r>
      <w:r>
        <w:br/>
      </w:r>
      <w:r>
        <w:t xml:space="preserve">    (a) two successive lines of poetry; usually rhymed</w:t>
      </w:r>
      <w:r>
        <w:br/>
      </w:r>
      <w:r>
        <w:t xml:space="preserve">    (b) regret for doing something that was wrong</w:t>
      </w:r>
      <w:r>
        <w:br/>
      </w:r>
      <w:r>
        <w:t xml:space="preserve">    (c) the main building (or buildings) of government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kiss, which had more pressure than feeling behind it, produced that extra surge of adrenalin in the girl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enables</w:t>
      </w:r>
      <w:r>
        <w:rPr>
          <w:b/>
          <w:bCs/>
        </w:rPr>
        <w:t xml:space="preserve"> </w:t>
      </w:r>
      <w:r>
        <w:rPr>
          <w:b/>
          <w:bCs/>
        </w:rPr>
        <w:t xml:space="preserve">one to carry a packed trunk out of a burning house, but in her, the power went at once to the brain.</w:t>
      </w:r>
      <w:r>
        <w:br/>
      </w:r>
      <w:r>
        <w:t xml:space="preserve">    (a) stops fighting</w:t>
      </w:r>
      <w:r>
        <w:br/>
      </w:r>
      <w:r>
        <w:t xml:space="preserve">    (b) leaps or jumps</w:t>
      </w:r>
      <w:r>
        <w:br/>
      </w:r>
      <w:r>
        <w:t xml:space="preserve">    (c) makes possible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seduced</w:t>
      </w:r>
      <w:r>
        <w:rPr>
          <w:b/>
          <w:bCs/>
        </w:rPr>
        <w:t xml:space="preserve"> </w:t>
      </w:r>
      <w:r>
        <w:rPr>
          <w:b/>
          <w:bCs/>
        </w:rPr>
        <w:t xml:space="preserve">him without even making up her mind to try.</w:t>
      </w:r>
      <w:r>
        <w:br/>
      </w:r>
      <w:r>
        <w:t xml:space="preserve">    (a) (verb) created, started, settled, or set in a place  OR  (adjective) existing, or familiar</w:t>
      </w:r>
      <w:r>
        <w:br/>
      </w:r>
      <w:r>
        <w:t xml:space="preserve">    (b) enticed to fall in love</w:t>
      </w:r>
      <w:r>
        <w:br/>
      </w:r>
      <w:r>
        <w:t xml:space="preserve">    (c) not having a relationship whereby a change in one thing helps predict a change in another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boy's face and his voice were entirely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reverent</w:t>
      </w:r>
      <w:r>
        <w:rPr>
          <w:b/>
          <w:bCs/>
        </w:rPr>
        <w:t xml:space="preserve"> </w:t>
      </w:r>
      <w:r>
        <w:rPr>
          <w:b/>
          <w:bCs/>
        </w:rPr>
        <w:t xml:space="preserve">as he uncovered it and said, "Now show me how to take it off and on."</w:t>
      </w:r>
      <w:r>
        <w:br/>
      </w:r>
      <w:r>
        <w:t xml:space="preserve">    (a) the quality of being sensible and careful</w:t>
      </w:r>
      <w:r>
        <w:br/>
      </w:r>
      <w:r>
        <w:t xml:space="preserve">    (b) without purpose, job, or natural activity</w:t>
      </w:r>
      <w:r>
        <w:br/>
      </w:r>
      <w:r>
        <w:t xml:space="preserve">    (c) with feelings of deep respect and admiration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 hope you don't think," he said in a lofty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indignant</w:t>
      </w:r>
      <w:r>
        <w:rPr>
          <w:b/>
          <w:bCs/>
        </w:rPr>
        <w:t xml:space="preserve"> </w:t>
      </w:r>
      <w:r>
        <w:rPr>
          <w:b/>
          <w:bCs/>
        </w:rPr>
        <w:t xml:space="preserve">tone, "that I believe in that crap!"</w:t>
      </w:r>
      <w:r>
        <w:br/>
      </w:r>
      <w:r>
        <w:t xml:space="preserve">    (a) surprised as something unexpected</w:t>
      </w:r>
      <w:r>
        <w:br/>
      </w:r>
      <w:r>
        <w:t xml:space="preserve">    (b) accepted of something undesired as unavoidable</w:t>
      </w:r>
      <w:r>
        <w:br/>
      </w:r>
      <w:r>
        <w:t xml:space="preserve">    (c) angered or annoyed at something unjust or wrong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saw him grab the leg and then she saw it for an instant slanted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forlornly</w:t>
      </w:r>
      <w:r>
        <w:rPr>
          <w:b/>
          <w:bCs/>
        </w:rPr>
        <w:t xml:space="preserve"> </w:t>
      </w:r>
      <w:r>
        <w:rPr>
          <w:b/>
          <w:bCs/>
        </w:rPr>
        <w:t xml:space="preserve">across the inside of the suitcase with a Bible at either side of its opposite ends.</w:t>
      </w:r>
      <w:r>
        <w:br/>
      </w:r>
      <w:r>
        <w:t xml:space="preserve">    (a) in a pessimistic or disagreeable manner</w:t>
      </w:r>
      <w:r>
        <w:br/>
      </w:r>
      <w:r>
        <w:t xml:space="preserve">    (b) enthusiastically or with great interest</w:t>
      </w:r>
      <w:r>
        <w:br/>
      </w:r>
      <w:r>
        <w:t xml:space="preserve">    (c) sad, hopeless, pitiful and/or abandoned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...saw him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emerge</w:t>
      </w:r>
      <w:r>
        <w:rPr>
          <w:b/>
          <w:bCs/>
        </w:rPr>
        <w:t xml:space="preserve"> </w:t>
      </w:r>
      <w:r>
        <w:rPr>
          <w:b/>
          <w:bCs/>
        </w:rPr>
        <w:t xml:space="preserve">a little later from the woods and head across the meadow toward the highway.</w:t>
      </w:r>
      <w:r>
        <w:br/>
      </w:r>
      <w:r>
        <w:t xml:space="preserve">    (a) the difference between tones of an image</w:t>
      </w:r>
      <w:r>
        <w:br/>
      </w:r>
      <w:r>
        <w:t xml:space="preserve">    (b) come out of</w:t>
      </w:r>
      <w:r>
        <w:br/>
      </w:r>
      <w:r>
        <w:t xml:space="preserve">    (c) hold together (connect or unite) or wrap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2026-07-31T17:54:51Z</dcterms:created>
  <dcterms:modified xsi:type="dcterms:W3CDTF">2026-07-31T17:54:51Z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