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b5df8712a45a05c898a8d969e6ef206de9fd9d4"/>
    <w:p>
      <w:pPr>
        <w:pStyle w:val="Heading1"/>
      </w:pPr>
      <w:r>
        <w:rPr>
          <w:b/>
          <w:bCs/>
        </w:rPr>
        <w:t xml:space="preserve">Gone with the Wind</w:t>
      </w:r>
      <w:r>
        <w:br/>
      </w:r>
      <w:r>
        <w:rPr>
          <w:i/>
          <w:iCs/>
        </w:rPr>
        <w:t xml:space="preserve">Margaret Mitchell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are building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arbor</w:t>
      </w:r>
      <w:r>
        <w:rPr>
          <w:b/>
          <w:bCs/>
        </w:rPr>
        <w:t xml:space="preserve"> </w:t>
      </w:r>
      <w:r>
        <w:rPr>
          <w:b/>
          <w:bCs/>
        </w:rPr>
        <w:t xml:space="preserve">in the back yard.</w:t>
      </w:r>
      <w:r>
        <w:br/>
      </w:r>
      <w:r>
        <w:t xml:space="preserve">    (a) raised flower bed</w:t>
      </w:r>
      <w:r>
        <w:br/>
      </w:r>
      <w:r>
        <w:t xml:space="preserve">    (b) framework for plants</w:t>
      </w:r>
      <w:r>
        <w:br/>
      </w:r>
      <w:r>
        <w:t xml:space="preserve">    (c) stone fire pit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protesters formed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blockade</w:t>
      </w:r>
      <w:r>
        <w:rPr>
          <w:b/>
          <w:bCs/>
        </w:rPr>
        <w:t xml:space="preserve"> </w:t>
      </w:r>
      <w:r>
        <w:rPr>
          <w:b/>
          <w:bCs/>
        </w:rPr>
        <w:t xml:space="preserve">across the main highway.</w:t>
      </w:r>
      <w:r>
        <w:br/>
      </w:r>
      <w:r>
        <w:t xml:space="preserve">    (a) an open pathway</w:t>
      </w:r>
      <w:r>
        <w:br/>
      </w:r>
      <w:r>
        <w:t xml:space="preserve">    (b) a blocking barrier</w:t>
      </w:r>
      <w:r>
        <w:br/>
      </w:r>
      <w:r>
        <w:t xml:space="preserve">    (c) a welcome banner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Please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convey</w:t>
      </w:r>
      <w:r>
        <w:rPr>
          <w:b/>
          <w:bCs/>
        </w:rPr>
        <w:t xml:space="preserve"> </w:t>
      </w:r>
      <w:r>
        <w:rPr>
          <w:b/>
          <w:bCs/>
        </w:rPr>
        <w:t xml:space="preserve">my gratitude for her hospitality.</w:t>
      </w:r>
      <w:r>
        <w:br/>
      </w:r>
      <w:r>
        <w:t xml:space="preserve">    (a) express</w:t>
      </w:r>
      <w:r>
        <w:br/>
      </w:r>
      <w:r>
        <w:t xml:space="preserve">    (b) accept</w:t>
      </w:r>
      <w:r>
        <w:br/>
      </w:r>
      <w:r>
        <w:t xml:space="preserve">    (c) understand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hired a carriage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convey</w:t>
      </w:r>
      <w:r>
        <w:rPr>
          <w:b/>
          <w:bCs/>
        </w:rPr>
        <w:t xml:space="preserve"> </w:t>
      </w:r>
      <w:r>
        <w:rPr>
          <w:b/>
          <w:bCs/>
        </w:rPr>
        <w:t xml:space="preserve">us to the city.</w:t>
      </w:r>
      <w:r>
        <w:br/>
      </w:r>
      <w:r>
        <w:t xml:space="preserve">    (a) give service of</w:t>
      </w:r>
      <w:r>
        <w:br/>
      </w:r>
      <w:r>
        <w:t xml:space="preserve">    (b) explain</w:t>
      </w:r>
      <w:r>
        <w:br/>
      </w:r>
      <w:r>
        <w:t xml:space="preserve">    (c) transport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introduced Bette Midler (pronounced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bet</w:t>
      </w:r>
      <w:r>
        <w:rPr>
          <w:b/>
          <w:bCs/>
        </w:rPr>
        <w:t xml:space="preserve">) by saying,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Bette</w:t>
      </w:r>
      <w:r>
        <w:rPr>
          <w:b/>
          <w:bCs/>
        </w:rPr>
        <w:t xml:space="preserve"> </w:t>
      </w:r>
      <w:r>
        <w:rPr>
          <w:b/>
          <w:bCs/>
        </w:rPr>
        <w:t xml:space="preserve">rhymes with</w:t>
      </w:r>
      <w:r>
        <w:rPr>
          <w:b/>
          <w:bCs/>
        </w:rPr>
        <w:t xml:space="preserve"> </w:t>
      </w:r>
      <w:r>
        <w:rPr>
          <w:b/>
          <w:bCs/>
          <w:i/>
          <w:iCs/>
          <w:u w:val="single"/>
        </w:rPr>
        <w:t xml:space="preserve">coquette</w:t>
      </w:r>
      <w:r>
        <w:rPr>
          <w:b/>
          <w:bCs/>
        </w:rPr>
        <w:t xml:space="preserve">, but never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regret</w:t>
      </w:r>
      <w:r>
        <w:rPr>
          <w:b/>
          <w:bCs/>
        </w:rPr>
        <w:t xml:space="preserve">.</w:t>
      </w:r>
      <w:r>
        <w:br/>
      </w:r>
      <w:r>
        <w:t xml:space="preserve">    (a) a flirt</w:t>
      </w:r>
      <w:r>
        <w:br/>
      </w:r>
      <w:r>
        <w:t xml:space="preserve">    (b) a star</w:t>
      </w:r>
      <w:r>
        <w:br/>
      </w:r>
      <w:r>
        <w:t xml:space="preserve">    (c) a dancer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company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furloughed</w:t>
      </w:r>
      <w:r>
        <w:rPr>
          <w:b/>
          <w:bCs/>
        </w:rPr>
        <w:t xml:space="preserve"> </w:t>
      </w:r>
      <w:r>
        <w:rPr>
          <w:b/>
          <w:bCs/>
        </w:rPr>
        <w:t xml:space="preserve">employees on the third shift.</w:t>
      </w:r>
      <w:r>
        <w:br/>
      </w:r>
      <w:r>
        <w:t xml:space="preserve">    (a) gave raises to</w:t>
      </w:r>
      <w:r>
        <w:br/>
      </w:r>
      <w:r>
        <w:t xml:space="preserve">    (b) ordered not do come to work</w:t>
      </w:r>
      <w:r>
        <w:br/>
      </w:r>
      <w:r>
        <w:t xml:space="preserve">    (c) fired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insolent</w:t>
      </w:r>
      <w:r>
        <w:rPr>
          <w:b/>
          <w:bCs/>
        </w:rPr>
        <w:t xml:space="preserve"> </w:t>
      </w:r>
      <w:r>
        <w:rPr>
          <w:b/>
          <w:bCs/>
        </w:rPr>
        <w:t xml:space="preserve">waiter rolled his eyes when the customer asked for more water.</w:t>
      </w:r>
      <w:r>
        <w:br/>
      </w:r>
      <w:r>
        <w:t xml:space="preserve">    (a) shyly quiet</w:t>
      </w:r>
      <w:r>
        <w:br/>
      </w:r>
      <w:r>
        <w:t xml:space="preserve">    (b) boldly disrespectful</w:t>
      </w:r>
      <w:r>
        <w:br/>
      </w:r>
      <w:r>
        <w:t xml:space="preserve">    (c) kindly helpful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running for the state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legislature</w:t>
      </w:r>
      <w:r>
        <w:rPr>
          <w:b/>
          <w:bCs/>
        </w:rPr>
        <w:t xml:space="preserve">.</w:t>
      </w:r>
      <w:r>
        <w:br/>
      </w:r>
      <w:r>
        <w:t xml:space="preserve">    (a) police department</w:t>
      </w:r>
      <w:r>
        <w:br/>
      </w:r>
      <w:r>
        <w:t xml:space="preserve">    (b) lawmaking body</w:t>
      </w:r>
      <w:r>
        <w:br/>
      </w:r>
      <w:r>
        <w:t xml:space="preserve">    (c) highest court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Words can be like baseball bats when used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maliciously</w:t>
      </w:r>
      <w:r>
        <w:rPr>
          <w:b/>
          <w:bCs/>
        </w:rPr>
        <w:t xml:space="preserve"> </w:t>
      </w:r>
      <w:r>
        <w:rPr>
          <w:b/>
          <w:bCs/>
        </w:rPr>
        <w:t xml:space="preserve">against someone who is sensitive.</w:t>
      </w:r>
      <w:r>
        <w:br/>
      </w:r>
      <w:r>
        <w:t xml:space="preserve">    (a) mockingly</w:t>
      </w:r>
      <w:r>
        <w:br/>
      </w:r>
      <w:r>
        <w:t xml:space="preserve">    (b) carelessly</w:t>
      </w:r>
      <w:r>
        <w:br/>
      </w:r>
      <w:r>
        <w:t xml:space="preserve">    (c) evilly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Many graduates have high college debt.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Moreover</w:t>
      </w:r>
      <w:r>
        <w:rPr>
          <w:b/>
          <w:bCs/>
        </w:rPr>
        <w:t xml:space="preserve">, too many of them haven't found good-paying jobs.</w:t>
      </w:r>
      <w:r>
        <w:br/>
      </w:r>
      <w:r>
        <w:t xml:space="preserve">    (a) in contrast to that</w:t>
      </w:r>
      <w:r>
        <w:br/>
      </w:r>
      <w:r>
        <w:t xml:space="preserve">    (b) as a result of that</w:t>
      </w:r>
      <w:r>
        <w:br/>
      </w:r>
      <w:r>
        <w:t xml:space="preserve">    (c) in addition to that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obstinate</w:t>
      </w:r>
      <w:r>
        <w:rPr>
          <w:b/>
          <w:bCs/>
        </w:rPr>
        <w:t xml:space="preserve"> </w:t>
      </w:r>
      <w:r>
        <w:rPr>
          <w:b/>
          <w:bCs/>
        </w:rPr>
        <w:t xml:space="preserve">as a mule and refuses to change his mind.</w:t>
      </w:r>
      <w:r>
        <w:br/>
      </w:r>
      <w:r>
        <w:t xml:space="preserve">    (a) cheerful</w:t>
      </w:r>
      <w:r>
        <w:br/>
      </w:r>
      <w:r>
        <w:t xml:space="preserve">    (b) graceful</w:t>
      </w:r>
      <w:r>
        <w:br/>
      </w:r>
      <w:r>
        <w:t xml:space="preserve">    (c) stubborn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 want to spoil her, but I don't have the heart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reprove</w:t>
      </w:r>
      <w:r>
        <w:rPr>
          <w:b/>
          <w:bCs/>
        </w:rPr>
        <w:t xml:space="preserve"> </w:t>
      </w:r>
      <w:r>
        <w:rPr>
          <w:b/>
          <w:bCs/>
        </w:rPr>
        <w:t xml:space="preserve">her.</w:t>
      </w:r>
      <w:r>
        <w:br/>
      </w:r>
      <w:r>
        <w:t xml:space="preserve">    (a) compliment</w:t>
      </w:r>
      <w:r>
        <w:br/>
      </w:r>
      <w:r>
        <w:t xml:space="preserve">    (b) criticize</w:t>
      </w:r>
      <w:r>
        <w:br/>
      </w:r>
      <w:r>
        <w:t xml:space="preserve">    (c) instruct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republic</w:t>
      </w:r>
      <w:r>
        <w:rPr>
          <w:b/>
          <w:bCs/>
        </w:rPr>
        <w:t xml:space="preserve"> </w:t>
      </w:r>
      <w:r>
        <w:rPr>
          <w:b/>
          <w:bCs/>
        </w:rPr>
        <w:t xml:space="preserve">is a particular type of democracy.</w:t>
      </w:r>
      <w:r>
        <w:br/>
      </w:r>
      <w:r>
        <w:t xml:space="preserve">    (a) representative government</w:t>
      </w:r>
      <w:r>
        <w:br/>
      </w:r>
      <w:r>
        <w:t xml:space="preserve">    (b) oligarchy</w:t>
      </w:r>
      <w:r>
        <w:br/>
      </w:r>
      <w:r>
        <w:t xml:space="preserve">    (c) weak monarchy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castle was under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siege</w:t>
      </w:r>
      <w:r>
        <w:rPr>
          <w:b/>
          <w:bCs/>
        </w:rPr>
        <w:t xml:space="preserve"> </w:t>
      </w:r>
      <w:r>
        <w:rPr>
          <w:b/>
          <w:bCs/>
        </w:rPr>
        <w:t xml:space="preserve">for months, with the enemy forces relentlessly attacking its walls.</w:t>
      </w:r>
      <w:r>
        <w:br/>
      </w:r>
      <w:r>
        <w:t xml:space="preserve">    (a) passionate negotiation</w:t>
      </w:r>
      <w:r>
        <w:br/>
      </w:r>
      <w:r>
        <w:t xml:space="preserve">    (b) prolonged attack</w:t>
      </w:r>
      <w:r>
        <w:br/>
      </w:r>
      <w:r>
        <w:t xml:space="preserve">    (c) fortified defense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means well, but she lacks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tact</w:t>
      </w:r>
      <w:r>
        <w:rPr>
          <w:b/>
          <w:bCs/>
        </w:rPr>
        <w:t xml:space="preserve">.</w:t>
      </w:r>
      <w:r>
        <w:br/>
      </w:r>
      <w:r>
        <w:t xml:space="preserve">    (a) sensitivity</w:t>
      </w:r>
      <w:r>
        <w:br/>
      </w:r>
      <w:r>
        <w:t xml:space="preserve">    (b) a plan</w:t>
      </w:r>
      <w:r>
        <w:br/>
      </w:r>
      <w:r>
        <w:t xml:space="preserve">    (c) ability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Don't waste my time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trifling</w:t>
      </w:r>
      <w:r>
        <w:rPr>
          <w:b/>
          <w:bCs/>
        </w:rPr>
        <w:t xml:space="preserve"> </w:t>
      </w:r>
      <w:r>
        <w:rPr>
          <w:b/>
          <w:bCs/>
        </w:rPr>
        <w:t xml:space="preserve">matters.</w:t>
      </w:r>
      <w:r>
        <w:br/>
      </w:r>
      <w:r>
        <w:t xml:space="preserve">    (a) unimportant</w:t>
      </w:r>
      <w:r>
        <w:br/>
      </w:r>
      <w:r>
        <w:t xml:space="preserve">    (b) other's</w:t>
      </w:r>
      <w:r>
        <w:br/>
      </w:r>
      <w:r>
        <w:t xml:space="preserve">    (c) future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European Parliament refuses to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trifled with</w:t>
      </w:r>
      <w:r>
        <w:rPr>
          <w:b/>
          <w:bCs/>
        </w:rPr>
        <w:t xml:space="preserve">.</w:t>
      </w:r>
      <w:r>
        <w:br/>
      </w:r>
      <w:r>
        <w:t xml:space="preserve">    (a) treated without respect</w:t>
      </w:r>
      <w:r>
        <w:br/>
      </w:r>
      <w:r>
        <w:t xml:space="preserve">    (b) argued with</w:t>
      </w:r>
      <w:r>
        <w:br/>
      </w:r>
      <w:r>
        <w:t xml:space="preserve">    (c) negotiated with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fears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wrath</w:t>
      </w:r>
      <w:r>
        <w:rPr>
          <w:b/>
          <w:bCs/>
        </w:rPr>
        <w:t xml:space="preserve"> </w:t>
      </w:r>
      <w:r>
        <w:rPr>
          <w:b/>
          <w:bCs/>
        </w:rPr>
        <w:t xml:space="preserve">of God.</w:t>
      </w:r>
      <w:r>
        <w:br/>
      </w:r>
      <w:r>
        <w:t xml:space="preserve">    (a) power</w:t>
      </w:r>
      <w:r>
        <w:br/>
      </w:r>
      <w:r>
        <w:t xml:space="preserve">    (b) unpredictable moods</w:t>
      </w:r>
      <w:r>
        <w:br/>
      </w:r>
      <w:r>
        <w:t xml:space="preserve">    (c) angry punishment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experiment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yielded</w:t>
      </w:r>
      <w:r>
        <w:rPr>
          <w:b/>
          <w:bCs/>
        </w:rPr>
        <w:t xml:space="preserve"> </w:t>
      </w:r>
      <w:r>
        <w:rPr>
          <w:b/>
          <w:bCs/>
        </w:rPr>
        <w:t xml:space="preserve">data that raised a new set of questions.</w:t>
      </w:r>
      <w:r>
        <w:br/>
      </w:r>
      <w:r>
        <w:t xml:space="preserve">    (a) destroyed</w:t>
      </w:r>
      <w:r>
        <w:br/>
      </w:r>
      <w:r>
        <w:t xml:space="preserve">    (b) slowed down</w:t>
      </w:r>
      <w:r>
        <w:br/>
      </w:r>
      <w:r>
        <w:t xml:space="preserve">    (c) produced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the scandal, 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yielded</w:t>
      </w:r>
      <w:r>
        <w:rPr>
          <w:b/>
          <w:bCs/>
        </w:rPr>
        <w:t xml:space="preserve"> </w:t>
      </w:r>
      <w:r>
        <w:rPr>
          <w:b/>
          <w:bCs/>
        </w:rPr>
        <w:t xml:space="preserve">to public pressure and resigned her position.</w:t>
      </w:r>
      <w:r>
        <w:br/>
      </w:r>
      <w:r>
        <w:t xml:space="preserve">    (a) produced</w:t>
      </w:r>
      <w:r>
        <w:br/>
      </w:r>
      <w:r>
        <w:t xml:space="preserve">    (b) added</w:t>
      </w:r>
      <w:r>
        <w:br/>
      </w:r>
      <w:r>
        <w:t xml:space="preserve">    (c) gave in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2026-07-31T15:17:52Z</dcterms:created>
  <dcterms:modified xsi:type="dcterms:W3CDTF">2026-07-31T15:17:52Z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