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5704ac02571106a9d61c5f007d8f4aa010dd34c"/>
    <w:p>
      <w:pPr>
        <w:pStyle w:val="Heading1"/>
      </w:pPr>
      <w:r>
        <w:rPr>
          <w:b/>
          <w:bCs/>
        </w:rPr>
        <w:t xml:space="preserve">Gone with the Wind</w:t>
      </w:r>
      <w:r>
        <w:br/>
      </w:r>
      <w:r>
        <w:rPr>
          <w:i/>
          <w:iCs/>
        </w:rPr>
        <w:t xml:space="preserve">Margaret Mitchell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Troop bowed to real worth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moreover</w:t>
      </w:r>
      <w:r>
        <w:rPr>
          <w:b/>
          <w:bCs/>
        </w:rPr>
        <w:t xml:space="preserve">, because they liked him, they made him an officer.</w:t>
      </w:r>
      <w:r>
        <w:br/>
      </w:r>
      <w:r>
        <w:t xml:space="preserve">    (a) in addition to what has just been said</w:t>
      </w:r>
      <w:r>
        <w:br/>
      </w:r>
      <w:r>
        <w:t xml:space="preserve">    (b) even though -- used to connect contrasting ideas</w:t>
      </w:r>
      <w:r>
        <w:br/>
      </w:r>
      <w:r>
        <w:t xml:space="preserve">    (c) despite that (used to connect contrasting ideas)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Has he been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trifling with</w:t>
      </w:r>
      <w:r>
        <w:rPr>
          <w:b/>
          <w:bCs/>
        </w:rPr>
        <w:t xml:space="preserve"> </w:t>
      </w:r>
      <w:r>
        <w:rPr>
          <w:b/>
          <w:bCs/>
        </w:rPr>
        <w:t xml:space="preserve">you?</w:t>
      </w:r>
      <w:r>
        <w:br/>
      </w:r>
      <w:r>
        <w:t xml:space="preserve">    (a) to spoil something so it is not desirable</w:t>
      </w:r>
      <w:r>
        <w:br/>
      </w:r>
      <w:r>
        <w:t xml:space="preserve">    (b) treating thoughtlessly or without respect</w:t>
      </w:r>
      <w:r>
        <w:br/>
      </w:r>
      <w:r>
        <w:t xml:space="preserve">    (c) stop interacting; or stop having interest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colonel would have wired earlier, but Charles, thinking his illness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trifling</w:t>
      </w:r>
      <w:r>
        <w:rPr>
          <w:b/>
          <w:bCs/>
        </w:rPr>
        <w:t xml:space="preserve"> </w:t>
      </w:r>
      <w:r>
        <w:rPr>
          <w:b/>
          <w:bCs/>
        </w:rPr>
        <w:t xml:space="preserve">one, did not wish to have his family worried.</w:t>
      </w:r>
      <w:r>
        <w:br/>
      </w:r>
      <w:r>
        <w:t xml:space="preserve">    (a) moving out of an interacting position; or stopping</w:t>
      </w:r>
      <w:r>
        <w:br/>
      </w:r>
      <w:r>
        <w:t xml:space="preserve">    (b) canceling or annulling a formal ruling or contract</w:t>
      </w:r>
      <w:r>
        <w:br/>
      </w:r>
      <w:r>
        <w:t xml:space="preserve">    (c) something of small importance; or a small quantity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Under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arbor</w:t>
      </w:r>
      <w:r>
        <w:rPr>
          <w:b/>
          <w:bCs/>
        </w:rPr>
        <w:t xml:space="preserve"> </w:t>
      </w:r>
      <w:r>
        <w:rPr>
          <w:b/>
          <w:bCs/>
        </w:rPr>
        <w:t xml:space="preserve">sat the married women, their dark dresses decorous notes in the surrounding color and gaiety.</w:t>
      </w:r>
      <w:r>
        <w:br/>
      </w:r>
      <w:r>
        <w:t xml:space="preserve">    (a) a framework that supports climbing plants; or a shady rest area made by such a framework or by trees and shrubs</w:t>
      </w:r>
      <w:r>
        <w:br/>
      </w:r>
      <w:r>
        <w:t xml:space="preserve">    (b) an artists performance of another artist's work that expresses the performer's feelings or ideas about the work</w:t>
      </w:r>
      <w:r>
        <w:br/>
      </w:r>
      <w:r>
        <w:t xml:space="preserve">    (c) soccer player who typically play in the middle third of the field and who assists with both defense and offense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"Good Heavens!" thought Scarlett,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reproved</w:t>
      </w:r>
      <w:r>
        <w:rPr>
          <w:b/>
          <w:bCs/>
        </w:rPr>
        <w:t xml:space="preserve"> </w:t>
      </w:r>
      <w:r>
        <w:rPr>
          <w:b/>
          <w:bCs/>
        </w:rPr>
        <w:t xml:space="preserve">into silence.</w:t>
      </w:r>
      <w:r>
        <w:br/>
      </w:r>
      <w:r>
        <w:t xml:space="preserve">    (a) criticized</w:t>
      </w:r>
      <w:r>
        <w:br/>
      </w:r>
      <w:r>
        <w:t xml:space="preserve">    (b) translated</w:t>
      </w:r>
      <w:r>
        <w:br/>
      </w:r>
      <w:r>
        <w:t xml:space="preserve">    (c) subtracted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Melanie smiled at him through sparkling tears while Scarlett felt the fox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wrath</w:t>
      </w:r>
      <w:r>
        <w:rPr>
          <w:b/>
          <w:bCs/>
        </w:rPr>
        <w:t xml:space="preserve"> </w:t>
      </w:r>
      <w:r>
        <w:rPr>
          <w:b/>
          <w:bCs/>
        </w:rPr>
        <w:t xml:space="preserve">and impotent hate gnaw at her vitals.</w:t>
      </w:r>
      <w:r>
        <w:br/>
      </w:r>
      <w:r>
        <w:t xml:space="preserve">    (a) extreme anger</w:t>
      </w:r>
      <w:r>
        <w:br/>
      </w:r>
      <w:r>
        <w:t xml:space="preserve">    (b) use of reason</w:t>
      </w:r>
      <w:r>
        <w:br/>
      </w:r>
      <w:r>
        <w:t xml:space="preserve">    (c) determination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Yankee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blockade</w:t>
      </w:r>
      <w:r>
        <w:rPr>
          <w:b/>
          <w:bCs/>
        </w:rPr>
        <w:t xml:space="preserve"> </w:t>
      </w:r>
      <w:r>
        <w:rPr>
          <w:b/>
          <w:bCs/>
        </w:rPr>
        <w:t xml:space="preserve">about the Confederate ports had tightened, and luxuries such as tea, coffee, silks, whalebone stays, colognes, fashion magazines and books were scarce and dear.</w:t>
      </w:r>
      <w:r>
        <w:br/>
      </w:r>
      <w:r>
        <w:t xml:space="preserve">    (a) search for and discover through persistent investigation</w:t>
      </w:r>
      <w:r>
        <w:br/>
      </w:r>
      <w:r>
        <w:t xml:space="preserve">    (b) aka analyze -- analyze based upon a theory of psychiatry</w:t>
      </w:r>
      <w:r>
        <w:br/>
      </w:r>
      <w:r>
        <w:t xml:space="preserve">    (c) war measure that prevents transfer of goods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the bold way his eyes looked out of his swarthy face with a displeasing air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insolence</w:t>
      </w:r>
      <w:r>
        <w:rPr>
          <w:b/>
          <w:bCs/>
        </w:rPr>
        <w:t xml:space="preserve">, as if all women were his property to be enjoyed in his own good time.</w:t>
      </w:r>
      <w:r>
        <w:br/>
      </w:r>
      <w:r>
        <w:t xml:space="preserve">    (a) job, reservation, booking, or activity</w:t>
      </w:r>
      <w:r>
        <w:br/>
      </w:r>
      <w:r>
        <w:t xml:space="preserve">    (b) rude, disrespectful behavior or action</w:t>
      </w:r>
      <w:r>
        <w:br/>
      </w:r>
      <w:r>
        <w:t xml:space="preserve">    (c) thing that affects a result or outcome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there was a difference, for beneath Rhett's seeming lightness there was something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malicious</w:t>
      </w:r>
      <w:r>
        <w:rPr>
          <w:b/>
          <w:bCs/>
        </w:rPr>
        <w:t xml:space="preserve">, almost sinister in its suave brutality.</w:t>
      </w:r>
      <w:r>
        <w:br/>
      </w:r>
      <w:r>
        <w:t xml:space="preserve">    (a) designed to be useful; or capable of working</w:t>
      </w:r>
      <w:r>
        <w:br/>
      </w:r>
      <w:r>
        <w:t xml:space="preserve">    (b) exceedingly important, serious, or dangerous</w:t>
      </w:r>
      <w:r>
        <w:br/>
      </w:r>
      <w:r>
        <w:t xml:space="preserve">    (c) the intention or desire to see others suffer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You know how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obstinate</w:t>
      </w:r>
      <w:r>
        <w:rPr>
          <w:b/>
          <w:bCs/>
        </w:rPr>
        <w:t xml:space="preserve"> </w:t>
      </w:r>
      <w:r>
        <w:rPr>
          <w:b/>
          <w:bCs/>
        </w:rPr>
        <w:t xml:space="preserve">men are when they get their backs up.</w:t>
      </w:r>
      <w:r>
        <w:br/>
      </w:r>
      <w:r>
        <w:t xml:space="preserve">    (a) able to be delayed until a later time</w:t>
      </w:r>
      <w:r>
        <w:br/>
      </w:r>
      <w:r>
        <w:t xml:space="preserve">    (b) not bouncing back light/heat/sound...</w:t>
      </w:r>
      <w:r>
        <w:br/>
      </w:r>
      <w:r>
        <w:t xml:space="preserve">    (c) stubborn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Vicksburg had fallen, fallen after a long and bitter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siege</w:t>
      </w:r>
      <w:r>
        <w:rPr>
          <w:b/>
          <w:bCs/>
        </w:rPr>
        <w:t xml:space="preserve">,</w:t>
      </w:r>
      <w:r>
        <w:br/>
      </w:r>
      <w:r>
        <w:t xml:space="preserve">    (a) a military tactic in which a fortified place is surrounded and isolated while it is attacked over time</w:t>
      </w:r>
      <w:r>
        <w:br/>
      </w:r>
      <w:r>
        <w:t xml:space="preserve">    (b) the act of forcing into an undesired activity or situation -- such as legally sentencing someone to punishment  OR  the act of finding guilty -- especially in court</w:t>
      </w:r>
      <w:r>
        <w:br/>
      </w:r>
      <w:r>
        <w:t xml:space="preserve">    (c) a workplace where people do scientific or medical research, or produce drugs or chemicals (also used figuratively)  OR  (as an adjective) related to such a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overcome with the knowledge of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tactlessness</w:t>
      </w:r>
      <w:r>
        <w:rPr>
          <w:b/>
          <w:bCs/>
        </w:rPr>
        <w:t xml:space="preserve"> </w:t>
      </w:r>
      <w:r>
        <w:rPr>
          <w:b/>
          <w:bCs/>
        </w:rPr>
        <w:t xml:space="preserve">and also with horror at having discussed her condition with a man, she began to cry weakly.</w:t>
      </w:r>
      <w:r>
        <w:br/>
      </w:r>
      <w:r>
        <w:t xml:space="preserve">    (a) the state of being aware or concerned about something</w:t>
      </w:r>
      <w:r>
        <w:br/>
      </w:r>
      <w:r>
        <w:t xml:space="preserve">    (b) the degree of being completely in the specified state</w:t>
      </w:r>
      <w:r>
        <w:br/>
      </w:r>
      <w:r>
        <w:t xml:space="preserve">    (c) to say or handle things in a needlessly offensive way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the sight of the women with buckets and dippers,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conveyances</w:t>
      </w:r>
      <w:r>
        <w:rPr>
          <w:b/>
          <w:bCs/>
        </w:rPr>
        <w:t xml:space="preserve"> </w:t>
      </w:r>
      <w:r>
        <w:rPr>
          <w:b/>
          <w:bCs/>
        </w:rPr>
        <w:t xml:space="preserve">halted and the chorus went up in cries, in whispers: "Water!"</w:t>
      </w:r>
      <w:r>
        <w:br/>
      </w:r>
      <w:r>
        <w:t xml:space="preserve">    (a) takes on or adopts</w:t>
      </w:r>
      <w:r>
        <w:br/>
      </w:r>
      <w:r>
        <w:t xml:space="preserve">    (b) influences opinion</w:t>
      </w:r>
      <w:r>
        <w:br/>
      </w:r>
      <w:r>
        <w:t xml:space="preserve">    (c) carriages (means of transport)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talk of shadow shows and hazy outlines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conveyed</w:t>
      </w:r>
      <w:r>
        <w:rPr>
          <w:b/>
          <w:bCs/>
        </w:rPr>
        <w:t xml:space="preserve"> </w:t>
      </w:r>
      <w:r>
        <w:rPr>
          <w:b/>
          <w:bCs/>
        </w:rPr>
        <w:t xml:space="preserve">no meaning to her but his last words were in language she could understand.</w:t>
      </w:r>
      <w:r>
        <w:br/>
      </w:r>
      <w:r>
        <w:t xml:space="preserve">    (a) thought -- possibly aloud</w:t>
      </w:r>
      <w:r>
        <w:br/>
      </w:r>
      <w:r>
        <w:t xml:space="preserve">    (b) was abundant or plentiful</w:t>
      </w:r>
      <w:r>
        <w:br/>
      </w:r>
      <w:r>
        <w:t xml:space="preserve">    (c) communicated or expressed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Mrs. Meade was disobedient for the first time in her married life and flatly refused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</w:t>
      </w:r>
      <w:r>
        <w:rPr>
          <w:b/>
          <w:bCs/>
        </w:rPr>
        <w:t xml:space="preserve"> </w:t>
      </w:r>
      <w:r>
        <w:rPr>
          <w:b/>
          <w:bCs/>
        </w:rPr>
        <w:t xml:space="preserve">to the doctor's command that she take the train to safety.</w:t>
      </w:r>
      <w:r>
        <w:br/>
      </w:r>
      <w:r>
        <w:t xml:space="preserve">    (a) an involuntary vomiting spasm</w:t>
      </w:r>
      <w:r>
        <w:br/>
      </w:r>
      <w:r>
        <w:t xml:space="preserve">    (b) select (on a computer screen)</w:t>
      </w:r>
      <w:r>
        <w:br/>
      </w:r>
      <w:r>
        <w:t xml:space="preserve">    (c) give in, give way, or give up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trouser pockets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yielded</w:t>
      </w:r>
      <w:r>
        <w:rPr>
          <w:b/>
          <w:bCs/>
        </w:rPr>
        <w:t xml:space="preserve"> </w:t>
      </w:r>
      <w:r>
        <w:rPr>
          <w:b/>
          <w:bCs/>
        </w:rPr>
        <w:t xml:space="preserve">nothing except a candle end, a jackknife, a plug of tobacco and a bit of twine.</w:t>
      </w:r>
      <w:r>
        <w:br/>
      </w:r>
      <w:r>
        <w:t xml:space="preserve">    (a) was attractive or desirable</w:t>
      </w:r>
      <w:r>
        <w:br/>
      </w:r>
      <w:r>
        <w:t xml:space="preserve">    (b) not wanting to do something</w:t>
      </w:r>
      <w:r>
        <w:br/>
      </w:r>
      <w:r>
        <w:t xml:space="preserve">    (c) produced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But, all the same, he was her beau after you turned him down, because when he come home on his last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furlough</w:t>
      </w:r>
      <w:r>
        <w:rPr>
          <w:b/>
          <w:bCs/>
        </w:rPr>
        <w:t xml:space="preserve"> </w:t>
      </w:r>
      <w:r>
        <w:rPr>
          <w:b/>
          <w:bCs/>
        </w:rPr>
        <w:t xml:space="preserve">they got engaged.</w:t>
      </w:r>
      <w:r>
        <w:br/>
      </w:r>
      <w:r>
        <w:t xml:space="preserve">    (a) a method of artistic painting on a wall by using watercolors on wet plaster; or the painting made in such a manner</w:t>
      </w:r>
      <w:r>
        <w:br/>
      </w:r>
      <w:r>
        <w:t xml:space="preserve">    (b) accept someone's membership though a special procedure such as a ceremony and/or period of instruction and/or test</w:t>
      </w:r>
      <w:r>
        <w:br/>
      </w:r>
      <w:r>
        <w:t xml:space="preserve">    (c) a temporary leave from work, duty, or confinement, usually granted by an employer, the military, or an institution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Scarlett O'Hara had a pretty,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coquettish</w:t>
      </w:r>
      <w:r>
        <w:rPr>
          <w:b/>
          <w:bCs/>
        </w:rPr>
        <w:t xml:space="preserve">, highspirited face.</w:t>
      </w:r>
      <w:r>
        <w:br/>
      </w:r>
      <w:r>
        <w:t xml:space="preserve">    (a) related to the setting or situation in which something occurs</w:t>
      </w:r>
      <w:r>
        <w:br/>
      </w:r>
      <w:r>
        <w:t xml:space="preserve">    (b) casually playful in a way that arouses sexual interest of men</w:t>
      </w:r>
      <w:r>
        <w:br/>
      </w:r>
      <w:r>
        <w:t xml:space="preserve">    (c) trustworthy with secrets or subtle (not attracting attention)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legislatures</w:t>
      </w:r>
      <w:r>
        <w:rPr>
          <w:b/>
          <w:bCs/>
        </w:rPr>
        <w:t xml:space="preserve"> </w:t>
      </w:r>
      <w:r>
        <w:rPr>
          <w:b/>
          <w:bCs/>
        </w:rPr>
        <w:t xml:space="preserve">might just as well have hollered 'Hurray for Jeff Davis and the Southern Confederacy' for all the good it'll do them— and us.</w:t>
      </w:r>
      <w:r>
        <w:br/>
      </w:r>
      <w:r>
        <w:t xml:space="preserve">    (a) thousands of very small unit of electrical energy (thousands of joules)</w:t>
      </w:r>
      <w:r>
        <w:br/>
      </w:r>
      <w:r>
        <w:t xml:space="preserve">    (b) groups of government representatives that have the power to create laws</w:t>
      </w:r>
      <w:r>
        <w:br/>
      </w:r>
      <w:r>
        <w:t xml:space="preserve">    (c) organizations, each of which is comprised of firms in a single industry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I'm sorry you're hurt, my dear, but I cannot meet Governor Bullock or any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Republican</w:t>
      </w:r>
      <w:r>
        <w:rPr>
          <w:b/>
          <w:bCs/>
        </w:rPr>
        <w:t xml:space="preserve"> </w:t>
      </w:r>
      <w:r>
        <w:rPr>
          <w:b/>
          <w:bCs/>
        </w:rPr>
        <w:t xml:space="preserve">or any Scallawag.</w:t>
      </w:r>
      <w:r>
        <w:br/>
      </w:r>
      <w:r>
        <w:t xml:space="preserve">    (a) of a system of government in which a majority of citizens elect representatives to make laws; or someone in favor of such a form of government</w:t>
      </w:r>
      <w:r>
        <w:br/>
      </w:r>
      <w:r>
        <w:t xml:space="preserve">    (b) of an organism in the early stages of development prior to birth, hatching, or sprouting  OR  of anything in an early stage of development</w:t>
      </w:r>
      <w:r>
        <w:br/>
      </w:r>
      <w:r>
        <w:t xml:space="preserve">    (c) relating to a Christian ceremony signifying spiritual cleansing and rebirth  OR  relating to a challenging experience that initiates or purifies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2026-07-31T15:17:52Z</dcterms:created>
  <dcterms:modified xsi:type="dcterms:W3CDTF">2026-07-31T15:17:52Z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