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fa812a59fb321eb67d2c695816a3beff2e236ee"/>
    <w:p>
      <w:pPr>
        <w:pStyle w:val="Heading1"/>
      </w:pPr>
      <w:r>
        <w:rPr>
          <w:b/>
          <w:bCs/>
        </w:rPr>
        <w:t xml:space="preserve">Gone with the Wind</w:t>
      </w:r>
      <w:r>
        <w:br/>
      </w:r>
      <w:r>
        <w:rPr>
          <w:i/>
          <w:iCs/>
        </w:rPr>
        <w:t xml:space="preserve">Margaret Mitchell</w:t>
      </w:r>
      <w:r>
        <w:br/>
      </w:r>
      <w:r>
        <w:rPr>
          <w:b/>
          <w:bCs/>
        </w:rPr>
        <w:t xml:space="preserve">Extra Credit Vocabulary in Context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were completely fearless of wild horses, shooting affrays and the indignation of their neighbors, but they had a wholesome fear of their red-haired mother's outspoken remarks and the riding crop that she did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scruple</w:t>
      </w:r>
      <w:r>
        <w:rPr>
          <w:b/>
          <w:bCs/>
        </w:rPr>
        <w:t xml:space="preserve"> </w:t>
      </w:r>
      <w:r>
        <w:rPr>
          <w:b/>
          <w:bCs/>
        </w:rPr>
        <w:t xml:space="preserve">to lay across their breeches.</w:t>
      </w:r>
      <w:r>
        <w:br/>
      </w:r>
      <w:r>
        <w:t xml:space="preserve">    (a) speak in a manner that does not clearly express an opinion or decision</w:t>
      </w:r>
      <w:r>
        <w:br/>
      </w:r>
      <w:r>
        <w:t xml:space="preserve">    (b) an ethical or moral principle that discourages certain kinds of action</w:t>
      </w:r>
      <w:r>
        <w:br/>
      </w:r>
      <w:r>
        <w:t xml:space="preserve">    (c) to stick out, attract more attention than desired, or impose on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Until the previous summer, Stuart had courted India Wilkes with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approbation</w:t>
      </w:r>
      <w:r>
        <w:rPr>
          <w:b/>
          <w:bCs/>
        </w:rPr>
        <w:t xml:space="preserve"> </w:t>
      </w:r>
      <w:r>
        <w:rPr>
          <w:b/>
          <w:bCs/>
        </w:rPr>
        <w:t xml:space="preserve">of both families and the entire County.</w:t>
      </w:r>
      <w:r>
        <w:br/>
      </w:r>
      <w:r>
        <w:t xml:space="preserve">    (a) approval</w:t>
      </w:r>
      <w:r>
        <w:br/>
      </w:r>
      <w:r>
        <w:t xml:space="preserve">    (b) allowing</w:t>
      </w:r>
      <w:r>
        <w:br/>
      </w:r>
      <w:r>
        <w:t xml:space="preserve">    (c) not real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Widows could never chatter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vivaciously</w:t>
      </w:r>
      <w:r>
        <w:rPr>
          <w:b/>
          <w:bCs/>
        </w:rPr>
        <w:t xml:space="preserve"> </w:t>
      </w:r>
      <w:r>
        <w:rPr>
          <w:b/>
          <w:bCs/>
        </w:rPr>
        <w:t xml:space="preserve">or laugh aloud.</w:t>
      </w:r>
      <w:r>
        <w:br/>
      </w:r>
      <w:r>
        <w:t xml:space="preserve">    (a) to almost be so, but not so strictly speaking</w:t>
      </w:r>
      <w:r>
        <w:br/>
      </w:r>
      <w:r>
        <w:t xml:space="preserve">    (b) in an artificial manner to make an impression</w:t>
      </w:r>
      <w:r>
        <w:br/>
      </w:r>
      <w:r>
        <w:t xml:space="preserve">    (c) in a manner that is engaging and enthusiastic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Atlanta was ... as headstrong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impetuous</w:t>
      </w:r>
      <w:r>
        <w:rPr>
          <w:b/>
          <w:bCs/>
        </w:rPr>
        <w:t xml:space="preserve"> </w:t>
      </w:r>
      <w:r>
        <w:rPr>
          <w:b/>
          <w:bCs/>
        </w:rPr>
        <w:t xml:space="preserve">as herself.</w:t>
      </w:r>
      <w:r>
        <w:br/>
      </w:r>
      <w:r>
        <w:t xml:space="preserve">    (a) tending to have exceedingly unfavorable opinions</w:t>
      </w:r>
      <w:r>
        <w:br/>
      </w:r>
      <w:r>
        <w:t xml:space="preserve">    (b) impulsive</w:t>
      </w:r>
      <w:r>
        <w:br/>
      </w:r>
      <w:r>
        <w:t xml:space="preserve">    (c) most important; or person that is most important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was fortunate, for if she could have spoken she would have cried out truths couched in Gerald's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forthright</w:t>
      </w:r>
      <w:r>
        <w:rPr>
          <w:b/>
          <w:bCs/>
        </w:rPr>
        <w:t xml:space="preserve"> </w:t>
      </w:r>
      <w:r>
        <w:rPr>
          <w:b/>
          <w:bCs/>
        </w:rPr>
        <w:t xml:space="preserve">words.</w:t>
      </w:r>
      <w:r>
        <w:br/>
      </w:r>
      <w:r>
        <w:t xml:space="preserve">    (a) requiring great strength or effort (like that of the mythological Hercules)</w:t>
      </w:r>
      <w:r>
        <w:br/>
      </w:r>
      <w:r>
        <w:t xml:space="preserve">    (b) working against the principles of democracy or representation of the people</w:t>
      </w:r>
      <w:r>
        <w:br/>
      </w:r>
      <w:r>
        <w:t xml:space="preserve">    (c) honest and direct in speaking or behavior -- even when it’s uncomfortable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will not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enumerate</w:t>
      </w:r>
      <w:r>
        <w:rPr>
          <w:b/>
          <w:bCs/>
        </w:rPr>
        <w:t xml:space="preserve"> </w:t>
      </w:r>
      <w:r>
        <w:rPr>
          <w:b/>
          <w:bCs/>
        </w:rPr>
        <w:t xml:space="preserve">them.</w:t>
      </w:r>
      <w:r>
        <w:br/>
      </w:r>
      <w:r>
        <w:t xml:space="preserve">    (a) to name or list things one-by-one</w:t>
      </w:r>
      <w:r>
        <w:br/>
      </w:r>
      <w:r>
        <w:t xml:space="preserve">    (b) make someone want to do something</w:t>
      </w:r>
      <w:r>
        <w:br/>
      </w:r>
      <w:r>
        <w:t xml:space="preserve">    (c) walk in an awkward, shuffling way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And they must be on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amicable</w:t>
      </w:r>
      <w:r>
        <w:rPr>
          <w:b/>
          <w:bCs/>
        </w:rPr>
        <w:t xml:space="preserve"> </w:t>
      </w:r>
      <w:r>
        <w:rPr>
          <w:b/>
          <w:bCs/>
        </w:rPr>
        <w:t xml:space="preserve">terms to be coming home together at this hour and in this condition.</w:t>
      </w:r>
      <w:r>
        <w:br/>
      </w:r>
      <w:r>
        <w:t xml:space="preserve">    (a) not good at making decisions</w:t>
      </w:r>
      <w:r>
        <w:br/>
      </w:r>
      <w:r>
        <w:t xml:space="preserve">    (b) friendly or showing goodwill</w:t>
      </w:r>
      <w:r>
        <w:br/>
      </w:r>
      <w:r>
        <w:t xml:space="preserve">    (c) without boundaries or limits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the small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privations</w:t>
      </w:r>
      <w:r>
        <w:rPr>
          <w:b/>
          <w:bCs/>
        </w:rPr>
        <w:t xml:space="preserve"> </w:t>
      </w:r>
      <w:r>
        <w:rPr>
          <w:b/>
          <w:bCs/>
        </w:rPr>
        <w:t xml:space="preserve">of clothing and food did not annoy her, so happy was she to be in the world again.</w:t>
      </w:r>
      <w:r>
        <w:br/>
      </w:r>
      <w:r>
        <w:t xml:space="preserve">    (a) things that are lacking which are needed to live in a satisfactory manner</w:t>
      </w:r>
      <w:r>
        <w:br/>
      </w:r>
      <w:r>
        <w:t xml:space="preserve">    (b) international boundaries or wilderness areas at the edge of settled areas</w:t>
      </w:r>
      <w:r>
        <w:br/>
      </w:r>
      <w:r>
        <w:t xml:space="preserve">    (c) things that hold other things together, or wrap or cover or tie something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helpless before his calm smile and his drawling remarks, for she had never before met anyone who was so completely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impregnable</w:t>
      </w:r>
      <w:r>
        <w:rPr>
          <w:b/>
          <w:bCs/>
        </w:rPr>
        <w:t xml:space="preserve">.</w:t>
      </w:r>
      <w:r>
        <w:br/>
      </w:r>
      <w:r>
        <w:t xml:space="preserve">    (a) able to take on or adopt</w:t>
      </w:r>
      <w:r>
        <w:br/>
      </w:r>
      <w:r>
        <w:t xml:space="preserve">    (b) the state of being awake</w:t>
      </w:r>
      <w:r>
        <w:br/>
      </w:r>
      <w:r>
        <w:t xml:space="preserve">    (c) able to withstand attack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 there was a difference, for beneath Rhett's seeming lightness there was something malicious, almost sinister in its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suave</w:t>
      </w:r>
      <w:r>
        <w:rPr>
          <w:b/>
          <w:bCs/>
        </w:rPr>
        <w:t xml:space="preserve"> </w:t>
      </w:r>
      <w:r>
        <w:rPr>
          <w:b/>
          <w:bCs/>
        </w:rPr>
        <w:t xml:space="preserve">brutality.</w:t>
      </w:r>
      <w:r>
        <w:br/>
      </w:r>
      <w:r>
        <w:t xml:space="preserve">    (a) able to meet and talk with</w:t>
      </w:r>
      <w:r>
        <w:br/>
      </w:r>
      <w:r>
        <w:t xml:space="preserve">    (b) sophisticated and charming</w:t>
      </w:r>
      <w:r>
        <w:br/>
      </w:r>
      <w:r>
        <w:t xml:space="preserve">    (c) the quality of disagreeing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army in butternut were now seasoned fighters, their generals had proven their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mettle</w:t>
      </w:r>
      <w:r>
        <w:rPr>
          <w:b/>
          <w:bCs/>
        </w:rPr>
        <w:t xml:space="preserve">, and everyone knew that when the campaign reopened in the spring, the Yankees would be crushed for good and all.</w:t>
      </w:r>
      <w:r>
        <w:br/>
      </w:r>
      <w:r>
        <w:t xml:space="preserve">    (a) courage or strength of character</w:t>
      </w:r>
      <w:r>
        <w:br/>
      </w:r>
      <w:r>
        <w:t xml:space="preserve">    (b) opposed to people who are Jewish</w:t>
      </w:r>
      <w:r>
        <w:br/>
      </w:r>
      <w:r>
        <w:t xml:space="preserve">    (c) lacking things most people enjoy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With the tide of hysterical gaiety and excitement flooding the city, they rushed into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matrimony</w:t>
      </w:r>
      <w:r>
        <w:rPr>
          <w:b/>
          <w:bCs/>
        </w:rPr>
        <w:t xml:space="preserve">.</w:t>
      </w:r>
      <w:r>
        <w:br/>
      </w:r>
      <w:r>
        <w:t xml:space="preserve">    (a) disorder</w:t>
      </w:r>
      <w:r>
        <w:br/>
      </w:r>
      <w:r>
        <w:t xml:space="preserve">    (b) marriage</w:t>
      </w:r>
      <w:r>
        <w:br/>
      </w:r>
      <w:r>
        <w:t xml:space="preserve">    (c) reporter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Sometimes 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odious</w:t>
      </w:r>
      <w:r>
        <w:rPr>
          <w:b/>
          <w:bCs/>
        </w:rPr>
        <w:t xml:space="preserve">.</w:t>
      </w:r>
      <w:r>
        <w:br/>
      </w:r>
      <w:r>
        <w:t xml:space="preserve">    (a) extremely unpleasant, disgusting, dislikable, or worthy of hate</w:t>
      </w:r>
      <w:r>
        <w:br/>
      </w:r>
      <w:r>
        <w:t xml:space="preserve">    (b) not trustworthy, or improper, or attracting unwelcome attention</w:t>
      </w:r>
      <w:r>
        <w:br/>
      </w:r>
      <w:r>
        <w:t xml:space="preserve">    (c) the degree to which something is able to change or is different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arose and stood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irresolutely</w:t>
      </w:r>
      <w:r>
        <w:rPr>
          <w:b/>
          <w:bCs/>
        </w:rPr>
        <w:t xml:space="preserve"> </w:t>
      </w:r>
      <w:r>
        <w:rPr>
          <w:b/>
          <w:bCs/>
        </w:rPr>
        <w:t xml:space="preserve">at the foot of the stairs.</w:t>
      </w:r>
      <w:r>
        <w:br/>
      </w:r>
      <w:r>
        <w:t xml:space="preserve">    (a) uncertain how to act or proceed</w:t>
      </w:r>
      <w:r>
        <w:br/>
      </w:r>
      <w:r>
        <w:t xml:space="preserve">    (b) in a manner that is not sincere</w:t>
      </w:r>
      <w:r>
        <w:br/>
      </w:r>
      <w:r>
        <w:t xml:space="preserve">    (c) in comparison to something else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"But where's General Hood's army?"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interposed</w:t>
      </w:r>
      <w:r>
        <w:rPr>
          <w:b/>
          <w:bCs/>
        </w:rPr>
        <w:t xml:space="preserve"> </w:t>
      </w:r>
      <w:r>
        <w:rPr>
          <w:b/>
          <w:bCs/>
        </w:rPr>
        <w:t xml:space="preserve">Melanie hastily.</w:t>
      </w:r>
      <w:r>
        <w:br/>
      </w:r>
      <w:r>
        <w:t xml:space="preserve">    (a) not justified or explained as an understandable reaction to another action</w:t>
      </w:r>
      <w:r>
        <w:br/>
      </w:r>
      <w:r>
        <w:t xml:space="preserve">    (b) (verb) drew pictures to accompany  OR  (adjective) accompanied by pictures</w:t>
      </w:r>
      <w:r>
        <w:br/>
      </w:r>
      <w:r>
        <w:t xml:space="preserve">    (c) to insert between other elements; or to interrupt or stop action by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There seemed to be just as many vehicles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wallowing</w:t>
      </w:r>
      <w:r>
        <w:rPr>
          <w:b/>
          <w:bCs/>
        </w:rPr>
        <w:t xml:space="preserve"> </w:t>
      </w:r>
      <w:r>
        <w:rPr>
          <w:b/>
          <w:bCs/>
        </w:rPr>
        <w:t xml:space="preserve">in the mud holes as there had been then, except that there were no Confederate ambulances,</w:t>
      </w:r>
      <w:r>
        <w:br/>
      </w:r>
      <w:r>
        <w:t xml:space="preserve">    (a) taking on as one's own</w:t>
      </w:r>
      <w:r>
        <w:br/>
      </w:r>
      <w:r>
        <w:t xml:space="preserve">    (b) differing; or changing</w:t>
      </w:r>
      <w:r>
        <w:br/>
      </w:r>
      <w:r>
        <w:t xml:space="preserve">    (c) moving with difficulty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an enormous bottomless trough in which the hogs could swill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wallow</w:t>
      </w:r>
      <w:r>
        <w:rPr>
          <w:b/>
          <w:bCs/>
        </w:rPr>
        <w:t xml:space="preserve">.</w:t>
      </w:r>
      <w:r>
        <w:br/>
      </w:r>
      <w:r>
        <w:t xml:space="preserve">    (a) relax</w:t>
      </w:r>
      <w:r>
        <w:br/>
      </w:r>
      <w:r>
        <w:t xml:space="preserve">    (b) a method of artistic painting on a wall by using watercolors on wet plaster; or the painting made in such a manner</w:t>
      </w:r>
      <w:r>
        <w:br/>
      </w:r>
      <w:r>
        <w:t xml:space="preserve">    (c) to put someone into a state of hypnosis (a trance-like state of focused concentration and heightened suggestibility)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Will closed by wishing her happiness,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laconic</w:t>
      </w:r>
      <w:r>
        <w:rPr>
          <w:b/>
          <w:bCs/>
        </w:rPr>
        <w:t xml:space="preserve"> </w:t>
      </w:r>
      <w:r>
        <w:rPr>
          <w:b/>
          <w:bCs/>
        </w:rPr>
        <w:t xml:space="preserve">formal statement which he qualified in no way.</w:t>
      </w:r>
      <w:r>
        <w:br/>
      </w:r>
      <w:r>
        <w:t xml:space="preserve">    (a) using few words</w:t>
      </w:r>
      <w:r>
        <w:br/>
      </w:r>
      <w:r>
        <w:t xml:space="preserve">    (b) material wealth</w:t>
      </w:r>
      <w:r>
        <w:br/>
      </w:r>
      <w:r>
        <w:t xml:space="preserve">    (c) strongly biased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But, at least, he's honest and won't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swindle</w:t>
      </w:r>
      <w:r>
        <w:rPr>
          <w:b/>
          <w:bCs/>
        </w:rPr>
        <w:t xml:space="preserve"> </w:t>
      </w:r>
      <w:r>
        <w:rPr>
          <w:b/>
          <w:bCs/>
        </w:rPr>
        <w:t xml:space="preserve">me.</w:t>
      </w:r>
      <w:r>
        <w:br/>
      </w:r>
      <w:r>
        <w:t xml:space="preserve">    (a) make one's home in; or live in; or stay (in a place)</w:t>
      </w:r>
      <w:r>
        <w:br/>
      </w:r>
      <w:r>
        <w:t xml:space="preserve">    (b) tricking or cheating someone -- usually to get money</w:t>
      </w:r>
      <w:r>
        <w:br/>
      </w:r>
      <w:r>
        <w:t xml:space="preserve">    (c) to concentrate, look at; or the act of concentration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had been hidden in his room in the cellar and he had examined them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minutely</w:t>
      </w:r>
      <w:r>
        <w:rPr>
          <w:b/>
          <w:bCs/>
        </w:rPr>
        <w:t xml:space="preserve">.</w:t>
      </w:r>
      <w:r>
        <w:br/>
      </w:r>
      <w:r>
        <w:t xml:space="preserve">    (a) with careful attention to detail</w:t>
      </w:r>
      <w:r>
        <w:br/>
      </w:r>
      <w:r>
        <w:t xml:space="preserve">    (b) in a manner that deserves praise</w:t>
      </w:r>
      <w:r>
        <w:br/>
      </w:r>
      <w:r>
        <w:t xml:space="preserve">    (c) in a manner that does not change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2026-07-31T15:17:53Z</dcterms:created>
  <dcterms:modified xsi:type="dcterms:W3CDTF">2026-07-31T15:17:53Z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