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f8188ae11a0674010f5fe3bfccd6708185c98a"/>
    <w:p>
      <w:pPr>
        <w:pStyle w:val="Heading1"/>
      </w:pPr>
      <w:r>
        <w:rPr>
          <w:b/>
          <w:bCs/>
        </w:rPr>
        <w:t xml:space="preserve">Going After Cacciato</w:t>
      </w:r>
      <w:r>
        <w:br/>
      </w:r>
      <w:r>
        <w:rPr>
          <w:i/>
          <w:iCs/>
        </w:rPr>
        <w:t xml:space="preserve">Tim O'Brien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recorded the song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apex</w:t>
      </w:r>
      <w:r>
        <w:rPr>
          <w:b/>
          <w:bCs/>
        </w:rPr>
        <w:t xml:space="preserve"> </w:t>
      </w:r>
      <w:r>
        <w:rPr>
          <w:b/>
          <w:bCs/>
        </w:rPr>
        <w:t xml:space="preserve">of her popularity.</w:t>
      </w:r>
      <w:r>
        <w:br/>
      </w:r>
      <w:r>
        <w:t xml:space="preserve">    (a) highest point</w:t>
      </w:r>
      <w:r>
        <w:br/>
      </w:r>
      <w:r>
        <w:t xml:space="preserve">    (b) beginning</w:t>
      </w:r>
      <w:r>
        <w:br/>
      </w:r>
      <w:r>
        <w:t xml:space="preserve">    (c) lowest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banal</w:t>
      </w:r>
      <w:r>
        <w:rPr>
          <w:b/>
          <w:bCs/>
        </w:rPr>
        <w:t xml:space="preserve">, but it had beautiful cinematography.</w:t>
      </w:r>
      <w:r>
        <w:br/>
      </w:r>
      <w:r>
        <w:t xml:space="preserve">    (a) uninteresting</w:t>
      </w:r>
      <w:r>
        <w:br/>
      </w:r>
      <w:r>
        <w:t xml:space="preserve">    (b) brutal</w:t>
      </w:r>
      <w:r>
        <w:br/>
      </w:r>
      <w:r>
        <w:t xml:space="preserve">    (c) complicated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in the 21st century, high school teachers in the country are still occasionally imprisoned and/or lashed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.</w:t>
      </w:r>
      <w:r>
        <w:br/>
      </w:r>
      <w:r>
        <w:t xml:space="preserve">    (a) a dispute where there is strong disagreement</w:t>
      </w:r>
      <w:r>
        <w:br/>
      </w:r>
      <w:r>
        <w:t xml:space="preserve">    (b) disrespect of something considered sacred</w:t>
      </w:r>
      <w:r>
        <w:br/>
      </w:r>
      <w:r>
        <w:t xml:space="preserve">    (c) a serious logical error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 works are displayed to show technique in a way that ordinary regional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chronological</w:t>
      </w:r>
      <w:r>
        <w:rPr>
          <w:b/>
          <w:bCs/>
        </w:rPr>
        <w:t xml:space="preserve"> </w:t>
      </w:r>
      <w:r>
        <w:rPr>
          <w:b/>
          <w:bCs/>
        </w:rPr>
        <w:t xml:space="preserve">display wouldn't permit.</w:t>
      </w:r>
      <w:r>
        <w:br/>
      </w:r>
      <w:r>
        <w:t xml:space="preserve">    (a) by date</w:t>
      </w:r>
      <w:r>
        <w:br/>
      </w:r>
      <w:r>
        <w:t xml:space="preserve">    (b) by artist</w:t>
      </w:r>
      <w:r>
        <w:br/>
      </w:r>
      <w:r>
        <w:t xml:space="preserve">    (c) by region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increases</w:t>
      </w:r>
      <w:r>
        <w:br/>
      </w:r>
      <w:r>
        <w:t xml:space="preserve">    (b) limitations</w:t>
      </w:r>
      <w:r>
        <w:br/>
      </w:r>
      <w:r>
        <w:t xml:space="preserve">    (c)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Empirical</w:t>
      </w:r>
      <w:r>
        <w:rPr>
          <w:b/>
          <w:bCs/>
        </w:rPr>
        <w:t xml:space="preserve"> </w:t>
      </w:r>
      <w:r>
        <w:rPr>
          <w:b/>
          <w:bCs/>
        </w:rPr>
        <w:t xml:space="preserve">studies provide inputs for our formulas, but the formulas themselves are largely based upon intuitive values.</w:t>
      </w:r>
      <w:r>
        <w:br/>
      </w:r>
      <w:r>
        <w:t xml:space="preserve">    (a) theoretical</w:t>
      </w:r>
      <w:r>
        <w:br/>
      </w:r>
      <w:r>
        <w:t xml:space="preserve">    (b) creative</w:t>
      </w:r>
      <w:r>
        <w:br/>
      </w:r>
      <w:r>
        <w:t xml:space="preserve">    (c) measured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extremely attentive to detail</w:t>
      </w:r>
      <w:r>
        <w:br/>
      </w:r>
      <w:r>
        <w:t xml:space="preserve">    (b) loud and outgoing</w:t>
      </w:r>
      <w:r>
        <w:br/>
      </w:r>
      <w:r>
        <w:t xml:space="preserve">    (c) careless and disorganized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important to her future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felicity</w:t>
      </w:r>
      <w:r>
        <w:rPr>
          <w:b/>
          <w:bCs/>
        </w:rPr>
        <w:t xml:space="preserve">.</w:t>
      </w:r>
      <w:r>
        <w:br/>
      </w:r>
      <w:r>
        <w:t xml:space="preserve">    (a) education</w:t>
      </w:r>
      <w:r>
        <w:br/>
      </w:r>
      <w:r>
        <w:t xml:space="preserve">    (b) happiness</w:t>
      </w:r>
      <w:r>
        <w:br/>
      </w:r>
      <w:r>
        <w:t xml:space="preserve">    (c) career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fortitude</w:t>
      </w:r>
      <w:r>
        <w:rPr>
          <w:b/>
          <w:bCs/>
        </w:rPr>
        <w:t xml:space="preserve"> </w:t>
      </w:r>
      <w:r>
        <w:rPr>
          <w:b/>
          <w:bCs/>
        </w:rPr>
        <w:t xml:space="preserve">by staying calm and determined during the long recovery.</w:t>
      </w:r>
      <w:r>
        <w:br/>
      </w:r>
      <w:r>
        <w:t xml:space="preserve">    (a) physical speed</w:t>
      </w:r>
      <w:r>
        <w:br/>
      </w:r>
      <w:r>
        <w:t xml:space="preserve">    (b) sudden anger</w:t>
      </w:r>
      <w:r>
        <w:br/>
      </w:r>
      <w:r>
        <w:t xml:space="preserve">    (c) mental 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garish</w:t>
      </w:r>
      <w:r>
        <w:rPr>
          <w:b/>
          <w:bCs/>
        </w:rPr>
        <w:t xml:space="preserve"> </w:t>
      </w:r>
      <w:r>
        <w:rPr>
          <w:b/>
          <w:bCs/>
        </w:rPr>
        <w:t xml:space="preserve">neon lights of the casino were visible from miles away.</w:t>
      </w:r>
      <w:r>
        <w:br/>
      </w:r>
      <w:r>
        <w:t xml:space="preserve">    (a) cheerfully tasteful</w:t>
      </w:r>
      <w:r>
        <w:br/>
      </w:r>
      <w:r>
        <w:t xml:space="preserve">    (b) tastelessly showy</w:t>
      </w:r>
      <w:r>
        <w:br/>
      </w:r>
      <w:r>
        <w:t xml:space="preserve">    (c) hard to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hackneyed</w:t>
      </w:r>
      <w:r>
        <w:rPr>
          <w:b/>
          <w:bCs/>
        </w:rPr>
        <w:t xml:space="preserve"> </w:t>
      </w:r>
      <w:r>
        <w:rPr>
          <w:b/>
          <w:bCs/>
        </w:rPr>
        <w:t xml:space="preserve">phrase in Silicon Valley these days is "We're the next Google."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the quality or degree of being straightforward or clear (sometimes indicating that truth is not worded carefully to spare feelings or gain advantage)</w:t>
      </w:r>
      <w:r>
        <w:br/>
      </w:r>
      <w:r>
        <w:t xml:space="preserve">    (c) lacking impact because it has been heard so many times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downfall of the Soviet Union, many said the United States enjoyed practical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hegemony</w:t>
      </w:r>
      <w:r>
        <w:rPr>
          <w:b/>
          <w:bCs/>
        </w:rPr>
        <w:t xml:space="preserve">.</w:t>
      </w:r>
      <w:r>
        <w:br/>
      </w:r>
      <w:r>
        <w:t xml:space="preserve">    (a) dominance over others</w:t>
      </w:r>
      <w:r>
        <w:br/>
      </w:r>
      <w:r>
        <w:t xml:space="preserve">    (b) budget savings</w:t>
      </w:r>
      <w:r>
        <w:br/>
      </w:r>
      <w:r>
        <w:t xml:space="preserve">    (c) feelings of euphoria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rumors were spread by her enemies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incite</w:t>
      </w:r>
      <w:r>
        <w:rPr>
          <w:b/>
          <w:bCs/>
        </w:rPr>
        <w:t xml:space="preserve"> </w:t>
      </w:r>
      <w:r>
        <w:rPr>
          <w:b/>
          <w:bCs/>
        </w:rPr>
        <w:t xml:space="preserve">the people against her.</w:t>
      </w:r>
      <w:r>
        <w:br/>
      </w:r>
      <w:r>
        <w:t xml:space="preserve">    (a) distract</w:t>
      </w:r>
      <w:r>
        <w:br/>
      </w:r>
      <w:r>
        <w:t xml:space="preserve">    (b) calm the anger of</w:t>
      </w:r>
      <w:r>
        <w:br/>
      </w:r>
      <w:r>
        <w:t xml:space="preserve">    (c) provoke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 were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lenient</w:t>
      </w:r>
      <w:r>
        <w:rPr>
          <w:b/>
          <w:bCs/>
        </w:rPr>
        <w:t xml:space="preserve">.</w:t>
      </w:r>
      <w:r>
        <w:br/>
      </w:r>
      <w:r>
        <w:t xml:space="preserve">    (a) permissive (not strict)</w:t>
      </w:r>
      <w:r>
        <w:br/>
      </w:r>
      <w:r>
        <w:t xml:space="preserve">    (b) concerned or worried</w:t>
      </w:r>
      <w:r>
        <w:br/>
      </w:r>
      <w:r>
        <w:t xml:space="preserve">    (c) authoritarian (overly strict)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long</w:t>
      </w:r>
      <w:r>
        <w:br/>
      </w:r>
      <w:r>
        <w:t xml:space="preserve">    (b) arousing deep emotion</w:t>
      </w:r>
      <w:r>
        <w:br/>
      </w:r>
      <w:r>
        <w:t xml:space="preserve">    (c) logically compelling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Successful politicians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pragmatists</w:t>
      </w:r>
      <w:r>
        <w:rPr>
          <w:b/>
          <w:bCs/>
        </w:rPr>
        <w:t xml:space="preserve">. Compromise is built into the system.</w:t>
      </w:r>
      <w:r>
        <w:br/>
      </w:r>
      <w:r>
        <w:t xml:space="preserve">    (a) practical</w:t>
      </w:r>
      <w:r>
        <w:br/>
      </w:r>
      <w:r>
        <w:t xml:space="preserve">    (b) busy</w:t>
      </w:r>
      <w:r>
        <w:br/>
      </w:r>
      <w:r>
        <w:t xml:space="preserve">    (c) personable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farmland replaces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rainforest</w:t>
      </w:r>
      <w:r>
        <w:rPr>
          <w:b/>
          <w:bCs/>
        </w:rPr>
        <w:t xml:space="preserve">, many species lose their habitat at once.</w:t>
      </w:r>
      <w:r>
        <w:br/>
      </w:r>
      <w:r>
        <w:t xml:space="preserve">    (a) dense tropical wet forest</w:t>
      </w:r>
      <w:r>
        <w:br/>
      </w:r>
      <w:r>
        <w:t xml:space="preserve">    (b) dry open grassland plain</w:t>
      </w:r>
      <w:r>
        <w:br/>
      </w:r>
      <w:r>
        <w:t xml:space="preserve">    (c) cold rocky mountain meadow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reparations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the community for the environmental damage it caused.</w:t>
      </w:r>
      <w:r>
        <w:br/>
      </w:r>
      <w:r>
        <w:t xml:space="preserve">    (a) excuses</w:t>
      </w:r>
      <w:r>
        <w:br/>
      </w:r>
      <w:r>
        <w:t xml:space="preserve">    (b) apologies</w:t>
      </w:r>
      <w:r>
        <w:br/>
      </w:r>
      <w:r>
        <w:t xml:space="preserve">    (c) payments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conducted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rigorous</w:t>
      </w:r>
      <w:r>
        <w:rPr>
          <w:b/>
          <w:bCs/>
        </w:rPr>
        <w:t xml:space="preserve"> </w:t>
      </w:r>
      <w:r>
        <w:rPr>
          <w:b/>
          <w:bCs/>
        </w:rPr>
        <w:t xml:space="preserve">study to ensure the results were reliable.</w:t>
      </w:r>
      <w:r>
        <w:br/>
      </w:r>
      <w:r>
        <w:t xml:space="preserve">    (a) speedy</w:t>
      </w:r>
      <w:r>
        <w:br/>
      </w:r>
      <w:r>
        <w:t xml:space="preserve">    (b) expensive</w:t>
      </w:r>
      <w:r>
        <w:br/>
      </w:r>
      <w:r>
        <w:t xml:space="preserve">    (c) thorough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clear</w:t>
      </w:r>
      <w:r>
        <w:br/>
      </w:r>
      <w:r>
        <w:t xml:space="preserve">    (b) reasonable</w:t>
      </w:r>
      <w:r>
        <w:br/>
      </w:r>
      <w:r>
        <w:t xml:space="preserve">    (c) implied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2026-07-31T18:06:19Z</dcterms:created>
  <dcterms:modified xsi:type="dcterms:W3CDTF">2026-07-31T18:06:19Z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