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df299ff90840d667cef0b861868637945692d3"/>
    <w:p>
      <w:pPr>
        <w:pStyle w:val="Heading1"/>
      </w:pPr>
      <w:r>
        <w:rPr>
          <w:b/>
          <w:bCs/>
        </w:rPr>
        <w:t xml:space="preserve">Going After Cacciato</w:t>
      </w:r>
      <w:r>
        <w:br/>
      </w:r>
      <w:r>
        <w:rPr>
          <w:i/>
          <w:iCs/>
        </w:rPr>
        <w:t xml:space="preserve">Tim O'Brien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Rations</w:t>
      </w:r>
      <w:r>
        <w:rPr>
          <w:b/>
          <w:bCs/>
        </w:rPr>
        <w:t xml:space="preserve">, fresh water, a compass, and maps and stuff.</w:t>
      </w:r>
      <w:r>
        <w:br/>
      </w:r>
      <w:r>
        <w:t xml:space="preserve">    (a) a fixed share of something, especially scarce goods like food or fuel; or to limit and distribute something in fixed shares</w:t>
      </w:r>
      <w:r>
        <w:br/>
      </w:r>
      <w:r>
        <w:t xml:space="preserve">    (b) atones (demonstrates sorrow for a wrong either by doing something good in return for the wrong, or by accepting punishment)</w:t>
      </w:r>
      <w:r>
        <w:br/>
      </w:r>
      <w:r>
        <w:t xml:space="preserve">    (c) removes or suppress anything considered obscene, immoral, or politically unacceptable  OR  people who does such suppression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one fuzzed motion he flung himself down and away, rolling, covering his skull, mouth open, yelping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trivial</w:t>
      </w:r>
      <w:r>
        <w:rPr>
          <w:b/>
          <w:bCs/>
        </w:rPr>
        <w:t xml:space="preserve"> </w:t>
      </w:r>
      <w:r>
        <w:rPr>
          <w:b/>
          <w:bCs/>
        </w:rPr>
        <w:t xml:space="preserve">little yelp.</w:t>
      </w:r>
      <w:r>
        <w:br/>
      </w:r>
      <w:r>
        <w:t xml:space="preserve">    (a) not sincere</w:t>
      </w:r>
      <w:r>
        <w:br/>
      </w:r>
      <w:r>
        <w:t xml:space="preserve">    (b) unimportant</w:t>
      </w:r>
      <w:r>
        <w:br/>
      </w:r>
      <w:r>
        <w:t xml:space="preserve">    (c) intentional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sand below, coils of barbed wire circled the observation tower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that separated it from the rest of the war.</w:t>
      </w:r>
      <w:r>
        <w:br/>
      </w:r>
      <w:r>
        <w:t xml:space="preserve">    (a) the outer edge</w:t>
      </w:r>
      <w:r>
        <w:br/>
      </w:r>
      <w:r>
        <w:t xml:space="preserve">    (b) a fat compound</w:t>
      </w:r>
      <w:r>
        <w:br/>
      </w:r>
      <w:r>
        <w:t xml:space="preserve">    (c) a hoofed mamma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many months now she had been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</w:t>
      </w:r>
      <w:r>
        <w:rPr>
          <w:b/>
          <w:bCs/>
        </w:rPr>
        <w:t xml:space="preserve">, traveling west from Saigon with her two aunts.</w:t>
      </w:r>
      <w:r>
        <w:br/>
      </w:r>
      <w:r>
        <w:t xml:space="preserve">    (a) of Athens during the Golden Age of Greece (5th century BC)</w:t>
      </w:r>
      <w:r>
        <w:br/>
      </w:r>
      <w:r>
        <w:t xml:space="preserve">    (b) of Norway, Sweden, Denmark and sometimes Finland &amp; Iceland</w:t>
      </w:r>
      <w:r>
        <w:br/>
      </w:r>
      <w:r>
        <w:t xml:space="preserve">    (c) someone who fled their homeland; or related to such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How, with luck and courage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endurance</w:t>
      </w:r>
      <w:r>
        <w:rPr>
          <w:b/>
          <w:bCs/>
        </w:rPr>
        <w:t xml:space="preserve">, they might have found a way.</w:t>
      </w:r>
      <w:r>
        <w:br/>
      </w:r>
      <w:r>
        <w:t xml:space="preserve">    (a) the ability to suffer through (or put up with) something difficult or unpleasant</w:t>
      </w:r>
      <w:r>
        <w:br/>
      </w:r>
      <w:r>
        <w:t xml:space="preserve">    (b) basketball position noted for a versatile player who can play inside and outside</w:t>
      </w:r>
      <w:r>
        <w:br/>
      </w:r>
      <w:r>
        <w:t xml:space="preserve">    (c) the act of move something out of an interacting position; or the act of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 a peace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endures</w:t>
      </w:r>
      <w:r>
        <w:rPr>
          <w:b/>
          <w:bCs/>
        </w:rPr>
        <w:t xml:space="preserve">.</w:t>
      </w:r>
      <w:r>
        <w:br/>
      </w:r>
      <w:r>
        <w:t xml:space="preserve">    (a) continues to exist</w:t>
      </w:r>
      <w:r>
        <w:br/>
      </w:r>
      <w:r>
        <w:t xml:space="preserve">    (b) influences opinion</w:t>
      </w:r>
      <w:r>
        <w:br/>
      </w:r>
      <w:r>
        <w:t xml:space="preserve">    (c)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dressed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.</w:t>
      </w:r>
      <w:r>
        <w:br/>
      </w:r>
      <w:r>
        <w:t xml:space="preserve">    (a) a male member of a religious order typically living under vows of poverty, chastity, and obedience</w:t>
      </w:r>
      <w:r>
        <w:br/>
      </w:r>
      <w:r>
        <w:t xml:space="preserve">    (b) a system of government with a ruler who has absolute power -- especially one who abuses that power</w:t>
      </w:r>
      <w:r>
        <w:br/>
      </w:r>
      <w:r>
        <w:t xml:space="preserve">    (c) gradual destruction (of something previously established) -- such as a government, rule,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sang marching songs and nursery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ballads</w:t>
      </w:r>
      <w:r>
        <w:rPr>
          <w:b/>
          <w:bCs/>
        </w:rPr>
        <w:t xml:space="preserve">.</w:t>
      </w:r>
      <w:r>
        <w:br/>
      </w:r>
      <w:r>
        <w:t xml:space="preserve">    (a) a song (or poem) that tells a story or expresses strong feelings -- typically slow in tempo</w:t>
      </w:r>
      <w:r>
        <w:br/>
      </w:r>
      <w:r>
        <w:t xml:space="preserve">    (b) people who believe that knowledge is acquired primarily by reason rather than by experience</w:t>
      </w:r>
      <w:r>
        <w:br/>
      </w:r>
      <w:r>
        <w:t xml:space="preserve">    (c) formulas (mathematical expressions--each of which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 </w:t>
      </w:r>
      <w:r>
        <w:rPr>
          <w:b/>
          <w:bCs/>
        </w:rPr>
        <w:t xml:space="preserve">were always discreet, hopeful.</w:t>
      </w:r>
      <w:r>
        <w:br/>
      </w:r>
      <w:r>
        <w:t xml:space="preserve">    (a) social events or ceremonies</w:t>
      </w:r>
      <w:r>
        <w:br/>
      </w:r>
      <w:r>
        <w:t xml:space="preserve">    (b) reasons for doing something</w:t>
      </w:r>
      <w:r>
        <w:br/>
      </w:r>
      <w:r>
        <w:t xml:space="preserve">    (c) questions or investigations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First, though, Sidney Martin said there would be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.</w:t>
      </w:r>
      <w:r>
        <w:br/>
      </w:r>
      <w:r>
        <w:t xml:space="preserve">    (a) avoiding responsibilities and duties by pretending to be sick</w:t>
      </w:r>
      <w:r>
        <w:br/>
      </w:r>
      <w:r>
        <w:t xml:space="preserve">    (b) promising, guaranteeing, or indicating certainty of something</w:t>
      </w:r>
      <w:r>
        <w:br/>
      </w:r>
      <w:r>
        <w:t xml:space="preserve">    (c) joining with others in a public protest or display of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watching Paul Berlin's dogged climb, its steadiness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, the lieutenant felt great admiration for the boy, admiration and love combined.</w:t>
      </w:r>
      <w:r>
        <w:br/>
      </w:r>
      <w:r>
        <w:t xml:space="preserve">    (a) a baseball pitcher who throws knuckleballs -- a pitch thrown with little spin (so that it moves in an unpredictable manner)</w:t>
      </w:r>
      <w:r>
        <w:br/>
      </w:r>
      <w:r>
        <w:t xml:space="preserve">    (b) main character of Mark Twain's classic novel about Huck and Jim's journey down the Mississippi River to find freedom (1884)</w:t>
      </w:r>
      <w:r>
        <w:br/>
      </w:r>
      <w:r>
        <w:t xml:space="preserve">    (c)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"Time," Doc said. He put his glasses on. "It's the only antidote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nostalgia</w:t>
      </w:r>
      <w:r>
        <w:rPr>
          <w:b/>
          <w:bCs/>
        </w:rPr>
        <w:t xml:space="preserve">. Just give the man time."</w:t>
      </w:r>
      <w:r>
        <w:br/>
      </w:r>
      <w:r>
        <w:t xml:space="preserve">    (a) the best or most important</w:t>
      </w:r>
      <w:r>
        <w:br/>
      </w:r>
      <w:r>
        <w:t xml:space="preserve">    (b) longing for something from the past</w:t>
      </w:r>
      <w:r>
        <w:br/>
      </w:r>
      <w:r>
        <w:t xml:space="preserve">    (c) a secret agreement or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Lord knows, he had no villainy in his heart,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but kindness.</w:t>
      </w:r>
      <w:r>
        <w:br/>
      </w:r>
      <w:r>
        <w:t xml:space="preserve">    (a) reason (for doing something)</w:t>
      </w:r>
      <w:r>
        <w:br/>
      </w:r>
      <w:r>
        <w:t xml:space="preserve">    (b) the sacred writings of Islam</w:t>
      </w:r>
      <w:r>
        <w:br/>
      </w:r>
      <w:r>
        <w:t xml:space="preserve">    (c) small quantity or indication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intentions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benign</w:t>
      </w:r>
      <w:r>
        <w:rPr>
          <w:b/>
          <w:bCs/>
        </w:rPr>
        <w:t xml:space="preserve">.</w:t>
      </w:r>
      <w:r>
        <w:br/>
      </w:r>
      <w:r>
        <w:t xml:space="preserve">    (a) kind or harmless</w:t>
      </w:r>
      <w:r>
        <w:br/>
      </w:r>
      <w:r>
        <w:t xml:space="preserve">    (b) full of happiness and joy</w:t>
      </w:r>
      <w:r>
        <w:br/>
      </w:r>
      <w:r>
        <w:t xml:space="preserve">    (c) desiring to cause 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Bring along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people who criticize or condemn</w:t>
      </w:r>
      <w:r>
        <w:br/>
      </w:r>
      <w:r>
        <w:t xml:space="preserve">    (b) someone who extensively damages</w:t>
      </w:r>
      <w:r>
        <w:br/>
      </w:r>
      <w:r>
        <w:t xml:space="preserve">    (c) someone who translates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to the war because it was expected. Because not to go was to risk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, and to bring embarrassment on his father and his town.</w:t>
      </w:r>
      <w:r>
        <w:br/>
      </w:r>
      <w:r>
        <w:t xml:space="preserve">    (a) being a boundary or limit</w:t>
      </w:r>
      <w:r>
        <w:br/>
      </w:r>
      <w:r>
        <w:t xml:space="preserve">    (b) find, search, or research</w:t>
      </w:r>
      <w:r>
        <w:br/>
      </w:r>
      <w:r>
        <w:t xml:space="preserve">    (c) harsh or formal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Imagining how to spend freedom: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squander</w:t>
      </w:r>
      <w:r>
        <w:rPr>
          <w:b/>
          <w:bCs/>
        </w:rPr>
        <w:t xml:space="preserve"> </w:t>
      </w:r>
      <w:r>
        <w:rPr>
          <w:b/>
          <w:bCs/>
        </w:rPr>
        <w:t xml:space="preserve">it, invest it, use it like Monopoly money.</w:t>
      </w:r>
      <w:r>
        <w:br/>
      </w:r>
      <w:r>
        <w:t xml:space="preserve">    (a) waste</w:t>
      </w:r>
      <w:r>
        <w:br/>
      </w:r>
      <w:r>
        <w:t xml:space="preserve">    (b) adapt</w:t>
      </w:r>
      <w:r>
        <w:br/>
      </w:r>
      <w:r>
        <w:t xml:space="preserve">    (c)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once in ten years has a bug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evicted</w:t>
      </w:r>
      <w:r>
        <w:rPr>
          <w:b/>
          <w:bCs/>
        </w:rPr>
        <w:t xml:space="preserve"> </w:t>
      </w:r>
      <w:r>
        <w:rPr>
          <w:b/>
          <w:bCs/>
        </w:rPr>
        <w:t xml:space="preserve">for rowdiness.</w:t>
      </w:r>
      <w:r>
        <w:br/>
      </w:r>
      <w:r>
        <w:t xml:space="preserve">    (a) requested or challenged</w:t>
      </w:r>
      <w:r>
        <w:br/>
      </w:r>
      <w:r>
        <w:t xml:space="preserve">    (b) did in a particular way</w:t>
      </w:r>
      <w:r>
        <w:br/>
      </w:r>
      <w:r>
        <w:t xml:space="preserve">    (c) forced someone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speculate</w:t>
      </w:r>
      <w:r>
        <w:rPr>
          <w:b/>
          <w:bCs/>
        </w:rPr>
        <w:t xml:space="preserve"> </w:t>
      </w:r>
      <w:r>
        <w:rPr>
          <w:b/>
          <w:bCs/>
        </w:rPr>
        <w:t xml:space="preserve">about what might be. It is quite another to act in behalf of our dreams, to treat them as objectives that are achievable and worth achieving.</w:t>
      </w:r>
      <w:r>
        <w:br/>
      </w:r>
      <w:r>
        <w:t xml:space="preserve">    (a) think or consider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is more than a claim imposed on us; it is a personal sense of indebtedness.</w:t>
      </w:r>
      <w:r>
        <w:br/>
      </w:r>
      <w:r>
        <w:t xml:space="preserve">    (a) duty</w:t>
      </w:r>
      <w:r>
        <w:br/>
      </w:r>
      <w:r>
        <w:t xml:space="preserve">    (b) battle</w:t>
      </w:r>
      <w:r>
        <w:br/>
      </w:r>
      <w:r>
        <w:t xml:space="preserve">    (c) memory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2026-07-31T18:06:19Z</dcterms:created>
  <dcterms:modified xsi:type="dcterms:W3CDTF">2026-07-31T18:06:19Z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