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b1a824239689ec89f19f209e2d0a408eecffc29"/>
    <w:p>
      <w:pPr>
        <w:pStyle w:val="Heading1"/>
      </w:pPr>
      <w:r>
        <w:rPr>
          <w:b/>
          <w:bCs/>
        </w:rPr>
        <w:t xml:space="preserve">Go Tell It on the Mountain</w:t>
      </w:r>
      <w:r>
        <w:br/>
      </w:r>
      <w:r>
        <w:rPr>
          <w:i/>
          <w:iCs/>
        </w:rPr>
        <w:t xml:space="preserve">James Baldwin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guilt led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anguish</w:t>
      </w:r>
      <w:r>
        <w:rPr>
          <w:b/>
          <w:bCs/>
        </w:rPr>
        <w:t xml:space="preserve"> </w:t>
      </w:r>
      <w:r>
        <w:rPr>
          <w:b/>
          <w:bCs/>
        </w:rPr>
        <w:t xml:space="preserve">until she committed her life to good.</w:t>
      </w:r>
      <w:r>
        <w:br/>
      </w:r>
      <w:r>
        <w:t xml:space="preserve">    (a) extreme depression</w:t>
      </w:r>
      <w:r>
        <w:br/>
      </w:r>
      <w:r>
        <w:t xml:space="preserve">    (b) extreme solitude</w:t>
      </w:r>
      <w:r>
        <w:br/>
      </w:r>
      <w:r>
        <w:t xml:space="preserve">    (c) extreme distress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baby's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baptism</w:t>
      </w:r>
      <w:r>
        <w:rPr>
          <w:b/>
          <w:bCs/>
        </w:rPr>
        <w:t xml:space="preserve"> </w:t>
      </w:r>
      <w:r>
        <w:rPr>
          <w:b/>
          <w:bCs/>
        </w:rPr>
        <w:t xml:space="preserve">took place at the local church on Sunday.</w:t>
      </w:r>
      <w:r>
        <w:br/>
      </w:r>
      <w:r>
        <w:t xml:space="preserve">    (a) religious ceremony</w:t>
      </w:r>
      <w:r>
        <w:br/>
      </w:r>
      <w:r>
        <w:t xml:space="preserve">    (b) doctor's appointment</w:t>
      </w:r>
      <w:r>
        <w:br/>
      </w:r>
      <w:r>
        <w:t xml:space="preserve">    (c) first birthday party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am trying to understand her, but I am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bewildered</w:t>
      </w:r>
      <w:r>
        <w:rPr>
          <w:b/>
          <w:bCs/>
        </w:rPr>
        <w:t xml:space="preserve">.</w:t>
      </w:r>
      <w:r>
        <w:br/>
      </w:r>
      <w:r>
        <w:t xml:space="preserve">    (a) bored</w:t>
      </w:r>
      <w:r>
        <w:br/>
      </w:r>
      <w:r>
        <w:t xml:space="preserve">    (b) confused</w:t>
      </w:r>
      <w:r>
        <w:br/>
      </w:r>
      <w:r>
        <w:t xml:space="preserve">    (c) distracted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brazen</w:t>
      </w:r>
      <w:r>
        <w:rPr>
          <w:b/>
          <w:bCs/>
        </w:rPr>
        <w:t xml:space="preserve"> </w:t>
      </w:r>
      <w:r>
        <w:rPr>
          <w:b/>
          <w:bCs/>
        </w:rPr>
        <w:t xml:space="preserve">thief walked right into the store and stole a diamond necklace in broad daylight.</w:t>
      </w:r>
      <w:r>
        <w:br/>
      </w:r>
      <w:r>
        <w:t xml:space="preserve">    (a) disguised</w:t>
      </w:r>
      <w:r>
        <w:br/>
      </w:r>
      <w:r>
        <w:t xml:space="preserve">    (b) bold and improper</w:t>
      </w:r>
      <w:r>
        <w:br/>
      </w:r>
      <w:r>
        <w:t xml:space="preserve">    (c) silent and smart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congregation</w:t>
      </w:r>
      <w:r>
        <w:rPr>
          <w:b/>
          <w:bCs/>
        </w:rPr>
        <w:t xml:space="preserve"> </w:t>
      </w:r>
      <w:r>
        <w:rPr>
          <w:b/>
          <w:bCs/>
        </w:rPr>
        <w:t xml:space="preserve">voted to approve appointment of the new minister.</w:t>
      </w:r>
      <w:r>
        <w:br/>
      </w:r>
      <w:r>
        <w:t xml:space="preserve">    (a) people who meet periodically</w:t>
      </w:r>
      <w:r>
        <w:br/>
      </w:r>
      <w:r>
        <w:t xml:space="preserve">    (b) people who agree</w:t>
      </w:r>
      <w:r>
        <w:br/>
      </w:r>
      <w:r>
        <w:t xml:space="preserve">    (c) people who worship together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blood test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corroborated</w:t>
      </w:r>
      <w:r>
        <w:rPr>
          <w:b/>
          <w:bCs/>
        </w:rPr>
        <w:t xml:space="preserve"> </w:t>
      </w:r>
      <w:r>
        <w:rPr>
          <w:b/>
          <w:bCs/>
        </w:rPr>
        <w:t xml:space="preserve">the doctor's suspicion of diabetes.</w:t>
      </w:r>
      <w:r>
        <w:br/>
      </w:r>
      <w:r>
        <w:t xml:space="preserve">    (a) disproved</w:t>
      </w:r>
      <w:r>
        <w:br/>
      </w:r>
      <w:r>
        <w:t xml:space="preserve">    (b) checked</w:t>
      </w:r>
      <w:r>
        <w:br/>
      </w:r>
      <w:r>
        <w:t xml:space="preserve">    (c) supported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evangelist</w:t>
      </w:r>
      <w:r>
        <w:rPr>
          <w:b/>
          <w:bCs/>
        </w:rPr>
        <w:t xml:space="preserve"> </w:t>
      </w:r>
      <w:r>
        <w:rPr>
          <w:b/>
          <w:bCs/>
        </w:rPr>
        <w:t xml:space="preserve">spoke to the crowd about her faith and urged them to believe.</w:t>
      </w:r>
      <w:r>
        <w:br/>
      </w:r>
      <w:r>
        <w:t xml:space="preserve">    (a) religious preacher</w:t>
      </w:r>
      <w:r>
        <w:br/>
      </w:r>
      <w:r>
        <w:t xml:space="preserve">    (b) medical researcher</w:t>
      </w:r>
      <w:r>
        <w:br/>
      </w:r>
      <w:r>
        <w:t xml:space="preserve">    (c) school principal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My little brother can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exasperating</w:t>
      </w:r>
      <w:r>
        <w:rPr>
          <w:b/>
          <w:bCs/>
        </w:rPr>
        <w:t xml:space="preserve">. He's always testing his boundaries.</w:t>
      </w:r>
      <w:r>
        <w:br/>
      </w:r>
      <w:r>
        <w:t xml:space="preserve">    (a) endearing (lovable)</w:t>
      </w:r>
      <w:r>
        <w:br/>
      </w:r>
      <w:r>
        <w:t xml:space="preserve">    (b) greatly annoying</w:t>
      </w:r>
      <w:r>
        <w:br/>
      </w:r>
      <w:r>
        <w:t xml:space="preserve">    (c) very active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Hospitals can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impersonal</w:t>
      </w:r>
      <w:r>
        <w:rPr>
          <w:b/>
          <w:bCs/>
        </w:rPr>
        <w:t xml:space="preserve"> </w:t>
      </w:r>
      <w:r>
        <w:rPr>
          <w:b/>
          <w:bCs/>
        </w:rPr>
        <w:t xml:space="preserve">places, despite the caring staff.</w:t>
      </w:r>
      <w:r>
        <w:br/>
      </w:r>
      <w:r>
        <w:t xml:space="preserve">    (a) lacking warmth or personal connection</w:t>
      </w:r>
      <w:r>
        <w:br/>
      </w:r>
      <w:r>
        <w:t xml:space="preserve">    (b) difficult to truly understand</w:t>
      </w:r>
      <w:r>
        <w:br/>
      </w:r>
      <w:r>
        <w:t xml:space="preserve">    (c) highly efficient and organized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storm raged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implacable</w:t>
      </w:r>
      <w:r>
        <w:rPr>
          <w:b/>
          <w:bCs/>
        </w:rPr>
        <w:t xml:space="preserve"> </w:t>
      </w:r>
      <w:r>
        <w:rPr>
          <w:b/>
          <w:bCs/>
        </w:rPr>
        <w:t xml:space="preserve">force, showing no signs of stopping.</w:t>
      </w:r>
      <w:r>
        <w:br/>
      </w:r>
      <w:r>
        <w:t xml:space="preserve">    (a) increasing</w:t>
      </w:r>
      <w:r>
        <w:br/>
      </w:r>
      <w:r>
        <w:t xml:space="preserve">    (b) unyielding</w:t>
      </w:r>
      <w:r>
        <w:br/>
      </w:r>
      <w:r>
        <w:t xml:space="preserve">    (c) diminishing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indifferent</w:t>
      </w:r>
      <w:r>
        <w:rPr>
          <w:b/>
          <w:bCs/>
        </w:rPr>
        <w:t xml:space="preserve"> </w:t>
      </w:r>
      <w:r>
        <w:rPr>
          <w:b/>
          <w:bCs/>
        </w:rPr>
        <w:t xml:space="preserve">to his anger.</w:t>
      </w:r>
      <w:r>
        <w:br/>
      </w:r>
      <w:r>
        <w:t xml:space="preserve">    (a) with fear</w:t>
      </w:r>
      <w:r>
        <w:br/>
      </w:r>
      <w:r>
        <w:t xml:space="preserve">    (b) with anger</w:t>
      </w:r>
      <w:r>
        <w:br/>
      </w:r>
      <w:r>
        <w:t xml:space="preserve">    (c) without interest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infernal</w:t>
      </w:r>
      <w:r>
        <w:rPr>
          <w:b/>
          <w:bCs/>
        </w:rPr>
        <w:t xml:space="preserve"> </w:t>
      </w:r>
      <w:r>
        <w:rPr>
          <w:b/>
          <w:bCs/>
        </w:rPr>
        <w:t xml:space="preserve">alarm clock kept going off every five minutes.</w:t>
      </w:r>
      <w:r>
        <w:br/>
      </w:r>
      <w:r>
        <w:t xml:space="preserve">    (a) antique</w:t>
      </w:r>
      <w:r>
        <w:br/>
      </w:r>
      <w:r>
        <w:t xml:space="preserve">    (b) expensive</w:t>
      </w:r>
      <w:r>
        <w:br/>
      </w:r>
      <w:r>
        <w:t xml:space="preserve">    (c) annoying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Words can be like baseball bats when used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maliciously</w:t>
      </w:r>
      <w:r>
        <w:rPr>
          <w:b/>
          <w:bCs/>
        </w:rPr>
        <w:t xml:space="preserve"> </w:t>
      </w:r>
      <w:r>
        <w:rPr>
          <w:b/>
          <w:bCs/>
        </w:rPr>
        <w:t xml:space="preserve">against someone who is sensitive.</w:t>
      </w:r>
      <w:r>
        <w:br/>
      </w:r>
      <w:r>
        <w:t xml:space="preserve">    (a) carelessly</w:t>
      </w:r>
      <w:r>
        <w:br/>
      </w:r>
      <w:r>
        <w:t xml:space="preserve">    (b) mockingly</w:t>
      </w:r>
      <w:r>
        <w:br/>
      </w:r>
      <w:r>
        <w:t xml:space="preserve">    (c) evilly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loves him.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Nevertheless</w:t>
      </w:r>
      <w:r>
        <w:rPr>
          <w:b/>
          <w:bCs/>
        </w:rPr>
        <w:t xml:space="preserve">, she is determined to stop seeing him unless he stops drinking.</w:t>
      </w:r>
      <w:r>
        <w:br/>
      </w:r>
      <w:r>
        <w:t xml:space="preserve">    (a) in addition</w:t>
      </w:r>
      <w:r>
        <w:br/>
      </w:r>
      <w:r>
        <w:t xml:space="preserve">    (b) also</w:t>
      </w:r>
      <w:r>
        <w:br/>
      </w:r>
      <w:r>
        <w:t xml:space="preserve">    (c) despite that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journalist's investigation put her in great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peril</w:t>
      </w:r>
      <w:r>
        <w:rPr>
          <w:b/>
          <w:bCs/>
        </w:rPr>
        <w:t xml:space="preserve">.</w:t>
      </w:r>
      <w:r>
        <w:br/>
      </w:r>
      <w:r>
        <w:t xml:space="preserve">    (a) fame</w:t>
      </w:r>
      <w:r>
        <w:br/>
      </w:r>
      <w:r>
        <w:t xml:space="preserve">    (b) danger</w:t>
      </w:r>
      <w:r>
        <w:br/>
      </w:r>
      <w:r>
        <w:t xml:space="preserve">    (c) weariness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has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perpetual</w:t>
      </w:r>
      <w:r>
        <w:rPr>
          <w:b/>
          <w:bCs/>
        </w:rPr>
        <w:t xml:space="preserve"> </w:t>
      </w:r>
      <w:r>
        <w:rPr>
          <w:b/>
          <w:bCs/>
        </w:rPr>
        <w:t xml:space="preserve">fear of forgetting important deadlines.</w:t>
      </w:r>
      <w:r>
        <w:br/>
      </w:r>
      <w:r>
        <w:t xml:space="preserve">    (a) secret</w:t>
      </w:r>
      <w:r>
        <w:br/>
      </w:r>
      <w:r>
        <w:t xml:space="preserve">    (b) constant</w:t>
      </w:r>
      <w:r>
        <w:br/>
      </w:r>
      <w:r>
        <w:t xml:space="preserve">    (c) joyful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That coach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scorns</w:t>
      </w:r>
      <w:r>
        <w:rPr>
          <w:b/>
          <w:bCs/>
        </w:rPr>
        <w:t xml:space="preserve"> </w:t>
      </w:r>
      <w:r>
        <w:rPr>
          <w:b/>
          <w:bCs/>
        </w:rPr>
        <w:t xml:space="preserve">students who don't have natural ability.</w:t>
      </w:r>
      <w:r>
        <w:br/>
      </w:r>
      <w:r>
        <w:t xml:space="preserve">    (a) disrespects</w:t>
      </w:r>
      <w:r>
        <w:br/>
      </w:r>
      <w:r>
        <w:t xml:space="preserve">    (b) trains</w:t>
      </w:r>
      <w:r>
        <w:br/>
      </w:r>
      <w:r>
        <w:t xml:space="preserve">    (c) encourages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testified</w:t>
      </w:r>
      <w:r>
        <w:rPr>
          <w:b/>
          <w:bCs/>
        </w:rPr>
        <w:t xml:space="preserve"> </w:t>
      </w:r>
      <w:r>
        <w:rPr>
          <w:b/>
          <w:bCs/>
        </w:rPr>
        <w:t xml:space="preserve">that he struck her.</w:t>
      </w:r>
      <w:r>
        <w:br/>
      </w:r>
      <w:r>
        <w:t xml:space="preserve">    (a) hid</w:t>
      </w:r>
      <w:r>
        <w:br/>
      </w:r>
      <w:r>
        <w:t xml:space="preserve">    (b) said</w:t>
      </w:r>
      <w:r>
        <w:br/>
      </w:r>
      <w:r>
        <w:t xml:space="preserve">    (c) lied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Before your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testimony</w:t>
      </w:r>
      <w:r>
        <w:rPr>
          <w:b/>
          <w:bCs/>
        </w:rPr>
        <w:t xml:space="preserve">, they will have you solemnly swear to tell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the truth, the whole truth and nothing but the truth</w:t>
      </w:r>
      <w:r>
        <w:rPr>
          <w:b/>
          <w:bCs/>
        </w:rPr>
        <w:t xml:space="preserve">.</w:t>
      </w:r>
      <w:r>
        <w:br/>
      </w:r>
      <w:r>
        <w:t xml:space="preserve">    (a) job interview</w:t>
      </w:r>
      <w:r>
        <w:br/>
      </w:r>
      <w:r>
        <w:t xml:space="preserve">    (b) confession</w:t>
      </w:r>
      <w:r>
        <w:br/>
      </w:r>
      <w:r>
        <w:t xml:space="preserve">    (c) statements at a trial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fears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wrath</w:t>
      </w:r>
      <w:r>
        <w:rPr>
          <w:b/>
          <w:bCs/>
        </w:rPr>
        <w:t xml:space="preserve"> </w:t>
      </w:r>
      <w:r>
        <w:rPr>
          <w:b/>
          <w:bCs/>
        </w:rPr>
        <w:t xml:space="preserve">of God.</w:t>
      </w:r>
      <w:r>
        <w:br/>
      </w:r>
      <w:r>
        <w:t xml:space="preserve">    (a) angry punishment</w:t>
      </w:r>
      <w:r>
        <w:br/>
      </w:r>
      <w:r>
        <w:t xml:space="preserve">    (b) power</w:t>
      </w:r>
      <w:r>
        <w:br/>
      </w:r>
      <w:r>
        <w:t xml:space="preserve">    (c) unpredictable moods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2026-07-31T17:21:48Z</dcterms:created>
  <dcterms:modified xsi:type="dcterms:W3CDTF">2026-07-31T17:21:48Z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