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a2485f675983e0f8ec06c8943c3ef9442f3227"/>
    <w:p>
      <w:pPr>
        <w:pStyle w:val="Heading1"/>
      </w:pPr>
      <w:r>
        <w:rPr>
          <w:b/>
          <w:bCs/>
        </w:rPr>
        <w:t xml:space="preserve">Glory in Death</w:t>
      </w:r>
      <w:r>
        <w:br/>
      </w:r>
      <w:r>
        <w:rPr>
          <w:i/>
          <w:iCs/>
        </w:rPr>
        <w:t xml:space="preserve">J. D. Robb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a sigh, Eve reached over and opened the elegant and expensive bag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corroborate</w:t>
      </w:r>
      <w:r>
        <w:rPr>
          <w:b/>
          <w:bCs/>
        </w:rPr>
        <w:t xml:space="preserve"> </w:t>
      </w:r>
      <w:r>
        <w:rPr>
          <w:b/>
          <w:bCs/>
        </w:rPr>
        <w:t xml:space="preserve">her visual ID.</w:t>
      </w:r>
      <w:r>
        <w:br/>
      </w:r>
      <w:r>
        <w:t xml:space="preserve">    (a) characterized by narrower parallel folds when closed and wider when open</w:t>
      </w:r>
      <w:r>
        <w:br/>
      </w:r>
      <w:r>
        <w:t xml:space="preserve">    (b) to support an opinion -- typically with additional evidence or testimony</w:t>
      </w:r>
      <w:r>
        <w:br/>
      </w:r>
      <w:r>
        <w:t xml:space="preserve">    (c) design based on alphabetic letters; or adding such a design to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traffic hovercraft dipped low, blasted out the standard order to proceed or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cited</w:t>
      </w:r>
      <w:r>
        <w:rPr>
          <w:b/>
          <w:bCs/>
        </w:rPr>
        <w:t xml:space="preserve">.</w:t>
      </w:r>
      <w:r>
        <w:br/>
      </w:r>
      <w:r>
        <w:t xml:space="preserve">    (a) learned, discovered, or decided</w:t>
      </w:r>
      <w:r>
        <w:br/>
      </w:r>
      <w:r>
        <w:t xml:space="preserve">    (b) selected (on a computer screen)</w:t>
      </w:r>
      <w:r>
        <w:br/>
      </w:r>
      <w:r>
        <w:t xml:space="preserve">    (c) charged with violating the law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Morse quit,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citing</w:t>
      </w:r>
      <w:r>
        <w:rPr>
          <w:b/>
          <w:bCs/>
        </w:rPr>
        <w:t xml:space="preserve"> </w:t>
      </w:r>
      <w:r>
        <w:rPr>
          <w:b/>
          <w:bCs/>
        </w:rPr>
        <w:t xml:space="preserve">he refused to work with a nonprofessional.</w:t>
      </w:r>
      <w:r>
        <w:br/>
      </w:r>
      <w:r>
        <w:t xml:space="preserve">    (a) playing cheerful and lively music</w:t>
      </w:r>
      <w:r>
        <w:br/>
      </w:r>
      <w:r>
        <w:t xml:space="preserve">    (b) saying</w:t>
      </w:r>
      <w:r>
        <w:br/>
      </w:r>
      <w:r>
        <w:t xml:space="preserve">    (c) accepting as true (without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termination of their marriage, apparently, was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amicable</w:t>
      </w:r>
      <w:r>
        <w:rPr>
          <w:b/>
          <w:bCs/>
        </w:rPr>
        <w:t xml:space="preserve"> </w:t>
      </w:r>
      <w:r>
        <w:rPr>
          <w:b/>
          <w:bCs/>
        </w:rPr>
        <w:t xml:space="preserve">as such things can be.</w:t>
      </w:r>
      <w:r>
        <w:br/>
      </w:r>
      <w:r>
        <w:t xml:space="preserve">    (a) not good at making decisions</w:t>
      </w:r>
      <w:r>
        <w:br/>
      </w:r>
      <w:r>
        <w:t xml:space="preserve">    (b) friendly or showing goodwill</w:t>
      </w:r>
      <w:r>
        <w:br/>
      </w:r>
      <w:r>
        <w:t xml:space="preserve">    (c) without boundaries or limits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prominent</w:t>
      </w:r>
      <w:r>
        <w:rPr>
          <w:b/>
          <w:bCs/>
        </w:rPr>
        <w:t xml:space="preserve"> </w:t>
      </w:r>
      <w:r>
        <w:rPr>
          <w:b/>
          <w:bCs/>
        </w:rPr>
        <w:t xml:space="preserve">U.S. senator</w:t>
      </w:r>
      <w:r>
        <w:br/>
      </w:r>
      <w:r>
        <w:t xml:space="preserve">    (a) not sensible or careful</w:t>
      </w:r>
      <w:r>
        <w:br/>
      </w:r>
      <w:r>
        <w:t xml:space="preserve">    (b) well-known</w:t>
      </w:r>
      <w:r>
        <w:br/>
      </w:r>
      <w:r>
        <w:t xml:space="preserve">    (c) unable to get closer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subway,she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deduced</w:t>
      </w:r>
      <w:r>
        <w:rPr>
          <w:b/>
          <w:bCs/>
        </w:rPr>
        <w:t xml:space="preserve">.</w:t>
      </w:r>
      <w:r>
        <w:br/>
      </w:r>
      <w:r>
        <w:t xml:space="preserve">    (a) influenced or effected</w:t>
      </w:r>
      <w:r>
        <w:br/>
      </w:r>
      <w:r>
        <w:t xml:space="preserve">    (b) concluded by reasoning</w:t>
      </w:r>
      <w:r>
        <w:br/>
      </w:r>
      <w:r>
        <w:t xml:space="preserve">    (c) not roughly calculated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might have a shot at a recording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contract</w:t>
      </w:r>
      <w:r>
        <w:rPr>
          <w:b/>
          <w:bCs/>
        </w:rPr>
        <w:t xml:space="preserve">.</w:t>
      </w:r>
      <w:r>
        <w:br/>
      </w:r>
      <w:r>
        <w:t xml:space="preserve">    (a) suntanned; or reddish-brown or yellowish-brown in color</w:t>
      </w:r>
      <w:r>
        <w:br/>
      </w:r>
      <w:r>
        <w:t xml:space="preserve">    (b) view in a certain way so as to form a belief or opinion</w:t>
      </w:r>
      <w:r>
        <w:br/>
      </w:r>
      <w:r>
        <w:t xml:space="preserve">    (c) a formal legal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mistake for allowing it, but that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rectified</w:t>
      </w:r>
      <w:r>
        <w:rPr>
          <w:b/>
          <w:bCs/>
        </w:rPr>
        <w:t xml:space="preserve">.</w:t>
      </w:r>
      <w:r>
        <w:br/>
      </w:r>
      <w:r>
        <w:t xml:space="preserve">    (a) selected (on a computer screen)</w:t>
      </w:r>
      <w:r>
        <w:br/>
      </w:r>
      <w:r>
        <w:t xml:space="preserve">    (b) took up or received into heaven</w:t>
      </w:r>
      <w:r>
        <w:br/>
      </w:r>
      <w:r>
        <w:t xml:space="preserve">    (c) fixed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They'll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confiscate</w:t>
      </w:r>
      <w:r>
        <w:rPr>
          <w:b/>
          <w:bCs/>
        </w:rPr>
        <w:t xml:space="preserve"> </w:t>
      </w:r>
      <w:r>
        <w:rPr>
          <w:b/>
          <w:bCs/>
        </w:rPr>
        <w:t xml:space="preserve">any communication or recording devices he's got on him.</w:t>
      </w:r>
      <w:r>
        <w:br/>
      </w:r>
      <w:r>
        <w:t xml:space="preserve">    (a) portray or create in a particular way  OR  interpret, translate, or extract from</w:t>
      </w:r>
      <w:r>
        <w:br/>
      </w:r>
      <w:r>
        <w:t xml:space="preserve">    (b) removing the favoring any side in a contest, war, disagreement, or other dispute</w:t>
      </w:r>
      <w:r>
        <w:br/>
      </w:r>
      <w:r>
        <w:t xml:space="preserve">    (c) take away regardless of consent -- especially by public authority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understood,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inclined</w:t>
      </w:r>
      <w:r>
        <w:rPr>
          <w:b/>
          <w:bCs/>
        </w:rPr>
        <w:t xml:space="preserve"> </w:t>
      </w:r>
      <w:r>
        <w:rPr>
          <w:b/>
          <w:bCs/>
        </w:rPr>
        <w:t xml:space="preserve">his head.</w:t>
      </w:r>
      <w:r>
        <w:br/>
      </w:r>
      <w:r>
        <w:t xml:space="preserve">    (a) lied or misled</w:t>
      </w:r>
      <w:r>
        <w:br/>
      </w:r>
      <w:r>
        <w:t xml:space="preserve">    (b) bowed (or bent or angled)</w:t>
      </w:r>
      <w:r>
        <w:br/>
      </w:r>
      <w:r>
        <w:t xml:space="preserve">    (c) told (a story)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There's always that possibility, Eve, but I'm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inclined</w:t>
      </w:r>
      <w:r>
        <w:rPr>
          <w:b/>
          <w:bCs/>
        </w:rPr>
        <w:t xml:space="preserve"> </w:t>
      </w:r>
      <w:r>
        <w:rPr>
          <w:b/>
          <w:bCs/>
        </w:rPr>
        <w:t xml:space="preserve">to see the killer as an active participant rather than a hireling.</w:t>
      </w:r>
      <w:r>
        <w:br/>
      </w:r>
      <w:r>
        <w:t xml:space="preserve">    (a) the degree to which something can be solved or settled</w:t>
      </w:r>
      <w:r>
        <w:br/>
      </w:r>
      <w:r>
        <w:t xml:space="preserve">    (b) with a tendency (an attitude favoring)</w:t>
      </w:r>
      <w:r>
        <w:br/>
      </w:r>
      <w:r>
        <w:t xml:space="preserve">    (c) not capable of being suffered through (or put up with)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 only had she been unable to discover a single viable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motive</w:t>
      </w:r>
      <w:r>
        <w:rPr>
          <w:b/>
          <w:bCs/>
        </w:rPr>
        <w:t xml:space="preserve">, she'd found no one who hadn't adored the victim.</w:t>
      </w:r>
      <w:r>
        <w:br/>
      </w:r>
      <w:r>
        <w:t xml:space="preserve">    (a) reason (for doing something)</w:t>
      </w:r>
      <w:r>
        <w:br/>
      </w:r>
      <w:r>
        <w:t xml:space="preserve">    (b) small quantity or indication</w:t>
      </w:r>
      <w:r>
        <w:br/>
      </w:r>
      <w:r>
        <w:t xml:space="preserve">    (c) the sacred writings of Islam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Why have you decided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revise</w:t>
      </w:r>
      <w:r>
        <w:rPr>
          <w:b/>
          <w:bCs/>
        </w:rPr>
        <w:t xml:space="preserve"> </w:t>
      </w:r>
      <w:r>
        <w:rPr>
          <w:b/>
          <w:bCs/>
        </w:rPr>
        <w:t xml:space="preserve">your previous statement?</w:t>
      </w:r>
      <w:r>
        <w:br/>
      </w:r>
      <w:r>
        <w:t xml:space="preserve">    (a) follow</w:t>
      </w:r>
      <w:r>
        <w:br/>
      </w:r>
      <w:r>
        <w:t xml:space="preserve">    (b) unwrap</w:t>
      </w:r>
      <w:r>
        <w:br/>
      </w:r>
      <w:r>
        <w:t xml:space="preserve">    (c)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"Just answer the question.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</w:t>
      </w:r>
      <w:r>
        <w:rPr>
          <w:b/>
          <w:bCs/>
        </w:rPr>
        <w:t xml:space="preserve">."</w:t>
      </w:r>
      <w:r>
        <w:br/>
      </w:r>
      <w:r>
        <w:t xml:space="preserve">    (a) genetic change through evolution</w:t>
      </w:r>
      <w:r>
        <w:br/>
      </w:r>
      <w:r>
        <w:t xml:space="preserve">    (b) interact again or interest again</w:t>
      </w:r>
      <w:r>
        <w:br/>
      </w:r>
      <w:r>
        <w:t xml:space="preserve">    (c) add 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of the loftier buildings on Broadcast Avenue, it towered up from a wide, flat hilt, housed several thousand employees, five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</w:t>
      </w:r>
      <w:r>
        <w:rPr>
          <w:b/>
          <w:bCs/>
        </w:rPr>
        <w:t xml:space="preserve"> </w:t>
      </w:r>
      <w:r>
        <w:rPr>
          <w:b/>
          <w:bCs/>
        </w:rPr>
        <w:t xml:space="preserve">studios, including the most lavish new set on the East Coast, and enough power to beam transmissions to every pocket of the planet and its orbiting stations.</w:t>
      </w:r>
      <w:r>
        <w:br/>
      </w:r>
      <w:r>
        <w:t xml:space="preserve">    (a) overly unhappy and unsociable</w:t>
      </w:r>
      <w:r>
        <w:br/>
      </w:r>
      <w:r>
        <w:t xml:space="preserve">    (b) fancy (with many special details and features)</w:t>
      </w:r>
      <w:r>
        <w:br/>
      </w:r>
      <w:r>
        <w:t xml:space="preserve">    (c) without gender classification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Unless his lawyers try to block it, Doctor Mira will test him, determine his emotional and mental state, the probability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factor</w:t>
      </w:r>
      <w:r>
        <w:rPr>
          <w:b/>
          <w:bCs/>
        </w:rPr>
        <w:t xml:space="preserve"> </w:t>
      </w:r>
      <w:r>
        <w:rPr>
          <w:b/>
          <w:bCs/>
        </w:rPr>
        <w:t xml:space="preserve">of his aptitude toward violence.</w:t>
      </w:r>
      <w:r>
        <w:br/>
      </w:r>
      <w:r>
        <w:t xml:space="preserve">    (a) job, reservation, booking, or activity</w:t>
      </w:r>
      <w:r>
        <w:br/>
      </w:r>
      <w:r>
        <w:t xml:space="preserve">    (b) thing that affects a result or outcome</w:t>
      </w:r>
      <w:r>
        <w:br/>
      </w:r>
      <w:r>
        <w:t xml:space="preserve">    (c) something that is made or manufactured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need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scapegoat</w:t>
      </w:r>
      <w:r>
        <w:rPr>
          <w:b/>
          <w:bCs/>
        </w:rPr>
        <w:t xml:space="preserve">.</w:t>
      </w:r>
      <w:r>
        <w:br/>
      </w:r>
      <w:r>
        <w:t xml:space="preserve">    (a) to begin communication with someone about something</w:t>
      </w:r>
      <w:r>
        <w:br/>
      </w:r>
      <w:r>
        <w:t xml:space="preserve">    (b) did not find a condition or substance to be present</w:t>
      </w:r>
      <w:r>
        <w:br/>
      </w:r>
      <w:r>
        <w:t xml:space="preserve">    (c) someone blamed or punished for the errors of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"He's better than I'd thought," Roarke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mused</w:t>
      </w:r>
      <w:r>
        <w:rPr>
          <w:b/>
          <w:bCs/>
        </w:rPr>
        <w:t xml:space="preserve">.</w:t>
      </w:r>
      <w:r>
        <w:br/>
      </w:r>
      <w:r>
        <w:t xml:space="preserve">    (a) thought</w:t>
      </w:r>
      <w:r>
        <w:br/>
      </w:r>
      <w:r>
        <w:t xml:space="preserve">    (b) was abundant or plentiful</w:t>
      </w:r>
      <w:r>
        <w:br/>
      </w:r>
      <w:r>
        <w:t xml:space="preserve">    (c) expelled or gotten rid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On-air talents were often known to leverage their first three years' salaries against cosmetic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enhancement</w:t>
      </w:r>
      <w:r>
        <w:rPr>
          <w:b/>
          <w:bCs/>
        </w:rPr>
        <w:t xml:space="preserve">.</w:t>
      </w:r>
      <w:r>
        <w:br/>
      </w:r>
      <w:r>
        <w:t xml:space="preserve">    (a) storyteller</w:t>
      </w:r>
      <w:r>
        <w:br/>
      </w:r>
      <w:r>
        <w:t xml:space="preserve">    (b) improvement</w:t>
      </w:r>
      <w:r>
        <w:br/>
      </w:r>
      <w:r>
        <w:t xml:space="preserve">    (c) quiet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took a breath for control,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reevaluated</w:t>
      </w:r>
      <w:r>
        <w:rPr>
          <w:b/>
          <w:bCs/>
        </w:rPr>
        <w:t xml:space="preserve"> </w:t>
      </w:r>
      <w:r>
        <w:rPr>
          <w:b/>
          <w:bCs/>
        </w:rPr>
        <w:t xml:space="preserve">the eerily beautiful face.</w:t>
      </w:r>
      <w:r>
        <w:br/>
      </w:r>
      <w:r>
        <w:t xml:space="preserve">    (a) not having begun speaking with someone about something</w:t>
      </w:r>
      <w:r>
        <w:br/>
      </w:r>
      <w:r>
        <w:t xml:space="preserve">    (b) to think carefully and make a judgment about something</w:t>
      </w:r>
      <w:r>
        <w:br/>
      </w:r>
      <w:r>
        <w:t xml:space="preserve">    (c) entered another's property without right or permission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2026-07-31T16:10:59Z</dcterms:created>
  <dcterms:modified xsi:type="dcterms:W3CDTF">2026-07-31T16:10:59Z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