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59e51fe681f79bf773b2807d1087825858163a"/>
    <w:p>
      <w:pPr>
        <w:pStyle w:val="Heading1"/>
      </w:pPr>
      <w:r>
        <w:rPr>
          <w:b/>
          <w:bCs/>
        </w:rPr>
        <w:t xml:space="preserve">Glory Road</w:t>
      </w:r>
      <w:r>
        <w:br/>
      </w:r>
      <w:r>
        <w:rPr>
          <w:i/>
          <w:iCs/>
        </w:rPr>
        <w:t xml:space="preserve">Robert A. Heinlein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(</w:t>
      </w:r>
      <w:r>
        <w:rPr>
          <w:b/>
          <w:bCs/>
          <w:u w:val="single"/>
        </w:rPr>
        <w:t xml:space="preserve">revised</w:t>
      </w:r>
      <w:r>
        <w:rPr>
          <w:b/>
          <w:bCs/>
        </w:rPr>
        <w:t xml:space="preserve">) plan was obvious.</w:t>
      </w:r>
      <w:r>
        <w:br/>
      </w:r>
      <w:r>
        <w:t xml:space="preserve">    (a) adapted</w:t>
      </w:r>
      <w:r>
        <w:br/>
      </w:r>
      <w:r>
        <w:t xml:space="preserve">    (b) changed</w:t>
      </w:r>
      <w:r>
        <w:br/>
      </w:r>
      <w:r>
        <w:t xml:space="preserve">    (c) delayed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will not be easy; you have not studied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metaphysical</w:t>
      </w:r>
      <w:r>
        <w:rPr>
          <w:b/>
          <w:bCs/>
        </w:rPr>
        <w:t xml:space="preserve"> </w:t>
      </w:r>
      <w:r>
        <w:rPr>
          <w:b/>
          <w:bCs/>
        </w:rPr>
        <w:t xml:space="preserve">geometry—nor many other things.</w:t>
      </w:r>
      <w:r>
        <w:br/>
      </w:r>
      <w:r>
        <w:t xml:space="preserve">    (a)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(b) about things beyond the physical world, such as existence, reality, or the soul</w:t>
      </w:r>
      <w:r>
        <w:br/>
      </w:r>
      <w:r>
        <w:t xml:space="preserve">    (c) the quality of holding something back or holding others down through oppression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replenished</w:t>
      </w:r>
      <w:r>
        <w:rPr>
          <w:b/>
          <w:bCs/>
        </w:rPr>
        <w:t xml:space="preserve"> </w:t>
      </w:r>
      <w:r>
        <w:rPr>
          <w:b/>
          <w:bCs/>
        </w:rPr>
        <w:t xml:space="preserve">her medic's pouch, then I helped Rufo fold up the luggage.</w:t>
      </w:r>
      <w:r>
        <w:br/>
      </w:r>
      <w:r>
        <w:t xml:space="preserve">    (a) encouraged growth or excitement, or caused something to happen</w:t>
      </w:r>
      <w:r>
        <w:br/>
      </w:r>
      <w:r>
        <w:t xml:space="preserve">    (b) ignored someone's wishes or caused inconvenience or discomfort</w:t>
      </w:r>
      <w:r>
        <w:br/>
      </w:r>
      <w:r>
        <w:t xml:space="preserve">    (c) replaced what was used up; or restored to a previous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Just at sundown we could see outbuildings and the lights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 </w:t>
      </w:r>
      <w:r>
        <w:rPr>
          <w:b/>
          <w:bCs/>
        </w:rPr>
        <w:t xml:space="preserve">where Star said that we would spend the night.</w:t>
      </w:r>
      <w:r>
        <w:br/>
      </w:r>
      <w:r>
        <w:t xml:space="preserve">    (a) when what happens is very different than what might be expected; or when things are together that seem like they don't belong together</w:t>
      </w:r>
      <w:r>
        <w:br/>
      </w:r>
      <w:r>
        <w:t xml:space="preserve">    (b) lymph node -- one of many bean-sized organs that filter bacteria and other toxins from circulating white-blood-cell filled lymph fluid</w:t>
      </w:r>
      <w:r>
        <w:br/>
      </w:r>
      <w:r>
        <w:t xml:space="preserve">    (c) a large house of a lord or wealthy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Try translating certain French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idioms</w:t>
      </w:r>
      <w:r>
        <w:rPr>
          <w:b/>
          <w:bCs/>
        </w:rPr>
        <w:t xml:space="preserve"> </w:t>
      </w:r>
      <w:r>
        <w:rPr>
          <w:b/>
          <w:bCs/>
        </w:rPr>
        <w:t xml:space="preserve">literally into English and you'll see what I mean.</w:t>
      </w:r>
      <w:r>
        <w:br/>
      </w:r>
      <w:r>
        <w:t xml:space="preserve">    (a) different ways of doing something; or routes that lead to a particular place</w:t>
      </w:r>
      <w:r>
        <w:br/>
      </w:r>
      <w:r>
        <w:t xml:space="preserve">    (b) world's premier bicycle races - run annually for 3 weeks primarily in France</w:t>
      </w:r>
      <w:r>
        <w:br/>
      </w:r>
      <w:r>
        <w:t xml:space="preserve">    (c) a way of putting things that is characteristic of a specific group of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is certain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natural laws</w:t>
      </w:r>
      <w:r>
        <w:rPr>
          <w:b/>
          <w:bCs/>
        </w:rPr>
        <w:t xml:space="preserve"> </w:t>
      </w:r>
      <w:r>
        <w:rPr>
          <w:b/>
          <w:bCs/>
        </w:rPr>
        <w:t xml:space="preserve">vary from universe to universe—and believe this you must, milord, else neither of us will live long!</w:t>
      </w:r>
      <w:r>
        <w:br/>
      </w:r>
      <w:r>
        <w:t xml:space="preserve">    (a) results or the processes of learning, discovering, or deciding</w:t>
      </w:r>
      <w:r>
        <w:br/>
      </w:r>
      <w:r>
        <w:t xml:space="preserve">    (b) rules of conduct said to be universally desired by all peoples</w:t>
      </w:r>
      <w:r>
        <w:br/>
      </w:r>
      <w:r>
        <w:t xml:space="preserve">    (c) chemicals that trigger behaviors in others of the same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fame needs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heralds</w:t>
      </w:r>
      <w:r>
        <w:rPr>
          <w:b/>
          <w:bCs/>
        </w:rPr>
        <w:t xml:space="preserve"> </w:t>
      </w:r>
      <w:r>
        <w:rPr>
          <w:b/>
          <w:bCs/>
        </w:rPr>
        <w:t xml:space="preserve">milord</w:t>
      </w:r>
      <w:r>
        <w:br/>
      </w:r>
      <w:r>
        <w:t xml:space="preserve">    (a) a person who announces important news</w:t>
      </w:r>
      <w:r>
        <w:br/>
      </w:r>
      <w:r>
        <w:t xml:space="preserve">    (b) international boundaries or wilderness areas at the edge of settled areas</w:t>
      </w:r>
      <w:r>
        <w:br/>
      </w:r>
      <w:r>
        <w:t xml:space="preserve">    (c) things that hold other things together, or wrap or cover or tie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literal</w:t>
      </w:r>
      <w:r>
        <w:rPr>
          <w:b/>
          <w:bCs/>
        </w:rPr>
        <w:t xml:space="preserve"> </w:t>
      </w:r>
      <w:r>
        <w:rPr>
          <w:b/>
          <w:bCs/>
        </w:rPr>
        <w:t xml:space="preserve">translation is reminiscent of Yellowstone Park: "Warning—the varmints in these woods are not tame."</w:t>
      </w:r>
      <w:r>
        <w:br/>
      </w:r>
      <w:r>
        <w:t xml:space="preserve">    (a) not important</w:t>
      </w:r>
      <w:r>
        <w:br/>
      </w:r>
      <w:r>
        <w:t xml:space="preserve">    (b) word for word</w:t>
      </w:r>
      <w:r>
        <w:br/>
      </w:r>
      <w:r>
        <w:t xml:space="preserve">    (c) flavorfulness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allergic to dragons—</w:t>
      </w:r>
      <w:r>
        <w:rPr>
          <w:b/>
          <w:bCs/>
          <w:u w:val="single"/>
        </w:rPr>
        <w:t xml:space="preserve">literally</w:t>
      </w:r>
      <w:r>
        <w:rPr>
          <w:b/>
          <w:bCs/>
        </w:rPr>
        <w:t xml:space="preserve">, not just scared silly.</w:t>
      </w:r>
      <w:r>
        <w:br/>
      </w:r>
      <w:r>
        <w:t xml:space="preserve">    (a) in a manner that accepts as true (without proof)</w:t>
      </w:r>
      <w:r>
        <w:br/>
      </w:r>
      <w:r>
        <w:t xml:space="preserve">    (b) actually (not just figuratively)</w:t>
      </w:r>
      <w:r>
        <w:br/>
      </w:r>
      <w:r>
        <w:t xml:space="preserve">    (c) meticulously (with great care for small details)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gravity varies, sometimes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erratically</w:t>
      </w:r>
      <w:r>
        <w:rPr>
          <w:b/>
          <w:bCs/>
        </w:rPr>
        <w:t xml:space="preserve">.</w:t>
      </w:r>
      <w:r>
        <w:br/>
      </w:r>
      <w:r>
        <w:t xml:space="preserve">    (a) in a manner that is irregular or unpredictable</w:t>
      </w:r>
      <w:r>
        <w:br/>
      </w:r>
      <w:r>
        <w:t xml:space="preserve">    (b) with a feeling of regret for having done wrong</w:t>
      </w:r>
      <w:r>
        <w:br/>
      </w:r>
      <w:r>
        <w:t xml:space="preserve">    (c) in a manner where a clear decision is not made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dropped-elevator sensation at transition, and suddenly reduced gravitation could have been bothersome had we time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think carefully</w:t>
      </w:r>
      <w:r>
        <w:br/>
      </w:r>
      <w:r>
        <w:t xml:space="preserve">    (b) enjoy to excess</w:t>
      </w:r>
      <w:r>
        <w:br/>
      </w:r>
      <w:r>
        <w:t xml:space="preserve">    (c) work or operate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Worse yet, another time when we were climbing "up" stairs—at a piece level by the sketch—a gravitational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anomaly</w:t>
      </w:r>
      <w:r>
        <w:rPr>
          <w:b/>
          <w:bCs/>
        </w:rPr>
        <w:t xml:space="preserve"> </w:t>
      </w:r>
      <w:r>
        <w:rPr>
          <w:b/>
          <w:bCs/>
        </w:rPr>
        <w:t xml:space="preserve">caught us with a lull turn and we were suddenly sliding down the ceiling.</w:t>
      </w:r>
      <w:r>
        <w:br/>
      </w:r>
      <w:r>
        <w:t xml:space="preserve">    (a) something outside of the range of what is normally expected</w:t>
      </w:r>
      <w:r>
        <w:br/>
      </w:r>
      <w:r>
        <w:t xml:space="preserve">    (b) with energetic effort (in a difficult and demanding manner)</w:t>
      </w:r>
      <w:r>
        <w:br/>
      </w:r>
      <w:r>
        <w:t xml:space="preserve">    (c) in a manner that moves back and forth, or is unsure or weak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a go-for-broke tactic, "the target," taught by the best swordmasters, which consists in headlong advance with arm, wrist, and blade in full extension--all attack and no attempt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parry</w:t>
      </w:r>
      <w:r>
        <w:rPr>
          <w:b/>
          <w:bCs/>
        </w:rPr>
        <w:t xml:space="preserve">.</w:t>
      </w:r>
      <w:r>
        <w:br/>
      </w:r>
      <w:r>
        <w:t xml:space="preserve">    (a) use one's blade to turn aside the blade of an opponent</w:t>
      </w:r>
      <w:r>
        <w:br/>
      </w:r>
      <w:r>
        <w:t xml:space="preserve">    (b) disagree</w:t>
      </w:r>
      <w:r>
        <w:br/>
      </w:r>
      <w:r>
        <w:t xml:space="preserve">    (c) subtract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"Shall we argue, rebut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refute</w:t>
      </w:r>
      <w:r>
        <w:rPr>
          <w:b/>
          <w:bCs/>
        </w:rPr>
        <w:t xml:space="preserve"> </w:t>
      </w:r>
      <w:r>
        <w:rPr>
          <w:b/>
          <w:bCs/>
        </w:rPr>
        <w:t xml:space="preserve">"In enthymeme clear as your eye?</w:t>
      </w:r>
      <w:r>
        <w:br/>
      </w:r>
      <w:r>
        <w:t xml:space="preserve">    (a) being a boundary or limit</w:t>
      </w:r>
      <w:r>
        <w:br/>
      </w:r>
      <w:r>
        <w:t xml:space="preserve">    (b) disprove or argue against</w:t>
      </w:r>
      <w:r>
        <w:br/>
      </w:r>
      <w:r>
        <w:t xml:space="preserve">    (c) find, search, 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left almost at once, going out the "front" way and had no trouble, no illusions, no traps, nothing but the fact that the "true path" was long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.</w:t>
      </w:r>
      <w:r>
        <w:br/>
      </w:r>
      <w:r>
        <w:t xml:space="preserve">    (a) not demonstrative of</w:t>
      </w:r>
      <w:r>
        <w:br/>
      </w:r>
      <w:r>
        <w:t xml:space="preserve">    (b) boring or monotonous</w:t>
      </w:r>
      <w:r>
        <w:br/>
      </w:r>
      <w:r>
        <w:t xml:space="preserve">    (c)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didn't have to guess what would please a man; she knew more about it than I did, from "experience"—and was explosively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uninhibited</w:t>
      </w:r>
      <w:r>
        <w:rPr>
          <w:b/>
          <w:bCs/>
        </w:rPr>
        <w:t xml:space="preserve"> </w:t>
      </w:r>
      <w:r>
        <w:rPr>
          <w:b/>
          <w:bCs/>
        </w:rPr>
        <w:t xml:space="preserve">about sharing her unique knowledge.</w:t>
      </w:r>
      <w:r>
        <w:br/>
      </w:r>
      <w:r>
        <w:t xml:space="preserve">    (a) the ability to take or adopt power or responsibility</w:t>
      </w:r>
      <w:r>
        <w:br/>
      </w:r>
      <w:r>
        <w:t xml:space="preserve">    (b) the process of excessive encouragement or excitement</w:t>
      </w:r>
      <w:r>
        <w:br/>
      </w:r>
      <w:r>
        <w:t xml:space="preserve">    (c) acting naturally without being overly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prince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consort</w:t>
      </w:r>
      <w:r>
        <w:rPr>
          <w:b/>
          <w:bCs/>
        </w:rPr>
        <w:t xml:space="preserve"> </w:t>
      </w:r>
      <w:r>
        <w:rPr>
          <w:b/>
          <w:bCs/>
        </w:rPr>
        <w:t xml:space="preserve">is not a prostitute.</w:t>
      </w:r>
      <w:r>
        <w:br/>
      </w:r>
      <w:r>
        <w:t xml:space="preserve">    (a) to show something -- such as to demonstrate, express, or represent</w:t>
      </w:r>
      <w:r>
        <w:br/>
      </w:r>
      <w:r>
        <w:t xml:space="preserve">    (b) royal spouse</w:t>
      </w:r>
      <w:r>
        <w:br/>
      </w:r>
      <w:r>
        <w:t xml:space="preserve">    (c) an overwhelming amount; or to overwhelm -- especially said of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isn't easy for the Empress's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consort</w:t>
      </w:r>
      <w:r>
        <w:rPr>
          <w:b/>
          <w:bCs/>
        </w:rPr>
        <w:t xml:space="preserve"> </w:t>
      </w:r>
      <w:r>
        <w:rPr>
          <w:b/>
          <w:bCs/>
        </w:rPr>
        <w:t xml:space="preserve">to have friends.</w:t>
      </w:r>
      <w:r>
        <w:br/>
      </w:r>
      <w:r>
        <w:t xml:space="preserve">    (a) a husband, wife, or companion -- especially of a reigning monarch</w:t>
      </w:r>
      <w:r>
        <w:br/>
      </w:r>
      <w:r>
        <w:t xml:space="preserve">    (b) a ceiling designed to affect noise -- typically to decrease noise</w:t>
      </w:r>
      <w:r>
        <w:br/>
      </w:r>
      <w:r>
        <w:t xml:space="preserve">    (c) a person (often a writer or artist) living an unconventional 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Mathematicians, peasants, and animals, that's all there is—so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democracy</w:t>
      </w:r>
      <w:r>
        <w:rPr>
          <w:b/>
          <w:bCs/>
        </w:rPr>
        <w:t xml:space="preserve">, a theory based on the assumption that mathematicians and peasants are equal, can never work.</w:t>
      </w:r>
      <w:r>
        <w:br/>
      </w:r>
      <w:r>
        <w:t xml:space="preserve">    (a) a system of government in which citizens have power with equal votes</w:t>
      </w:r>
      <w:r>
        <w:br/>
      </w:r>
      <w:r>
        <w:t xml:space="preserve">    (b) lack of interest; or the process of stopping interaction or interest</w:t>
      </w:r>
      <w:r>
        <w:br/>
      </w:r>
      <w:r>
        <w:t xml:space="preserve">    (c) relating to logical examination of something to better understand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can find ways, not lie to you in words--and hurt Her conscience not at all because She hasn't any. Just Wisdom, utterly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pragmatic</w:t>
      </w:r>
      <w:r>
        <w:rPr>
          <w:b/>
          <w:bCs/>
        </w:rPr>
        <w:t xml:space="preserve">.</w:t>
      </w:r>
      <w:r>
        <w:br/>
      </w:r>
      <w:r>
        <w:t xml:space="preserve">    (a) another battle with the same foe</w:t>
      </w:r>
      <w:r>
        <w:br/>
      </w:r>
      <w:r>
        <w:t xml:space="preserve">    (b) describing someone as antisocial</w:t>
      </w:r>
      <w:r>
        <w:br/>
      </w:r>
      <w:r>
        <w:t xml:space="preserve">    (c) concerned with practical matters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2026-07-31T16:29:49Z</dcterms:created>
  <dcterms:modified xsi:type="dcterms:W3CDTF">2026-07-31T16:29:49Z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