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15693167aa0453a9fe88bf756fbc18aef77126f"/>
    <w:p>
      <w:pPr>
        <w:pStyle w:val="Heading1"/>
      </w:pPr>
      <w:r>
        <w:rPr>
          <w:b/>
          <w:bCs/>
        </w:rPr>
        <w:t xml:space="preserve">Give Me Liberty or Give Me Death</w:t>
      </w:r>
      <w:r>
        <w:br/>
      </w:r>
      <w:r>
        <w:rPr>
          <w:i/>
          <w:iCs/>
        </w:rPr>
        <w:t xml:space="preserve">Patrick Henry</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Should I keep back my opinions at such a time, through fear of giving offence, I should consider myself as guilty of</w:t>
      </w:r>
      <w:r>
        <w:rPr>
          <w:b/>
          <w:bCs/>
        </w:rPr>
        <w:t xml:space="preserve"> </w:t>
      </w:r>
      <w:r>
        <w:rPr>
          <w:b/>
          <w:bCs/>
          <w:u w:val="single"/>
        </w:rPr>
        <w:t xml:space="preserve">treason</w:t>
      </w:r>
      <w:r>
        <w:rPr>
          <w:b/>
          <w:bCs/>
        </w:rPr>
        <w:t xml:space="preserve"> </w:t>
      </w:r>
      <w:r>
        <w:rPr>
          <w:b/>
          <w:bCs/>
        </w:rPr>
        <w:t xml:space="preserve">towards my country, and of an act of disloyalty toward the majesty of heaven, which I revere above all earthly kings.</w:t>
      </w:r>
      <w:r>
        <w:br/>
      </w:r>
      <w:r>
        <w:t xml:space="preserve">    (a) an act of betrayal</w:t>
      </w:r>
      <w:r>
        <w:br/>
      </w:r>
      <w:r>
        <w:t xml:space="preserve">    (b) easily set on fire</w:t>
      </w:r>
      <w:r>
        <w:br/>
      </w:r>
      <w:r>
        <w:t xml:space="preserve">    (c) untied or released</w:t>
      </w:r>
    </w:p>
    <w:p>
      <w:pPr>
        <w:pStyle w:val="Compact"/>
        <w:numPr>
          <w:ilvl w:val="0"/>
          <w:numId w:val="1001"/>
        </w:numPr>
      </w:pPr>
      <w:r>
        <w:rPr>
          <w:b/>
          <w:bCs/>
        </w:rPr>
        <w:t xml:space="preserve">Should I keep back my opinions at such a time, through fear of giving offence, I should consider myself as guilty of treason towards my country, and of an act of disloyalty toward the majesty of heaven, which I</w:t>
      </w:r>
      <w:r>
        <w:rPr>
          <w:b/>
          <w:bCs/>
        </w:rPr>
        <w:t xml:space="preserve"> </w:t>
      </w:r>
      <w:r>
        <w:rPr>
          <w:b/>
          <w:bCs/>
          <w:u w:val="single"/>
        </w:rPr>
        <w:t xml:space="preserve">revere</w:t>
      </w:r>
      <w:r>
        <w:rPr>
          <w:b/>
          <w:bCs/>
        </w:rPr>
        <w:t xml:space="preserve"> </w:t>
      </w:r>
      <w:r>
        <w:rPr>
          <w:b/>
          <w:bCs/>
        </w:rPr>
        <w:t xml:space="preserve">above all earthly kings.</w:t>
      </w:r>
      <w:r>
        <w:br/>
      </w:r>
      <w:r>
        <w:t xml:space="preserve">    (a) eagerly join in</w:t>
      </w:r>
      <w:r>
        <w:br/>
      </w:r>
      <w:r>
        <w:t xml:space="preserve">    (b) dislike and avoid</w:t>
      </w:r>
      <w:r>
        <w:br/>
      </w:r>
      <w:r>
        <w:t xml:space="preserve">    (c) respect or admire</w:t>
      </w:r>
    </w:p>
    <w:p>
      <w:pPr>
        <w:pStyle w:val="Compact"/>
        <w:numPr>
          <w:ilvl w:val="0"/>
          <w:numId w:val="1001"/>
        </w:numPr>
      </w:pPr>
      <w:r>
        <w:rPr>
          <w:b/>
          <w:bCs/>
        </w:rPr>
        <w:t xml:space="preserve">Mr. President, it is natural to man to</w:t>
      </w:r>
      <w:r>
        <w:rPr>
          <w:b/>
          <w:bCs/>
        </w:rPr>
        <w:t xml:space="preserve"> </w:t>
      </w:r>
      <w:r>
        <w:rPr>
          <w:b/>
          <w:bCs/>
          <w:u w:val="single"/>
        </w:rPr>
        <w:t xml:space="preserve">indulge</w:t>
      </w:r>
      <w:r>
        <w:rPr>
          <w:b/>
          <w:bCs/>
        </w:rPr>
        <w:t xml:space="preserve"> </w:t>
      </w:r>
      <w:r>
        <w:rPr>
          <w:b/>
          <w:bCs/>
        </w:rPr>
        <w:t xml:space="preserve">in the illusions of hope.</w:t>
      </w:r>
      <w:r>
        <w:br/>
      </w:r>
      <w:r>
        <w:t xml:space="preserve">    (a) give into a desire in a manner that is not good</w:t>
      </w:r>
      <w:r>
        <w:br/>
      </w:r>
      <w:r>
        <w:t xml:space="preserve">    (b) work or operate</w:t>
      </w:r>
      <w:r>
        <w:br/>
      </w:r>
      <w:r>
        <w:t xml:space="preserve">    (c) think carefully</w:t>
      </w:r>
    </w:p>
    <w:p>
      <w:pPr>
        <w:pStyle w:val="Compact"/>
        <w:numPr>
          <w:ilvl w:val="0"/>
          <w:numId w:val="1001"/>
        </w:numPr>
      </w:pPr>
      <w:r>
        <w:rPr>
          <w:b/>
          <w:bCs/>
        </w:rPr>
        <w:t xml:space="preserve">Is this the part of wise men, engaged in a great and</w:t>
      </w:r>
      <w:r>
        <w:rPr>
          <w:b/>
          <w:bCs/>
        </w:rPr>
        <w:t xml:space="preserve"> </w:t>
      </w:r>
      <w:r>
        <w:rPr>
          <w:b/>
          <w:bCs/>
          <w:u w:val="single"/>
        </w:rPr>
        <w:t xml:space="preserve">arduous</w:t>
      </w:r>
      <w:r>
        <w:rPr>
          <w:b/>
          <w:bCs/>
        </w:rPr>
        <w:t xml:space="preserve"> </w:t>
      </w:r>
      <w:r>
        <w:rPr>
          <w:b/>
          <w:bCs/>
        </w:rPr>
        <w:t xml:space="preserve">struggle for liberty?</w:t>
      </w:r>
      <w:r>
        <w:br/>
      </w:r>
      <w:r>
        <w:t xml:space="preserve">    (a) the state of doing something unintentionally</w:t>
      </w:r>
      <w:r>
        <w:br/>
      </w:r>
      <w:r>
        <w:t xml:space="preserve">    (b) difficult - requiring much energy and effort</w:t>
      </w:r>
      <w:r>
        <w:br/>
      </w:r>
      <w:r>
        <w:t xml:space="preserve">    (c) the state or degree of agreeing or approving</w:t>
      </w:r>
    </w:p>
    <w:p>
      <w:pPr>
        <w:pStyle w:val="Compact"/>
        <w:numPr>
          <w:ilvl w:val="0"/>
          <w:numId w:val="1001"/>
        </w:numPr>
      </w:pPr>
      <w:r>
        <w:rPr>
          <w:b/>
          <w:bCs/>
        </w:rPr>
        <w:t xml:space="preserve">For my part, whatever</w:t>
      </w:r>
      <w:r>
        <w:rPr>
          <w:b/>
          <w:bCs/>
        </w:rPr>
        <w:t xml:space="preserve"> </w:t>
      </w:r>
      <w:r>
        <w:rPr>
          <w:b/>
          <w:bCs/>
          <w:u w:val="single"/>
        </w:rPr>
        <w:t xml:space="preserve">anguish</w:t>
      </w:r>
      <w:r>
        <w:rPr>
          <w:b/>
          <w:bCs/>
        </w:rPr>
        <w:t xml:space="preserve"> </w:t>
      </w:r>
      <w:r>
        <w:rPr>
          <w:b/>
          <w:bCs/>
        </w:rPr>
        <w:t xml:space="preserve">of spirit it may cost, I am willing to know the whole truth; to know the worst, and to provide for it.</w:t>
      </w:r>
      <w:r>
        <w:br/>
      </w:r>
      <w:r>
        <w:t xml:space="preserve">    (a) extreme introversion</w:t>
      </w:r>
      <w:r>
        <w:br/>
      </w:r>
      <w:r>
        <w:t xml:space="preserve">    (b) extreme depression</w:t>
      </w:r>
      <w:r>
        <w:br/>
      </w:r>
      <w:r>
        <w:t xml:space="preserve">    (c) extreme pain, suffering, or distress</w:t>
      </w:r>
    </w:p>
    <w:p>
      <w:pPr>
        <w:pStyle w:val="Compact"/>
        <w:numPr>
          <w:ilvl w:val="0"/>
          <w:numId w:val="1001"/>
        </w:numPr>
      </w:pPr>
      <w:r>
        <w:rPr>
          <w:b/>
          <w:bCs/>
        </w:rPr>
        <w:t xml:space="preserve">And judging by the past, I wish to know what there has been in the conduct of the British ministry for the last ten years, to justify those hopes with which gentlemen have been pleased to</w:t>
      </w:r>
      <w:r>
        <w:rPr>
          <w:b/>
          <w:bCs/>
        </w:rPr>
        <w:t xml:space="preserve"> </w:t>
      </w:r>
      <w:r>
        <w:rPr>
          <w:b/>
          <w:bCs/>
          <w:u w:val="single"/>
        </w:rPr>
        <w:t xml:space="preserve">solace</w:t>
      </w:r>
      <w:r>
        <w:rPr>
          <w:b/>
          <w:bCs/>
        </w:rPr>
        <w:t xml:space="preserve"> </w:t>
      </w:r>
      <w:r>
        <w:rPr>
          <w:b/>
          <w:bCs/>
        </w:rPr>
        <w:t xml:space="preserve">themselves, and the House?</w:t>
      </w:r>
      <w:r>
        <w:br/>
      </w:r>
      <w:r>
        <w:t xml:space="preserve">    (a) bad feeling such as embarrassment, disappointment, or annoyance</w:t>
      </w:r>
      <w:r>
        <w:br/>
      </w:r>
      <w:r>
        <w:t xml:space="preserve">    (b) comfort</w:t>
      </w:r>
      <w:r>
        <w:br/>
      </w:r>
      <w:r>
        <w:t xml:space="preserve">    (c) a pardon; or the time period during which the pardon is offered</w:t>
      </w:r>
    </w:p>
    <w:p>
      <w:pPr>
        <w:pStyle w:val="Compact"/>
        <w:numPr>
          <w:ilvl w:val="0"/>
          <w:numId w:val="1001"/>
        </w:numPr>
      </w:pPr>
      <w:r>
        <w:rPr>
          <w:b/>
          <w:bCs/>
        </w:rPr>
        <w:t xml:space="preserve">Is it that</w:t>
      </w:r>
      <w:r>
        <w:rPr>
          <w:b/>
          <w:bCs/>
        </w:rPr>
        <w:t xml:space="preserve"> </w:t>
      </w:r>
      <w:r>
        <w:rPr>
          <w:b/>
          <w:bCs/>
          <w:u w:val="single"/>
        </w:rPr>
        <w:t xml:space="preserve">insidious</w:t>
      </w:r>
      <w:r>
        <w:rPr>
          <w:b/>
          <w:bCs/>
        </w:rPr>
        <w:t xml:space="preserve"> </w:t>
      </w:r>
      <w:r>
        <w:rPr>
          <w:b/>
          <w:bCs/>
        </w:rPr>
        <w:t xml:space="preserve">smile with which our petition has been lately received?</w:t>
      </w:r>
      <w:r>
        <w:br/>
      </w:r>
      <w:r>
        <w:t xml:space="preserve">    (a) the degree to which a performance of or to someone else's work lends itself to the expression of personal artistic ideas or feelings by the performer</w:t>
      </w:r>
      <w:r>
        <w:br/>
      </w:r>
      <w:r>
        <w:t xml:space="preserve">    (b) not appearing dangerous, but actually very harmful over time</w:t>
      </w:r>
      <w:r>
        <w:br/>
      </w:r>
      <w:r>
        <w:br/>
      </w:r>
      <w:r>
        <w:t xml:space="preserve">or:</w:t>
      </w:r>
      <w:r>
        <w:br/>
      </w:r>
      <w:r>
        <w:br/>
      </w:r>
      <w:r>
        <w:t xml:space="preserve">treacherous  (dangerous due to trickery or from hidden or unpredictable risks)</w:t>
      </w:r>
      <w:r>
        <w:br/>
      </w:r>
      <w:r>
        <w:t xml:space="preserve">    (c) the quality or degree of being straightforward or clear (sometimes indicating that truth is not worded carefully to spare feelings or gain advantage)</w:t>
      </w:r>
    </w:p>
    <w:p>
      <w:pPr>
        <w:pStyle w:val="Compact"/>
        <w:numPr>
          <w:ilvl w:val="0"/>
          <w:numId w:val="1001"/>
        </w:numPr>
      </w:pPr>
      <w:r>
        <w:rPr>
          <w:b/>
          <w:bCs/>
        </w:rPr>
        <w:t xml:space="preserve">Let us not</w:t>
      </w:r>
      <w:r>
        <w:rPr>
          <w:b/>
          <w:bCs/>
        </w:rPr>
        <w:t xml:space="preserve"> </w:t>
      </w:r>
      <w:r>
        <w:rPr>
          <w:b/>
          <w:bCs/>
          <w:u w:val="single"/>
        </w:rPr>
        <w:t xml:space="preserve">deceive</w:t>
      </w:r>
      <w:r>
        <w:rPr>
          <w:b/>
          <w:bCs/>
        </w:rPr>
        <w:t xml:space="preserve"> </w:t>
      </w:r>
      <w:r>
        <w:rPr>
          <w:b/>
          <w:bCs/>
        </w:rPr>
        <w:t xml:space="preserve">ourselves, sir.</w:t>
      </w:r>
      <w:r>
        <w:br/>
      </w:r>
      <w:r>
        <w:t xml:space="preserve">    (a) tell (a story)</w:t>
      </w:r>
      <w:r>
        <w:br/>
      </w:r>
      <w:r>
        <w:t xml:space="preserve">    (b) bad or harmful</w:t>
      </w:r>
      <w:r>
        <w:br/>
      </w:r>
      <w:r>
        <w:t xml:space="preserve">    (c) lie or mislead</w:t>
      </w:r>
    </w:p>
    <w:p>
      <w:pPr>
        <w:pStyle w:val="Compact"/>
        <w:numPr>
          <w:ilvl w:val="0"/>
          <w:numId w:val="1001"/>
        </w:numPr>
      </w:pPr>
      <w:r>
        <w:rPr>
          <w:b/>
          <w:bCs/>
        </w:rPr>
        <w:t xml:space="preserve">Are fleets and armies necessary to a work of love and reconciliation? Have we shown ourselves so unwilling to be reconciled, that force must be called in to win back our love? Let us not deceive ourselves, sir. These are the</w:t>
      </w:r>
      <w:r>
        <w:rPr>
          <w:b/>
          <w:bCs/>
        </w:rPr>
        <w:t xml:space="preserve"> </w:t>
      </w:r>
      <w:r>
        <w:rPr>
          <w:b/>
          <w:bCs/>
          <w:u w:val="single"/>
        </w:rPr>
        <w:t xml:space="preserve">implements</w:t>
      </w:r>
      <w:r>
        <w:rPr>
          <w:b/>
          <w:bCs/>
        </w:rPr>
        <w:t xml:space="preserve"> </w:t>
      </w:r>
      <w:r>
        <w:rPr>
          <w:b/>
          <w:bCs/>
        </w:rPr>
        <w:t xml:space="preserve">of war and subjugation; the last arguments to which kings resort.</w:t>
      </w:r>
      <w:r>
        <w:br/>
      </w:r>
      <w:r>
        <w:t xml:space="preserve">    (a) creates, starts, or sets in a place</w:t>
      </w:r>
      <w:r>
        <w:br/>
      </w:r>
      <w:r>
        <w:t xml:space="preserve">    (b) instances of surrounding conditions</w:t>
      </w:r>
      <w:r>
        <w:br/>
      </w:r>
      <w:r>
        <w:t xml:space="preserve">    (c) tools or other useful objects</w:t>
      </w:r>
    </w:p>
    <w:p>
      <w:pPr>
        <w:pStyle w:val="Compact"/>
        <w:numPr>
          <w:ilvl w:val="0"/>
          <w:numId w:val="1001"/>
        </w:numPr>
      </w:pPr>
      <w:r>
        <w:rPr>
          <w:b/>
          <w:bCs/>
        </w:rPr>
        <w:t xml:space="preserve">These are the implements of war and</w:t>
      </w:r>
      <w:r>
        <w:rPr>
          <w:b/>
          <w:bCs/>
        </w:rPr>
        <w:t xml:space="preserve"> </w:t>
      </w:r>
      <w:r>
        <w:rPr>
          <w:b/>
          <w:bCs/>
          <w:u w:val="single"/>
        </w:rPr>
        <w:t xml:space="preserve">subjugation</w:t>
      </w:r>
      <w:r>
        <w:rPr>
          <w:b/>
          <w:bCs/>
        </w:rPr>
        <w:t xml:space="preserve">; the last arguments to which kings resort.</w:t>
      </w:r>
      <w:r>
        <w:br/>
      </w:r>
      <w:r>
        <w:t xml:space="preserve">    (a) devices that turn light into electricity</w:t>
      </w:r>
      <w:r>
        <w:br/>
      </w:r>
      <w:r>
        <w:t xml:space="preserve">    (b) to express strong hatred or loathing for</w:t>
      </w:r>
      <w:r>
        <w:br/>
      </w:r>
      <w:r>
        <w:t xml:space="preserve">    (c) the act of forcing others into submission</w:t>
      </w:r>
    </w:p>
    <w:p>
      <w:pPr>
        <w:pStyle w:val="Compact"/>
        <w:numPr>
          <w:ilvl w:val="0"/>
          <w:numId w:val="1001"/>
        </w:numPr>
      </w:pPr>
      <w:r>
        <w:rPr>
          <w:b/>
          <w:bCs/>
        </w:rPr>
        <w:t xml:space="preserve">I ask, gentlemen, sir, what means this</w:t>
      </w:r>
      <w:r>
        <w:rPr>
          <w:b/>
          <w:bCs/>
        </w:rPr>
        <w:t xml:space="preserve"> </w:t>
      </w:r>
      <w:r>
        <w:rPr>
          <w:b/>
          <w:bCs/>
          <w:u w:val="single"/>
        </w:rPr>
        <w:t xml:space="preserve">martial</w:t>
      </w:r>
      <w:r>
        <w:rPr>
          <w:b/>
          <w:bCs/>
        </w:rPr>
        <w:t xml:space="preserve"> </w:t>
      </w:r>
      <w:r>
        <w:rPr>
          <w:b/>
          <w:bCs/>
        </w:rPr>
        <w:t xml:space="preserve">array, if its purpose be not to force us to submission?</w:t>
      </w:r>
      <w:r>
        <w:br/>
      </w:r>
      <w:r>
        <w:t xml:space="preserve">    (a) mental activity of which one is self-aware</w:t>
      </w:r>
      <w:r>
        <w:br/>
      </w:r>
      <w:r>
        <w:t xml:space="preserve">    (b) without involvement of anything in between</w:t>
      </w:r>
      <w:r>
        <w:br/>
      </w:r>
      <w:r>
        <w:t xml:space="preserve">    (c) relating to war, the military, or fighting</w:t>
      </w:r>
    </w:p>
    <w:p>
      <w:pPr>
        <w:pStyle w:val="Compact"/>
        <w:numPr>
          <w:ilvl w:val="0"/>
          <w:numId w:val="1001"/>
        </w:numPr>
      </w:pPr>
      <w:r>
        <w:rPr>
          <w:b/>
          <w:bCs/>
        </w:rPr>
        <w:t xml:space="preserve">Can gentlemen assign any other possible</w:t>
      </w:r>
      <w:r>
        <w:rPr>
          <w:b/>
          <w:bCs/>
        </w:rPr>
        <w:t xml:space="preserve"> </w:t>
      </w:r>
      <w:r>
        <w:rPr>
          <w:b/>
          <w:bCs/>
          <w:u w:val="single"/>
        </w:rPr>
        <w:t xml:space="preserve">motive</w:t>
      </w:r>
      <w:r>
        <w:rPr>
          <w:b/>
          <w:bCs/>
        </w:rPr>
        <w:t xml:space="preserve"> </w:t>
      </w:r>
      <w:r>
        <w:rPr>
          <w:b/>
          <w:bCs/>
        </w:rPr>
        <w:t xml:space="preserve">for it?</w:t>
      </w:r>
      <w:r>
        <w:br/>
      </w:r>
      <w:r>
        <w:t xml:space="preserve">    (a) small quantity or indication</w:t>
      </w:r>
      <w:r>
        <w:br/>
      </w:r>
      <w:r>
        <w:t xml:space="preserve">    (b) the sacred writings of Islam</w:t>
      </w:r>
      <w:r>
        <w:br/>
      </w:r>
      <w:r>
        <w:t xml:space="preserve">    (c) reason (for doing something)</w:t>
      </w:r>
    </w:p>
    <w:p>
      <w:pPr>
        <w:pStyle w:val="Compact"/>
        <w:numPr>
          <w:ilvl w:val="0"/>
          <w:numId w:val="1001"/>
        </w:numPr>
      </w:pPr>
      <w:r>
        <w:rPr>
          <w:b/>
          <w:bCs/>
        </w:rPr>
        <w:t xml:space="preserve">Shall we resort to</w:t>
      </w:r>
      <w:r>
        <w:rPr>
          <w:b/>
          <w:bCs/>
        </w:rPr>
        <w:t xml:space="preserve"> </w:t>
      </w:r>
      <w:r>
        <w:rPr>
          <w:b/>
          <w:bCs/>
          <w:u w:val="single"/>
        </w:rPr>
        <w:t xml:space="preserve">entreaty</w:t>
      </w:r>
      <w:r>
        <w:rPr>
          <w:b/>
          <w:bCs/>
        </w:rPr>
        <w:t xml:space="preserve"> </w:t>
      </w:r>
      <w:r>
        <w:rPr>
          <w:b/>
          <w:bCs/>
        </w:rPr>
        <w:t xml:space="preserve">and humble supplication?</w:t>
      </w:r>
      <w:r>
        <w:br/>
      </w:r>
      <w:r>
        <w:t xml:space="preserve">    (a) easily set on fire</w:t>
      </w:r>
      <w:r>
        <w:br/>
      </w:r>
      <w:r>
        <w:t xml:space="preserve">    (b) untied or released</w:t>
      </w:r>
      <w:r>
        <w:br/>
      </w:r>
      <w:r>
        <w:t xml:space="preserve">    (c) an earnest request</w:t>
      </w:r>
    </w:p>
    <w:p>
      <w:pPr>
        <w:pStyle w:val="Compact"/>
        <w:numPr>
          <w:ilvl w:val="0"/>
          <w:numId w:val="1001"/>
        </w:numPr>
      </w:pPr>
      <w:r>
        <w:rPr>
          <w:b/>
          <w:bCs/>
        </w:rPr>
        <w:t xml:space="preserve">Let us not, I</w:t>
      </w:r>
      <w:r>
        <w:rPr>
          <w:b/>
          <w:bCs/>
        </w:rPr>
        <w:t xml:space="preserve"> </w:t>
      </w:r>
      <w:r>
        <w:rPr>
          <w:b/>
          <w:bCs/>
          <w:u w:val="single"/>
        </w:rPr>
        <w:t xml:space="preserve">beseech</w:t>
      </w:r>
      <w:r>
        <w:rPr>
          <w:b/>
          <w:bCs/>
        </w:rPr>
        <w:t xml:space="preserve"> </w:t>
      </w:r>
      <w:r>
        <w:rPr>
          <w:b/>
          <w:bCs/>
        </w:rPr>
        <w:t xml:space="preserve">you, sir, deceive ourselves.</w:t>
      </w:r>
      <w:r>
        <w:br/>
      </w:r>
      <w:r>
        <w:t xml:space="preserve">    (a) to ask strongly or beg for something</w:t>
      </w:r>
      <w:r>
        <w:br/>
      </w:r>
      <w:r>
        <w:t xml:space="preserve">    (b) to spread to other parts of the body</w:t>
      </w:r>
      <w:r>
        <w:br/>
      </w:r>
      <w:r>
        <w:t xml:space="preserve">    (c) move into position to work; or start</w:t>
      </w:r>
    </w:p>
    <w:p>
      <w:pPr>
        <w:pStyle w:val="Compact"/>
        <w:numPr>
          <w:ilvl w:val="0"/>
          <w:numId w:val="1001"/>
        </w:numPr>
      </w:pPr>
      <w:r>
        <w:rPr>
          <w:b/>
          <w:bCs/>
        </w:rPr>
        <w:t xml:space="preserve">We have petitioned; we have remonstrated; we have supplicated; we have prostrated ourselves before the throne, and have implored its interposition to arrest the</w:t>
      </w:r>
      <w:r>
        <w:rPr>
          <w:b/>
          <w:bCs/>
        </w:rPr>
        <w:t xml:space="preserve"> </w:t>
      </w:r>
      <w:r>
        <w:rPr>
          <w:b/>
          <w:bCs/>
          <w:u w:val="single"/>
        </w:rPr>
        <w:t xml:space="preserve">tyrannical</w:t>
      </w:r>
      <w:r>
        <w:rPr>
          <w:b/>
          <w:bCs/>
        </w:rPr>
        <w:t xml:space="preserve"> </w:t>
      </w:r>
      <w:r>
        <w:rPr>
          <w:b/>
          <w:bCs/>
        </w:rPr>
        <w:t xml:space="preserve">hands of the ministry and Parliament.</w:t>
      </w:r>
      <w:r>
        <w:br/>
      </w:r>
      <w:r>
        <w:t xml:space="preserve">    (a) likely to change</w:t>
      </w:r>
      <w:r>
        <w:br/>
      </w:r>
      <w:r>
        <w:t xml:space="preserve">    (b) able to be found</w:t>
      </w:r>
      <w:r>
        <w:br/>
      </w:r>
      <w:r>
        <w:t xml:space="preserve">    (c) harsh and unjust</w:t>
      </w:r>
    </w:p>
    <w:p>
      <w:pPr>
        <w:pStyle w:val="Compact"/>
        <w:numPr>
          <w:ilvl w:val="0"/>
          <w:numId w:val="1001"/>
        </w:numPr>
      </w:pPr>
      <w:r>
        <w:rPr>
          <w:b/>
          <w:bCs/>
        </w:rPr>
        <w:t xml:space="preserve">We have petitioned; we have remonstrated; we have supplicated; we have prostrated ourselves before the throne, and have implored its interposition to arrest the tyrannical hands of the ministry and</w:t>
      </w:r>
      <w:r>
        <w:rPr>
          <w:b/>
          <w:bCs/>
        </w:rPr>
        <w:t xml:space="preserve"> </w:t>
      </w:r>
      <w:r>
        <w:rPr>
          <w:b/>
          <w:bCs/>
          <w:u w:val="single"/>
        </w:rPr>
        <w:t xml:space="preserve">Parliament</w:t>
      </w:r>
      <w:r>
        <w:rPr>
          <w:b/>
          <w:bCs/>
        </w:rPr>
        <w:t xml:space="preserve">.</w:t>
      </w:r>
      <w:r>
        <w:br/>
      </w:r>
      <w:r>
        <w:t xml:space="preserve">    (a) legislative assembly that passes laws (existing in some countries)</w:t>
      </w:r>
      <w:r>
        <w:br/>
      </w:r>
      <w:r>
        <w:t xml:space="preserve">    (b) a place where conditions are kept as they were to protect wildlife</w:t>
      </w:r>
      <w:r>
        <w:br/>
      </w:r>
      <w:r>
        <w:t xml:space="preserve">    (c) someone who believes that all knowledge is derived from experience</w:t>
      </w:r>
    </w:p>
    <w:p>
      <w:pPr>
        <w:pStyle w:val="Compact"/>
        <w:numPr>
          <w:ilvl w:val="0"/>
          <w:numId w:val="1001"/>
        </w:numPr>
      </w:pPr>
      <w:r>
        <w:rPr>
          <w:b/>
          <w:bCs/>
        </w:rPr>
        <w:t xml:space="preserve">Our petitions have been slighted; our</w:t>
      </w:r>
      <w:r>
        <w:rPr>
          <w:b/>
          <w:bCs/>
        </w:rPr>
        <w:t xml:space="preserve"> </w:t>
      </w:r>
      <w:r>
        <w:rPr>
          <w:b/>
          <w:bCs/>
          <w:u w:val="single"/>
        </w:rPr>
        <w:t xml:space="preserve">remonstrances</w:t>
      </w:r>
      <w:r>
        <w:rPr>
          <w:b/>
          <w:bCs/>
        </w:rPr>
        <w:t xml:space="preserve"> </w:t>
      </w:r>
      <w:r>
        <w:rPr>
          <w:b/>
          <w:bCs/>
        </w:rPr>
        <w:t xml:space="preserve">have produced additional violence and insult; our supplications have been disregarded; and we have been spurned, with contempt, from the foot of the throne.</w:t>
      </w:r>
      <w:r>
        <w:br/>
      </w:r>
      <w:r>
        <w:t xml:space="preserve">    (a) acts of stopping a battle or fight</w:t>
      </w:r>
      <w:r>
        <w:br/>
      </w:r>
      <w:r>
        <w:t xml:space="preserve">    (b) arguments in protest or opposition</w:t>
      </w:r>
      <w:r>
        <w:br/>
      </w:r>
      <w:r>
        <w:t xml:space="preserve">    (c) a central open spaces in buildings</w:t>
      </w:r>
    </w:p>
    <w:p>
      <w:pPr>
        <w:pStyle w:val="Compact"/>
        <w:numPr>
          <w:ilvl w:val="0"/>
          <w:numId w:val="1001"/>
        </w:numPr>
      </w:pPr>
      <w:r>
        <w:rPr>
          <w:b/>
          <w:bCs/>
        </w:rPr>
        <w:t xml:space="preserve">Our petitions have been slighted; our remonstrances have produced additional violence and insult; our supplications have been disregarded; and we have been</w:t>
      </w:r>
      <w:r>
        <w:rPr>
          <w:b/>
          <w:bCs/>
        </w:rPr>
        <w:t xml:space="preserve"> </w:t>
      </w:r>
      <w:r>
        <w:rPr>
          <w:b/>
          <w:bCs/>
          <w:u w:val="single"/>
        </w:rPr>
        <w:t xml:space="preserve">spurned</w:t>
      </w:r>
      <w:r>
        <w:rPr>
          <w:b/>
          <w:bCs/>
        </w:rPr>
        <w:t xml:space="preserve">, with contempt, from the foot of the throne.</w:t>
      </w:r>
      <w:r>
        <w:br/>
      </w:r>
      <w:r>
        <w:t xml:space="preserve">    (a) not wanting to do something</w:t>
      </w:r>
      <w:r>
        <w:br/>
      </w:r>
      <w:r>
        <w:t xml:space="preserve">    (b) rejected as not good enough</w:t>
      </w:r>
      <w:r>
        <w:br/>
      </w:r>
      <w:r>
        <w:t xml:space="preserve">    (c) not having gotten closer to</w:t>
      </w:r>
    </w:p>
    <w:p>
      <w:pPr>
        <w:pStyle w:val="Compact"/>
        <w:numPr>
          <w:ilvl w:val="0"/>
          <w:numId w:val="1001"/>
        </w:numPr>
      </w:pPr>
      <w:r>
        <w:rPr>
          <w:b/>
          <w:bCs/>
        </w:rPr>
        <w:t xml:space="preserve">They tell us, sir, that we are weak; unable to cope with so</w:t>
      </w:r>
      <w:r>
        <w:rPr>
          <w:b/>
          <w:bCs/>
        </w:rPr>
        <w:t xml:space="preserve"> </w:t>
      </w:r>
      <w:r>
        <w:rPr>
          <w:b/>
          <w:bCs/>
          <w:u w:val="single"/>
        </w:rPr>
        <w:t xml:space="preserve">formidable</w:t>
      </w:r>
      <w:r>
        <w:rPr>
          <w:b/>
          <w:bCs/>
        </w:rPr>
        <w:t xml:space="preserve"> </w:t>
      </w:r>
      <w:r>
        <w:rPr>
          <w:b/>
          <w:bCs/>
        </w:rPr>
        <w:t xml:space="preserve">an adversary.</w:t>
      </w:r>
      <w:r>
        <w:br/>
      </w:r>
      <w:r>
        <w:t xml:space="preserve">    (a) the quality of disagreeing</w:t>
      </w:r>
      <w:r>
        <w:br/>
      </w:r>
      <w:r>
        <w:t xml:space="preserve">    (b) the quality of being Dutch</w:t>
      </w:r>
      <w:r>
        <w:br/>
      </w:r>
      <w:r>
        <w:t xml:space="preserve">    (c) intimidating or impressive</w:t>
      </w:r>
    </w:p>
    <w:p>
      <w:pPr>
        <w:pStyle w:val="Compact"/>
        <w:numPr>
          <w:ilvl w:val="0"/>
          <w:numId w:val="1001"/>
        </w:numPr>
      </w:pPr>
      <w:r>
        <w:rPr>
          <w:b/>
          <w:bCs/>
        </w:rPr>
        <w:t xml:space="preserve">They tell us, sir, that we are weak; unable to cope with so formidable an</w:t>
      </w:r>
      <w:r>
        <w:rPr>
          <w:b/>
          <w:bCs/>
        </w:rPr>
        <w:t xml:space="preserve"> </w:t>
      </w:r>
      <w:r>
        <w:rPr>
          <w:b/>
          <w:bCs/>
          <w:u w:val="single"/>
        </w:rPr>
        <w:t xml:space="preserve">adversary</w:t>
      </w:r>
      <w:r>
        <w:rPr>
          <w:b/>
          <w:bCs/>
        </w:rPr>
        <w:t xml:space="preserve">.</w:t>
      </w:r>
      <w:r>
        <w:br/>
      </w:r>
      <w:r>
        <w:t xml:space="preserve">    (a) reporter</w:t>
      </w:r>
      <w:r>
        <w:br/>
      </w:r>
      <w:r>
        <w:t xml:space="preserve">    (b) opponent</w:t>
      </w:r>
      <w:r>
        <w:br/>
      </w:r>
      <w:r>
        <w:t xml:space="preserve">    (c) disorder</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2026-07-31T18:58:55Z</dcterms:created>
  <dcterms:modified xsi:type="dcterms:W3CDTF">2026-07-31T18:58:55Z</dcterms:modified>
</cp:coreProperties>
</file>

<file path=docProps/custom.xml><?xml version="1.0" encoding="utf-8"?>
<Properties xmlns="http://schemas.openxmlformats.org/officeDocument/2006/custom-properties" xmlns:vt="http://schemas.openxmlformats.org/officeDocument/2006/docPropsVTypes"/>
</file>