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ae61c1bf6988a0615cebc36d7a18c578768b6d"/>
    <w:p>
      <w:pPr>
        <w:pStyle w:val="Heading1"/>
      </w:pPr>
      <w:r>
        <w:rPr>
          <w:b/>
          <w:bCs/>
        </w:rPr>
        <w:t xml:space="preserve">Girl Interrupted</w:t>
      </w:r>
      <w:r>
        <w:br/>
      </w:r>
      <w:r>
        <w:rPr>
          <w:i/>
          <w:iCs/>
        </w:rPr>
        <w:t xml:space="preserve">Susanna Kaysen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a numbers-tested,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analytical</w:t>
      </w:r>
      <w:r>
        <w:rPr>
          <w:b/>
          <w:bCs/>
        </w:rPr>
        <w:t xml:space="preserve"> </w:t>
      </w:r>
      <w:r>
        <w:rPr>
          <w:b/>
          <w:bCs/>
        </w:rPr>
        <w:t xml:space="preserve">approach to advertising.</w:t>
      </w:r>
      <w:r>
        <w:br/>
      </w:r>
      <w:r>
        <w:t xml:space="preserve">    (a) creative and artistic</w:t>
      </w:r>
      <w:r>
        <w:br/>
      </w:r>
      <w:r>
        <w:t xml:space="preserve">    (b) loud and aggressive</w:t>
      </w:r>
      <w:r>
        <w:br/>
      </w:r>
      <w:r>
        <w:t xml:space="preserve">    (c) logical and systematic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chronic</w:t>
      </w:r>
      <w:r>
        <w:rPr>
          <w:b/>
          <w:bCs/>
        </w:rPr>
        <w:t xml:space="preserve"> </w:t>
      </w:r>
      <w:r>
        <w:rPr>
          <w:b/>
          <w:bCs/>
        </w:rPr>
        <w:t xml:space="preserve">back pain made it hard to sit at a desk all day.</w:t>
      </w:r>
      <w:r>
        <w:br/>
      </w:r>
      <w:r>
        <w:t xml:space="preserve">    (a) long-lasting</w:t>
      </w:r>
      <w:r>
        <w:br/>
      </w:r>
      <w:r>
        <w:t xml:space="preserve">    (b) easily cured</w:t>
      </w:r>
      <w:r>
        <w:br/>
      </w:r>
      <w:r>
        <w:t xml:space="preserve">    (c) brand new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competent</w:t>
      </w:r>
      <w:r>
        <w:rPr>
          <w:b/>
          <w:bCs/>
        </w:rPr>
        <w:t xml:space="preserve"> </w:t>
      </w:r>
      <w:r>
        <w:rPr>
          <w:b/>
          <w:bCs/>
        </w:rPr>
        <w:t xml:space="preserve">on both violin and piano.</w:t>
      </w:r>
      <w:r>
        <w:br/>
      </w:r>
      <w:r>
        <w:t xml:space="preserve">    (a) below average</w:t>
      </w:r>
      <w:r>
        <w:br/>
      </w:r>
      <w:r>
        <w:t xml:space="preserve">    (b) sufficiently capable</w:t>
      </w:r>
      <w:r>
        <w:br/>
      </w:r>
      <w:r>
        <w:t xml:space="preserve">    (c) outstanding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compulsive</w:t>
      </w:r>
      <w:r>
        <w:rPr>
          <w:b/>
          <w:bCs/>
        </w:rPr>
        <w:t xml:space="preserve"> </w:t>
      </w:r>
      <w:r>
        <w:rPr>
          <w:b/>
          <w:bCs/>
        </w:rPr>
        <w:t xml:space="preserve">eating disorder.</w:t>
      </w:r>
      <w:r>
        <w:br/>
      </w:r>
      <w:r>
        <w:t xml:space="preserve">    (a) uncontrollable</w:t>
      </w:r>
      <w:r>
        <w:br/>
      </w:r>
      <w:r>
        <w:t xml:space="preserve">    (b) unhealthy</w:t>
      </w:r>
      <w:r>
        <w:br/>
      </w:r>
      <w:r>
        <w:t xml:space="preserve">    (c)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determined</w:t>
      </w:r>
      <w:r>
        <w:rPr>
          <w:b/>
          <w:bCs/>
        </w:rPr>
        <w:t xml:space="preserve"> </w:t>
      </w:r>
      <w:r>
        <w:rPr>
          <w:b/>
          <w:bCs/>
        </w:rPr>
        <w:t xml:space="preserve">to find a cure for the disease.</w:t>
      </w:r>
      <w:r>
        <w:br/>
      </w:r>
      <w:r>
        <w:t xml:space="preserve">    (a) firmly planning</w:t>
      </w:r>
      <w:r>
        <w:br/>
      </w:r>
      <w:r>
        <w:t xml:space="preserve">    (b) without hope</w:t>
      </w:r>
      <w:r>
        <w:br/>
      </w:r>
      <w:r>
        <w:t xml:space="preserve">    (c) hoping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number of days of vacation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determined</w:t>
      </w:r>
      <w:r>
        <w:rPr>
          <w:b/>
          <w:bCs/>
        </w:rPr>
        <w:t xml:space="preserve"> </w:t>
      </w:r>
      <w:r>
        <w:rPr>
          <w:b/>
          <w:bCs/>
        </w:rPr>
        <w:t xml:space="preserve">by years at the company.</w:t>
      </w:r>
      <w:r>
        <w:br/>
      </w:r>
      <w:r>
        <w:t xml:space="preserve">    (a) controlled</w:t>
      </w:r>
      <w:r>
        <w:br/>
      </w:r>
      <w:r>
        <w:t xml:space="preserve">    (b) firm in purpose</w:t>
      </w:r>
      <w:r>
        <w:br/>
      </w:r>
      <w:r>
        <w:t xml:space="preserve">    (c) stubborn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was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diagnosis</w:t>
      </w:r>
      <w:r>
        <w:rPr>
          <w:b/>
          <w:bCs/>
        </w:rPr>
        <w:t xml:space="preserve">?</w:t>
      </w:r>
      <w:r>
        <w:br/>
      </w:r>
      <w:r>
        <w:t xml:space="preserve">    (a) major symptom</w:t>
      </w:r>
      <w:r>
        <w:br/>
      </w:r>
      <w:r>
        <w:t xml:space="preserve">    (b) treatment for the illness</w:t>
      </w:r>
      <w:r>
        <w:br/>
      </w:r>
      <w:r>
        <w:t xml:space="preserve">    (c) identification of an illness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indulge</w:t>
      </w:r>
      <w:r>
        <w:rPr>
          <w:b/>
          <w:bCs/>
        </w:rPr>
        <w:t xml:space="preserve"> </w:t>
      </w:r>
      <w:r>
        <w:rPr>
          <w:b/>
          <w:bCs/>
        </w:rPr>
        <w:t xml:space="preserve">my taste for sweets more than is good for me.</w:t>
      </w:r>
      <w:r>
        <w:br/>
      </w:r>
      <w:r>
        <w:t xml:space="preserve">    (a) hold back from</w:t>
      </w:r>
      <w:r>
        <w:br/>
      </w:r>
      <w:r>
        <w:t xml:space="preserve">    (b) complain about</w:t>
      </w:r>
      <w:r>
        <w:br/>
      </w:r>
      <w:r>
        <w:t xml:space="preserve">    (c) give in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will stand to his left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his speech into sign language.</w:t>
      </w:r>
      <w:r>
        <w:br/>
      </w:r>
      <w:r>
        <w:t xml:space="preserve">    (a) elaborate upon</w:t>
      </w:r>
      <w:r>
        <w:br/>
      </w:r>
      <w:r>
        <w:t xml:space="preserve">    (b) translate</w:t>
      </w:r>
      <w:r>
        <w:br/>
      </w:r>
      <w:r>
        <w:t xml:space="preserve">    (c) refute (prove false)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increased government spending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negated</w:t>
      </w:r>
      <w:r>
        <w:rPr>
          <w:b/>
          <w:bCs/>
        </w:rPr>
        <w:t xml:space="preserve"> </w:t>
      </w:r>
      <w:r>
        <w:rPr>
          <w:b/>
          <w:bCs/>
        </w:rPr>
        <w:t xml:space="preserve">by decreased private spending.</w:t>
      </w:r>
      <w:r>
        <w:br/>
      </w:r>
      <w:r>
        <w:t xml:space="preserve">    (a) boosted</w:t>
      </w:r>
      <w:r>
        <w:br/>
      </w:r>
      <w:r>
        <w:t xml:space="preserve">    (b) offset</w:t>
      </w:r>
      <w:r>
        <w:br/>
      </w:r>
      <w:r>
        <w:t xml:space="preserve">    (c) ignored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neurotic</w:t>
      </w:r>
      <w:r>
        <w:rPr>
          <w:b/>
          <w:bCs/>
        </w:rPr>
        <w:t xml:space="preserve"> </w:t>
      </w:r>
      <w:r>
        <w:rPr>
          <w:b/>
          <w:bCs/>
        </w:rPr>
        <w:t xml:space="preserve">fear of heights prevented her from enjoying the breathtaking view from the skyscraper’s observation deck.</w:t>
      </w:r>
      <w:r>
        <w:br/>
      </w:r>
      <w:r>
        <w:t xml:space="preserve">    (a) learned from bad experience</w:t>
      </w:r>
      <w:r>
        <w:br/>
      </w:r>
      <w:r>
        <w:t xml:space="preserve">    (b) excessive worry about</w:t>
      </w:r>
      <w:r>
        <w:br/>
      </w:r>
      <w:r>
        <w:t xml:space="preserve">    (c) present since birth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country where corruption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pervades</w:t>
      </w:r>
      <w:r>
        <w:rPr>
          <w:b/>
          <w:bCs/>
        </w:rPr>
        <w:t xml:space="preserve"> </w:t>
      </w:r>
      <w:r>
        <w:rPr>
          <w:b/>
          <w:bCs/>
        </w:rPr>
        <w:t xml:space="preserve">their government at every level.</w:t>
      </w:r>
      <w:r>
        <w:br/>
      </w:r>
      <w:r>
        <w:t xml:space="preserve">    (a) is stopped by</w:t>
      </w:r>
      <w:r>
        <w:br/>
      </w:r>
      <w:r>
        <w:t xml:space="preserve">    (b) is remembered by</w:t>
      </w:r>
      <w:r>
        <w:br/>
      </w:r>
      <w:r>
        <w:t xml:space="preserve">    (c) is spread 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outlook on the future was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pessimistic</w:t>
      </w:r>
      <w:r>
        <w:rPr>
          <w:b/>
          <w:bCs/>
        </w:rPr>
        <w:t xml:space="preserve">, as she worried about the economy and the environment.</w:t>
      </w:r>
      <w:r>
        <w:br/>
      </w:r>
      <w:r>
        <w:t xml:space="preserve">    (a) having no expectation of how things will turn out</w:t>
      </w:r>
      <w:r>
        <w:br/>
      </w:r>
      <w:r>
        <w:t xml:space="preserve">    (b) expecting that things will turn out well</w:t>
      </w:r>
      <w:r>
        <w:br/>
      </w:r>
      <w:r>
        <w:t xml:space="preserve">    (c) expecting that things will turn out badly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preempted</w:t>
      </w:r>
      <w:r>
        <w:rPr>
          <w:b/>
          <w:bCs/>
        </w:rPr>
        <w:t xml:space="preserve"> </w:t>
      </w:r>
      <w:r>
        <w:rPr>
          <w:b/>
          <w:bCs/>
        </w:rPr>
        <w:t xml:space="preserve">his expected betrayal by immediately telling everyone what happened in her own words.</w:t>
      </w:r>
      <w:r>
        <w:br/>
      </w:r>
      <w:r>
        <w:t xml:space="preserve">    (a) acted in a way that was not expected or typical of her</w:t>
      </w:r>
      <w:r>
        <w:br/>
      </w:r>
      <w:r>
        <w:t xml:space="preserve">    (b) acted before something undesired happens to prevent it from happening</w:t>
      </w:r>
      <w:r>
        <w:br/>
      </w:r>
      <w:r>
        <w:t xml:space="preserve">    (c) announced the truth in a clear and concise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should not permit deeply offensive words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provoke</w:t>
      </w:r>
      <w:r>
        <w:rPr>
          <w:b/>
          <w:bCs/>
        </w:rPr>
        <w:t xml:space="preserve"> </w:t>
      </w:r>
      <w:r>
        <w:rPr>
          <w:b/>
          <w:bCs/>
        </w:rPr>
        <w:t xml:space="preserve">violence.</w:t>
      </w:r>
      <w:r>
        <w:br/>
      </w:r>
      <w:r>
        <w:t xml:space="preserve">    (a) stop</w:t>
      </w:r>
      <w:r>
        <w:br/>
      </w:r>
      <w:r>
        <w:t xml:space="preserve">    (b) distract from</w:t>
      </w:r>
      <w:r>
        <w:br/>
      </w:r>
      <w:r>
        <w:t xml:space="preserve">    (c) cause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the episode, he became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psychotic</w:t>
      </w:r>
      <w:r>
        <w:rPr>
          <w:b/>
          <w:bCs/>
        </w:rPr>
        <w:t xml:space="preserve"> </w:t>
      </w:r>
      <w:r>
        <w:rPr>
          <w:b/>
          <w:bCs/>
        </w:rPr>
        <w:t xml:space="preserve">and could not tell what was real.</w:t>
      </w:r>
      <w:r>
        <w:br/>
      </w:r>
      <w:r>
        <w:t xml:space="preserve">    (a) detached from reality</w:t>
      </w:r>
      <w:r>
        <w:br/>
      </w:r>
      <w:r>
        <w:t xml:space="preserve">    (b) angry without reason</w:t>
      </w:r>
      <w:r>
        <w:br/>
      </w:r>
      <w:r>
        <w:t xml:space="preserve">    (c) unusually anxious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relatively low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</w:t>
      </w:r>
      <w:r>
        <w:rPr>
          <w:b/>
          <w:bCs/>
        </w:rPr>
        <w:t xml:space="preserve"> </w:t>
      </w:r>
      <w:r>
        <w:rPr>
          <w:b/>
          <w:bCs/>
        </w:rPr>
        <w:t xml:space="preserve">of the length of the index finger to the ring finger correlates with increased risk of prostate cancer in men.</w:t>
      </w:r>
      <w:r>
        <w:br/>
      </w:r>
      <w:r>
        <w:t xml:space="preserve">    (a) size in inches</w:t>
      </w:r>
      <w:r>
        <w:br/>
      </w:r>
      <w:r>
        <w:t xml:space="preserve">    (b) metric measurement</w:t>
      </w:r>
      <w:r>
        <w:br/>
      </w:r>
      <w:r>
        <w:t xml:space="preserve">    (c) relative measurement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encourages</w:t>
      </w:r>
      <w:r>
        <w:br/>
      </w:r>
      <w:r>
        <w:t xml:space="preserve">    (b) trains</w:t>
      </w:r>
      <w:r>
        <w:br/>
      </w:r>
      <w:r>
        <w:t xml:space="preserve">    (c) disrespects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Authorities said the milk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tainted</w:t>
      </w:r>
      <w:r>
        <w:rPr>
          <w:b/>
          <w:bCs/>
        </w:rPr>
        <w:t xml:space="preserve"> </w:t>
      </w:r>
      <w:r>
        <w:rPr>
          <w:b/>
          <w:bCs/>
        </w:rPr>
        <w:t xml:space="preserve">with rat poison.</w:t>
      </w:r>
      <w:r>
        <w:br/>
      </w:r>
      <w:r>
        <w:t xml:space="preserve">    (a) stored</w:t>
      </w:r>
      <w:r>
        <w:br/>
      </w:r>
      <w:r>
        <w:t xml:space="preserve">    (b) contaminated</w:t>
      </w:r>
      <w:r>
        <w:br/>
      </w:r>
      <w:r>
        <w:t xml:space="preserve">    (c) sabotaged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Los Angeles is prone to smog because of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topography</w:t>
      </w:r>
      <w:r>
        <w:rPr>
          <w:b/>
          <w:bCs/>
        </w:rPr>
        <w:t xml:space="preserve">.</w:t>
      </w:r>
      <w:r>
        <w:br/>
      </w:r>
      <w:r>
        <w:t xml:space="preserve">    (a) geographic surface features</w:t>
      </w:r>
      <w:r>
        <w:br/>
      </w:r>
      <w:r>
        <w:t xml:space="preserve">    (b) population density</w:t>
      </w:r>
      <w:r>
        <w:br/>
      </w:r>
      <w:r>
        <w:t xml:space="preserve">    (c) industrial mix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2026-07-31T15:19:01Z</dcterms:created>
  <dcterms:modified xsi:type="dcterms:W3CDTF">2026-07-31T15:19:01Z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