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7b8878b3590e422230588cdb3162670e2869ce"/>
    <w:p>
      <w:pPr>
        <w:pStyle w:val="Heading1"/>
      </w:pPr>
      <w:r>
        <w:rPr>
          <w:b/>
          <w:bCs/>
        </w:rPr>
        <w:t xml:space="preserve">Girl Interrupted</w:t>
      </w:r>
      <w:r>
        <w:br/>
      </w:r>
      <w:r>
        <w:rPr>
          <w:i/>
          <w:iCs/>
        </w:rPr>
        <w:t xml:space="preserve">Susanna Kaysen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weeks of grief, crying with her friend gave her a sense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catharsis</w:t>
      </w:r>
      <w:r>
        <w:rPr>
          <w:b/>
          <w:bCs/>
        </w:rPr>
        <w:t xml:space="preserve">.</w:t>
      </w:r>
      <w:r>
        <w:br/>
      </w:r>
      <w:r>
        <w:t xml:space="preserve">    (a) careful planning</w:t>
      </w:r>
      <w:r>
        <w:br/>
      </w:r>
      <w:r>
        <w:t xml:space="preserve">    (b) emotional release</w:t>
      </w:r>
      <w:r>
        <w:br/>
      </w:r>
      <w:r>
        <w:t xml:space="preserve">    (c) quiet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steep fine served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deterrent</w:t>
      </w:r>
      <w:r>
        <w:rPr>
          <w:b/>
          <w:bCs/>
        </w:rPr>
        <w:t xml:space="preserve"> </w:t>
      </w:r>
      <w:r>
        <w:rPr>
          <w:b/>
          <w:bCs/>
        </w:rPr>
        <w:t xml:space="preserve">to careless parking.</w:t>
      </w:r>
      <w:r>
        <w:br/>
      </w:r>
      <w:r>
        <w:t xml:space="preserve">    (a) something that explains</w:t>
      </w:r>
      <w:r>
        <w:br/>
      </w:r>
      <w:r>
        <w:t xml:space="preserve">    (b) something that discourages</w:t>
      </w:r>
      <w:r>
        <w:br/>
      </w:r>
      <w:r>
        <w:t xml:space="preserve">    (c) something that rewards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believe him.</w:t>
      </w:r>
      <w:r>
        <w:br/>
      </w:r>
      <w:r>
        <w:t xml:space="preserve">    (a) reluctant</w:t>
      </w:r>
      <w:r>
        <w:br/>
      </w:r>
      <w:r>
        <w:t xml:space="preserve">    (b) able to be stopped from happening</w:t>
      </w:r>
      <w:r>
        <w:br/>
      </w:r>
      <w:r>
        <w:t xml:space="preserve">    (c) related to belief in a single God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class was subjected to a ten-minute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for not taking their homework more seriously.</w:t>
      </w:r>
      <w:r>
        <w:br/>
      </w:r>
      <w:r>
        <w:t xml:space="preserve">    (a) assignment</w:t>
      </w:r>
      <w:r>
        <w:br/>
      </w:r>
      <w:r>
        <w:t xml:space="preserve">    (b) delay</w:t>
      </w:r>
      <w:r>
        <w:br/>
      </w:r>
      <w:r>
        <w:t xml:space="preserve">    (c) lecture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thought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impregnable</w:t>
      </w:r>
      <w:r>
        <w:rPr>
          <w:b/>
          <w:bCs/>
        </w:rPr>
        <w:t xml:space="preserve"> </w:t>
      </w:r>
      <w:r>
        <w:rPr>
          <w:b/>
          <w:bCs/>
        </w:rPr>
        <w:t xml:space="preserve">fortress.</w:t>
      </w:r>
      <w:r>
        <w:br/>
      </w:r>
      <w:r>
        <w:t xml:space="preserve">    (a) susceptible to attack</w:t>
      </w:r>
      <w:r>
        <w:br/>
      </w:r>
      <w:r>
        <w:t xml:space="preserve">    (b) lacking strong defenses</w:t>
      </w:r>
      <w:r>
        <w:br/>
      </w:r>
      <w:r>
        <w:t xml:space="preserve">    (c) able to withstand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table shows the amount of tax based on $1,000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increments</w:t>
      </w:r>
      <w:r>
        <w:rPr>
          <w:b/>
          <w:bCs/>
        </w:rPr>
        <w:t xml:space="preserve"> </w:t>
      </w:r>
      <w:r>
        <w:rPr>
          <w:b/>
          <w:bCs/>
        </w:rPr>
        <w:t xml:space="preserve">in income.</w:t>
      </w:r>
      <w:r>
        <w:br/>
      </w:r>
      <w:r>
        <w:t xml:space="preserve">    (a) subsidies</w:t>
      </w:r>
      <w:r>
        <w:br/>
      </w:r>
      <w:r>
        <w:t xml:space="preserve">    (b) regulations</w:t>
      </w:r>
      <w:r>
        <w:br/>
      </w:r>
      <w:r>
        <w:t xml:space="preserve">    (c) increases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estimates that about a third of those making a legal claim for a pain disorder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malingering</w:t>
      </w:r>
      <w:r>
        <w:rPr>
          <w:b/>
          <w:bCs/>
        </w:rPr>
        <w:t xml:space="preserve">.</w:t>
      </w:r>
      <w:r>
        <w:br/>
      </w:r>
      <w:r>
        <w:t xml:space="preserve">    (a) expecting success</w:t>
      </w:r>
      <w:r>
        <w:br/>
      </w:r>
      <w:r>
        <w:t xml:space="preserve">    (b) just hoping</w:t>
      </w:r>
      <w:r>
        <w:br/>
      </w:r>
      <w:r>
        <w:t xml:space="preserve">    (c) pretending to be injured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 opened the concert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medley</w:t>
      </w:r>
      <w:r>
        <w:rPr>
          <w:b/>
          <w:bCs/>
        </w:rPr>
        <w:t xml:space="preserve"> </w:t>
      </w:r>
      <w:r>
        <w:rPr>
          <w:b/>
          <w:bCs/>
        </w:rPr>
        <w:t xml:space="preserve">of popular movie themes.</w:t>
      </w:r>
      <w:r>
        <w:br/>
      </w:r>
      <w:r>
        <w:t xml:space="preserve">    (a) mix</w:t>
      </w:r>
      <w:r>
        <w:br/>
      </w:r>
      <w:r>
        <w:t xml:space="preserve">    (b) video</w:t>
      </w:r>
      <w:r>
        <w:br/>
      </w:r>
      <w:r>
        <w:t xml:space="preserve">    (c) solo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film is pessimistic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nihilistic</w:t>
      </w:r>
      <w:r>
        <w:rPr>
          <w:b/>
          <w:bCs/>
        </w:rPr>
        <w:t xml:space="preserve">.</w:t>
      </w:r>
      <w:r>
        <w:br/>
      </w:r>
      <w:r>
        <w:t xml:space="preserve">    (a) portraying life as cruel</w:t>
      </w:r>
      <w:r>
        <w:br/>
      </w:r>
      <w:r>
        <w:t xml:space="preserve">    (b) portraying life as difficult</w:t>
      </w:r>
      <w:r>
        <w:br/>
      </w:r>
      <w:r>
        <w:t xml:space="preserve">    (c) portraying life as meaningless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betraying the team, she became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pariah</w:t>
      </w:r>
      <w:r>
        <w:rPr>
          <w:b/>
          <w:bCs/>
        </w:rPr>
        <w:t xml:space="preserve"> </w:t>
      </w:r>
      <w:r>
        <w:rPr>
          <w:b/>
          <w:bCs/>
        </w:rPr>
        <w:t xml:space="preserve">in the locker room.</w:t>
      </w:r>
      <w:r>
        <w:br/>
      </w:r>
      <w:r>
        <w:t xml:space="preserve">    (a) trusted leader</w:t>
      </w:r>
      <w:r>
        <w:br/>
      </w:r>
      <w:r>
        <w:t xml:space="preserve">    (b) social outcast</w:t>
      </w:r>
      <w:r>
        <w:br/>
      </w:r>
      <w:r>
        <w:t xml:space="preserve">    (c) new visitor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Pernicious, r</w:t>
      </w:r>
      <w:r>
        <w:rPr>
          <w:b/>
          <w:bCs/>
        </w:rPr>
        <w:t xml:space="preserve">egulatory gridlock has already delayed the project for a decade.</w:t>
      </w:r>
      <w:r>
        <w:br/>
      </w:r>
      <w:r>
        <w:t xml:space="preserve">    (a) careful</w:t>
      </w:r>
      <w:r>
        <w:br/>
      </w:r>
      <w:r>
        <w:t xml:space="preserve">    (b) harmful</w:t>
      </w:r>
      <w:r>
        <w:br/>
      </w:r>
      <w:r>
        <w:t xml:space="preserve">    (c) wise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employment contract prohibits by sharing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proprietary</w:t>
      </w:r>
      <w:r>
        <w:rPr>
          <w:b/>
          <w:bCs/>
        </w:rPr>
        <w:t xml:space="preserve"> </w:t>
      </w:r>
      <w:r>
        <w:rPr>
          <w:b/>
          <w:bCs/>
        </w:rPr>
        <w:t xml:space="preserve">information with people outside of the firm.</w:t>
      </w:r>
      <w:r>
        <w:br/>
      </w:r>
      <w:r>
        <w:t xml:space="preserve">    (a) customer-related and personal</w:t>
      </w:r>
      <w:r>
        <w:br/>
      </w:r>
      <w:r>
        <w:t xml:space="preserve">    (b) owned by the company</w:t>
      </w:r>
      <w:r>
        <w:br/>
      </w:r>
      <w:r>
        <w:t xml:space="preserve">    (c) financial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 time, it was an emergency. There was no time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quibble</w:t>
      </w:r>
      <w:r>
        <w:rPr>
          <w:b/>
          <w:bCs/>
        </w:rPr>
        <w:t xml:space="preserve"> </w:t>
      </w:r>
      <w:r>
        <w:rPr>
          <w:b/>
          <w:bCs/>
        </w:rPr>
        <w:t xml:space="preserve">over details.</w:t>
      </w:r>
      <w:r>
        <w:br/>
      </w:r>
      <w:r>
        <w:t xml:space="preserve">    (a) analyze or analysis</w:t>
      </w:r>
      <w:r>
        <w:br/>
      </w:r>
      <w:r>
        <w:t xml:space="preserve">    (b) argue (about unimportant things)</w:t>
      </w:r>
      <w:r>
        <w:br/>
      </w:r>
      <w:r>
        <w:t xml:space="preserve">    (c) be distressed or distress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refuted</w:t>
      </w:r>
      <w:r>
        <w:rPr>
          <w:b/>
          <w:bCs/>
        </w:rPr>
        <w:t xml:space="preserve"> </w:t>
      </w:r>
      <w:r>
        <w:rPr>
          <w:b/>
          <w:bCs/>
        </w:rPr>
        <w:t xml:space="preserve">the argument.</w:t>
      </w:r>
      <w:r>
        <w:br/>
      </w:r>
      <w:r>
        <w:t xml:space="preserve">    (a) argued against</w:t>
      </w:r>
      <w:r>
        <w:br/>
      </w:r>
      <w:r>
        <w:t xml:space="preserve">    (b) complained about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only have they not made progress, they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regressed</w:t>
      </w:r>
      <w:r>
        <w:rPr>
          <w:b/>
          <w:bCs/>
        </w:rPr>
        <w:t xml:space="preserve">.</w:t>
      </w:r>
      <w:r>
        <w:br/>
      </w:r>
      <w:r>
        <w:t xml:space="preserve">    (a) quit trying</w:t>
      </w:r>
      <w:r>
        <w:br/>
      </w:r>
      <w:r>
        <w:t xml:space="preserve">    (b) got worse</w:t>
      </w:r>
      <w:r>
        <w:br/>
      </w:r>
      <w:r>
        <w:t xml:space="preserve">    (c) got lost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prizes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superego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id.</w:t>
      </w:r>
      <w:r>
        <w:br/>
      </w:r>
      <w:r>
        <w:t xml:space="preserve">    (a) psychoanalysis:  that part of the unconscious mind that acts as a conscience</w:t>
      </w:r>
      <w:r>
        <w:br/>
      </w:r>
      <w:r>
        <w:t xml:space="preserve">    (b) renouncing one's religion or (less precisely) political party or other cause</w:t>
      </w:r>
      <w:r>
        <w:br/>
      </w:r>
      <w:r>
        <w:t xml:space="preserve">    (c) a quick reply to a question or remark (especially a witty or critical one)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liked the idea. The arguments I prepared to support it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.</w:t>
      </w:r>
      <w:r>
        <w:br/>
      </w:r>
      <w:r>
        <w:t xml:space="preserve">    (a) unnecessary</w:t>
      </w:r>
      <w:r>
        <w:br/>
      </w:r>
      <w:r>
        <w:t xml:space="preserve">    (b) important</w:t>
      </w:r>
      <w:r>
        <w:br/>
      </w:r>
      <w:r>
        <w:t xml:space="preserve">    (c) appreciated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unobtrusively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rear of the room.</w:t>
      </w:r>
      <w:r>
        <w:br/>
      </w:r>
      <w:r>
        <w:t xml:space="preserve">    (a) while crying softly</w:t>
      </w:r>
      <w:r>
        <w:br/>
      </w:r>
      <w:r>
        <w:t xml:space="preserve">    (b) while shouting loudly</w:t>
      </w:r>
      <w:r>
        <w:br/>
      </w:r>
      <w:r>
        <w:t xml:space="preserve">    (c) without drawing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motor oil has polymer additives to keep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viscosity</w:t>
      </w:r>
      <w:r>
        <w:rPr>
          <w:b/>
          <w:bCs/>
        </w:rPr>
        <w:t xml:space="preserve"> </w:t>
      </w:r>
      <w:r>
        <w:rPr>
          <w:b/>
          <w:bCs/>
        </w:rPr>
        <w:t xml:space="preserve">from changing too much at different temperatures.</w:t>
      </w:r>
      <w:r>
        <w:br/>
      </w:r>
      <w:r>
        <w:t xml:space="preserve">    (a) Nazi organization for children aged 10 to 18</w:t>
      </w:r>
      <w:r>
        <w:br/>
      </w:r>
      <w:r>
        <w:t xml:space="preserve">    (b) resistance to flowing</w:t>
      </w:r>
      <w:r>
        <w:br/>
      </w:r>
      <w:r>
        <w:t xml:space="preserve">    (c)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wrested</w:t>
      </w:r>
      <w:r>
        <w:rPr>
          <w:b/>
          <w:bCs/>
        </w:rPr>
        <w:t xml:space="preserve"> </w:t>
      </w:r>
      <w:r>
        <w:rPr>
          <w:b/>
          <w:bCs/>
        </w:rPr>
        <w:t xml:space="preserve">power from the old government.</w:t>
      </w:r>
      <w:r>
        <w:br/>
      </w:r>
      <w:r>
        <w:t xml:space="preserve">    (a) took</w:t>
      </w:r>
      <w:r>
        <w:br/>
      </w:r>
      <w:r>
        <w:t xml:space="preserve">    (b) understood</w:t>
      </w:r>
      <w:r>
        <w:br/>
      </w:r>
      <w:r>
        <w:t xml:space="preserve">    (c) gave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2026-07-31T15:19:01Z</dcterms:created>
  <dcterms:modified xsi:type="dcterms:W3CDTF">2026-07-31T15:19:01Z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