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459445ddac5a7023f1d37917458cd01f034ad3b"/>
    <w:p>
      <w:pPr>
        <w:pStyle w:val="Heading1"/>
      </w:pPr>
      <w:r>
        <w:rPr>
          <w:b/>
          <w:bCs/>
        </w:rPr>
        <w:t xml:space="preserve">Girl Interrupted</w:t>
      </w:r>
      <w:r>
        <w:br/>
      </w:r>
      <w:r>
        <w:rPr>
          <w:i/>
          <w:iCs/>
        </w:rPr>
        <w:t xml:space="preserve">Susanna Kaysen</w:t>
      </w:r>
      <w:r>
        <w:br/>
      </w:r>
      <w:r>
        <w:rPr>
          <w:b/>
          <w:bCs/>
        </w:rPr>
        <w:t xml:space="preserve">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Toward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Topography</w:t>
      </w:r>
      <w:r>
        <w:rPr>
          <w:b/>
          <w:bCs/>
        </w:rPr>
        <w:t xml:space="preserve"> </w:t>
      </w:r>
      <w:r>
        <w:rPr>
          <w:b/>
          <w:bCs/>
        </w:rPr>
        <w:t xml:space="preserve">of the Parallel Universe.</w:t>
      </w:r>
      <w:r>
        <w:br/>
      </w:r>
      <w:r>
        <w:t xml:space="preserve">    (a) a large, elongated gland located behind the stomach that secretes digestive enzymes and insulin</w:t>
      </w:r>
      <w:r>
        <w:br/>
      </w:r>
      <w:r>
        <w:t xml:space="preserve">    (b) a member of the Religious Society of Friends (the Friends have never called themselves Quakers)</w:t>
      </w:r>
      <w:r>
        <w:br/>
      </w:r>
      <w:r>
        <w:t xml:space="preserve">    (c) the features of the surface area of a region; or their study -- especially changes in elevation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She'd had nothing but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scorn</w:t>
      </w:r>
      <w:r>
        <w:rPr>
          <w:b/>
          <w:bCs/>
        </w:rPr>
        <w:t xml:space="preserve"> </w:t>
      </w:r>
      <w:r>
        <w:rPr>
          <w:b/>
          <w:bCs/>
        </w:rPr>
        <w:t xml:space="preserve">for those who did.</w:t>
      </w:r>
      <w:r>
        <w:br/>
      </w:r>
      <w:r>
        <w:t xml:space="preserve">    (a) disrespect or reject as not good enough</w:t>
      </w:r>
      <w:r>
        <w:br/>
      </w:r>
      <w:r>
        <w:t xml:space="preserve">    (b) not answer questions; or block progress</w:t>
      </w:r>
      <w:r>
        <w:br/>
      </w:r>
      <w:r>
        <w:t xml:space="preserve">    (c) move from more general to more specific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Lisa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determined</w:t>
      </w:r>
      <w:r>
        <w:rPr>
          <w:b/>
          <w:bCs/>
        </w:rPr>
        <w:t xml:space="preserve"> </w:t>
      </w:r>
      <w:r>
        <w:rPr>
          <w:b/>
          <w:bCs/>
        </w:rPr>
        <w:t xml:space="preserve">to get in.</w:t>
      </w:r>
      <w:r>
        <w:br/>
      </w:r>
      <w:r>
        <w:t xml:space="preserve">    (a) careful thought</w:t>
      </w:r>
      <w:r>
        <w:br/>
      </w:r>
      <w:r>
        <w:t xml:space="preserve">    (b) starts (a fire)</w:t>
      </w:r>
      <w:r>
        <w:br/>
      </w:r>
      <w:r>
        <w:t xml:space="preserve">    (c) firm in purpose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 complex system of "privileges"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determined</w:t>
      </w:r>
      <w:r>
        <w:rPr>
          <w:b/>
          <w:bCs/>
        </w:rPr>
        <w:t xml:space="preserve"> </w:t>
      </w:r>
      <w:r>
        <w:rPr>
          <w:b/>
          <w:bCs/>
        </w:rPr>
        <w:t xml:space="preserve">how many nurses accompanied each patient, and whether a patient could leave the grounds in the first place.</w:t>
      </w:r>
      <w:r>
        <w:br/>
      </w:r>
      <w:r>
        <w:t xml:space="preserve">    (a) genetically changed through evolution</w:t>
      </w:r>
      <w:r>
        <w:br/>
      </w:r>
      <w:r>
        <w:t xml:space="preserve">    (b) controlled (how something turned out)</w:t>
      </w:r>
      <w:r>
        <w:br/>
      </w:r>
      <w:r>
        <w:t xml:space="preserve">    (c) said (or make a sound) with the voice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world, whether dense or hollow, provoked only my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negations</w:t>
      </w:r>
      <w:r>
        <w:rPr>
          <w:b/>
          <w:bCs/>
        </w:rPr>
        <w:t xml:space="preserve">.</w:t>
      </w:r>
      <w:r>
        <w:br/>
      </w:r>
      <w:r>
        <w:t xml:space="preserve">    (a) settings or situations in which things occur</w:t>
      </w:r>
      <w:r>
        <w:br/>
      </w:r>
      <w:r>
        <w:t xml:space="preserve">    (b) evidence -- especially statements in a trial</w:t>
      </w:r>
      <w:r>
        <w:br/>
      </w:r>
      <w:r>
        <w:t xml:space="preserve">    (c) to contradict, offset, or render meaningless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Even with our high staff-to-pattent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ratio</w:t>
      </w:r>
      <w:r>
        <w:rPr>
          <w:b/>
          <w:bCs/>
        </w:rPr>
        <w:t xml:space="preserve">, two-toones often meant restricted to the ward.</w:t>
      </w:r>
      <w:r>
        <w:br/>
      </w:r>
      <w:r>
        <w:t xml:space="preserve">    (a) wrong understanding</w:t>
      </w:r>
      <w:r>
        <w:br/>
      </w:r>
      <w:r>
        <w:t xml:space="preserve">    (b) act of hiring again</w:t>
      </w:r>
      <w:r>
        <w:br/>
      </w:r>
      <w:r>
        <w:t xml:space="preserve">    (c) relative quantities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Lisa Cody didn't have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diagnosis</w:t>
      </w:r>
      <w:r>
        <w:rPr>
          <w:b/>
          <w:bCs/>
        </w:rPr>
        <w:t xml:space="preserve"> </w:t>
      </w:r>
      <w:r>
        <w:rPr>
          <w:b/>
          <w:bCs/>
        </w:rPr>
        <w:t xml:space="preserve">yet.</w:t>
      </w:r>
      <w:r>
        <w:br/>
      </w:r>
      <w:r>
        <w:t xml:space="preserve">    (a) a period of time when someone exhibits unusual behavior</w:t>
      </w:r>
      <w:r>
        <w:br/>
      </w:r>
      <w:r>
        <w:t xml:space="preserve">    (b) determination of the cause of her illness</w:t>
      </w:r>
      <w:r>
        <w:br/>
      </w:r>
      <w:r>
        <w:t xml:space="preserve">    (c) the act or process of stopping something from happening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had a special language: regression, acting out, hostility, withdrawal,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indulging</w:t>
      </w:r>
      <w:r>
        <w:rPr>
          <w:b/>
          <w:bCs/>
        </w:rPr>
        <w:t xml:space="preserve"> </w:t>
      </w:r>
      <w:r>
        <w:rPr>
          <w:b/>
          <w:bCs/>
        </w:rPr>
        <w:t xml:space="preserve">in behavior.</w:t>
      </w:r>
      <w:r>
        <w:br/>
      </w:r>
      <w:r>
        <w:t xml:space="preserve">    (a) enjoying to excess</w:t>
      </w:r>
      <w:r>
        <w:br/>
      </w:r>
      <w:r>
        <w:t xml:space="preserve">    (b) thinking carefully</w:t>
      </w:r>
      <w:r>
        <w:br/>
      </w:r>
      <w:r>
        <w:t xml:space="preserve">    (c) leaping or jumping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has been decided that you were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compulsively</w:t>
      </w:r>
      <w:r>
        <w:rPr>
          <w:b/>
          <w:bCs/>
        </w:rPr>
        <w:t xml:space="preserve"> </w:t>
      </w:r>
      <w:r>
        <w:rPr>
          <w:b/>
          <w:bCs/>
        </w:rPr>
        <w:t xml:space="preserve">promiscuous.</w:t>
      </w:r>
      <w:r>
        <w:br/>
      </w:r>
      <w:r>
        <w:t xml:space="preserve">    (a) excessively due to an uncontrollable desire</w:t>
      </w:r>
      <w:r>
        <w:br/>
      </w:r>
      <w:r>
        <w:t xml:space="preserve">    (b) in a manner involving only one part or side</w:t>
      </w:r>
      <w:r>
        <w:br/>
      </w:r>
      <w:r>
        <w:t xml:space="preserve">    (c) in a manner that stops or hinders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Their innocence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incompetence</w:t>
      </w:r>
      <w:r>
        <w:rPr>
          <w:b/>
          <w:bCs/>
        </w:rPr>
        <w:t xml:space="preserve"> </w:t>
      </w:r>
      <w:r>
        <w:rPr>
          <w:b/>
          <w:bCs/>
        </w:rPr>
        <w:t xml:space="preserve">aroused our pity, unlike the incompetence of aides, which aroused our scorn.</w:t>
      </w:r>
      <w:r>
        <w:br/>
      </w:r>
      <w:r>
        <w:t xml:space="preserve">    (a) inability to do things sufficiently</w:t>
      </w:r>
      <w:r>
        <w:br/>
      </w:r>
      <w:r>
        <w:t xml:space="preserve">    (b) not arousing interest or excitement</w:t>
      </w:r>
      <w:r>
        <w:br/>
      </w:r>
      <w:r>
        <w:t xml:space="preserve">    (c) creates, starts, or sets in a place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fell silent, listening for agitation in the nursing station--the sort of agitation an escape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provokes</w:t>
      </w:r>
      <w:r>
        <w:rPr>
          <w:b/>
          <w:bCs/>
        </w:rPr>
        <w:t xml:space="preserve">.</w:t>
      </w:r>
      <w:r>
        <w:br/>
      </w:r>
      <w:r>
        <w:t xml:space="preserve">    (a) causes to happen</w:t>
      </w:r>
      <w:r>
        <w:br/>
      </w:r>
      <w:r>
        <w:t xml:space="preserve">    (b) predicts or reveals</w:t>
      </w:r>
      <w:r>
        <w:br/>
      </w:r>
      <w:r>
        <w:t xml:space="preserve">    (c) differs; or changes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was his first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analytic</w:t>
      </w:r>
      <w:r>
        <w:rPr>
          <w:b/>
          <w:bCs/>
        </w:rPr>
        <w:t xml:space="preserve"> </w:t>
      </w:r>
      <w:r>
        <w:rPr>
          <w:b/>
          <w:bCs/>
        </w:rPr>
        <w:t xml:space="preserve">patient, I found that out after I quit analysis.</w:t>
      </w:r>
      <w:r>
        <w:br/>
      </w:r>
      <w:r>
        <w:t xml:space="preserve">    (a) lack of interest; or the process of stopping interaction or interest</w:t>
      </w:r>
      <w:r>
        <w:br/>
      </w:r>
      <w:r>
        <w:t xml:space="preserve">    (b) relating to logical examination of something to better understand it</w:t>
      </w:r>
      <w:r>
        <w:br/>
      </w:r>
      <w:r>
        <w:t xml:space="preserve">    (c) any of a large variety of proteins the body uses to fight infections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In the world's terms, though, all of us were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tainted</w:t>
      </w:r>
      <w:r>
        <w:rPr>
          <w:b/>
          <w:bCs/>
        </w:rPr>
        <w:t xml:space="preserve">.</w:t>
      </w:r>
      <w:r>
        <w:br/>
      </w:r>
      <w:r>
        <w:t xml:space="preserve">    (a) did in a particular way</w:t>
      </w:r>
      <w:r>
        <w:br/>
      </w:r>
      <w:r>
        <w:t xml:space="preserve">    (b) requested or challenged</w:t>
      </w:r>
      <w:r>
        <w:br/>
      </w:r>
      <w:r>
        <w:t xml:space="preserve">    (c) spoiled (so as to be undesirable)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interpreter</w:t>
      </w:r>
      <w:r>
        <w:rPr>
          <w:b/>
          <w:bCs/>
        </w:rPr>
        <w:t xml:space="preserve"> </w:t>
      </w:r>
      <w:r>
        <w:rPr>
          <w:b/>
          <w:bCs/>
        </w:rPr>
        <w:t xml:space="preserve">is convinced it's unmappable and invisible.</w:t>
      </w:r>
      <w:r>
        <w:br/>
      </w:r>
      <w:r>
        <w:t xml:space="preserve">    (a) someone who extensively damages</w:t>
      </w:r>
      <w:r>
        <w:br/>
      </w:r>
      <w:r>
        <w:t xml:space="preserve">    (b) someone who translates language</w:t>
      </w:r>
      <w:r>
        <w:br/>
      </w:r>
      <w:r>
        <w:t xml:space="preserve">    (c) people who criticize or condemn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 essential feature of this disorder is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pervasive</w:t>
      </w:r>
      <w:r>
        <w:rPr>
          <w:b/>
          <w:bCs/>
        </w:rPr>
        <w:t xml:space="preserve"> </w:t>
      </w:r>
      <w:r>
        <w:rPr>
          <w:b/>
          <w:bCs/>
        </w:rPr>
        <w:t xml:space="preserve">pattern of instability of self-image, interpersonal relationships, and mood, beginning in early adulthood and present in a variety of contexts.</w:t>
      </w:r>
      <w:r>
        <w:br/>
      </w:r>
      <w:r>
        <w:t xml:space="preserve">    (a) commonly seen throughout</w:t>
      </w:r>
      <w:r>
        <w:br/>
      </w:r>
      <w:r>
        <w:t xml:space="preserve">    (b) not capable of surviving; or not capable of being done</w:t>
      </w:r>
      <w:r>
        <w:br/>
      </w:r>
      <w:r>
        <w:t xml:space="preserve">    (c) not capable of being suffered through (or put up with)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Quite often social contrariness and a generally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pessimistic</w:t>
      </w:r>
      <w:r>
        <w:rPr>
          <w:b/>
          <w:bCs/>
        </w:rPr>
        <w:t xml:space="preserve"> </w:t>
      </w:r>
      <w:r>
        <w:rPr>
          <w:b/>
          <w:bCs/>
        </w:rPr>
        <w:t xml:space="preserve">outlook are observed.</w:t>
      </w:r>
      <w:r>
        <w:br/>
      </w:r>
      <w:r>
        <w:t xml:space="preserve">    (a) relating to the smallest amount of a chemical substance that can exist by itself</w:t>
      </w:r>
      <w:r>
        <w:br/>
      </w:r>
      <w:r>
        <w:t xml:space="preserve">    (b) of a guitar or other musical instrument:  not using electricity to amplify sound</w:t>
      </w:r>
      <w:r>
        <w:br/>
      </w:r>
      <w:r>
        <w:t xml:space="preserve">    (c) expecting that things will turn out badly; or focusing on the bad part of things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appears to be a way station between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neurosis</w:t>
      </w:r>
      <w:r>
        <w:rPr>
          <w:b/>
          <w:bCs/>
        </w:rPr>
        <w:t xml:space="preserve"> </w:t>
      </w:r>
      <w:r>
        <w:rPr>
          <w:b/>
          <w:bCs/>
        </w:rPr>
        <w:t xml:space="preserve">and psychosis: a fractured but not disassembled psyche.</w:t>
      </w:r>
      <w:r>
        <w:br/>
      </w:r>
      <w:r>
        <w:t xml:space="preserve">    (a) a mild mental disorder -- usually worrying too much about something</w:t>
      </w:r>
      <w:r>
        <w:br/>
      </w:r>
      <w:r>
        <w:t xml:space="preserve">    (b) supporters of Oliver Cromwell and his side in the English Civil War</w:t>
      </w:r>
      <w:r>
        <w:br/>
      </w:r>
      <w:r>
        <w:t xml:space="preserve">    (c) people of the second most populous denomination of Islam (over 10%)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appears to be a way station between neurosis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psychosis</w:t>
      </w:r>
      <w:r>
        <w:rPr>
          <w:b/>
          <w:bCs/>
        </w:rPr>
        <w:t xml:space="preserve">: a fractured but not disassembled psyche.</w:t>
      </w:r>
      <w:r>
        <w:br/>
      </w:r>
      <w:r>
        <w:t xml:space="preserve">    (a) any severe mental disorder in which contact with reality is lost or highly distorted</w:t>
      </w:r>
      <w:r>
        <w:br/>
      </w:r>
      <w:r>
        <w:t xml:space="preserve">    (b) feeling or appraisal of having personally behaved in a morally right or wrong manner</w:t>
      </w:r>
      <w:r>
        <w:br/>
      </w:r>
      <w:r>
        <w:t xml:space="preserve">    (c) related to the small gland at the base of the brain that controls many body hormones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Maybe I was a victim of improper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preemption</w:t>
      </w:r>
      <w:r>
        <w:rPr>
          <w:b/>
          <w:bCs/>
        </w:rPr>
        <w:t xml:space="preserve">?</w:t>
      </w:r>
      <w:r>
        <w:br/>
      </w:r>
      <w:r>
        <w:t xml:space="preserve">    (a) done before something undesired happens to prevent it from happening</w:t>
      </w:r>
      <w:r>
        <w:br/>
      </w:r>
      <w:r>
        <w:t xml:space="preserve">    (b) lack of interest; or the process of stopping interaction or interest</w:t>
      </w:r>
      <w:r>
        <w:br/>
      </w:r>
      <w:r>
        <w:t xml:space="preserve">    (c) relating to logical examination of something to better understand it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result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chronic</w:t>
      </w:r>
      <w:r>
        <w:rPr>
          <w:b/>
          <w:bCs/>
        </w:rPr>
        <w:t xml:space="preserve"> </w:t>
      </w:r>
      <w:r>
        <w:rPr>
          <w:b/>
          <w:bCs/>
        </w:rPr>
        <w:t xml:space="preserve">emptiness and boredom.</w:t>
      </w:r>
      <w:r>
        <w:br/>
      </w:r>
      <w:r>
        <w:t xml:space="preserve">    (a) long-lasting (of something bad)</w:t>
      </w:r>
      <w:r>
        <w:br/>
      </w:r>
      <w:r>
        <w:t xml:space="preserve">    (b) an architectural feature at the top of a roof, usually dome-shaped and opened by windows or columns</w:t>
      </w:r>
      <w:r>
        <w:br/>
      </w:r>
      <w:r>
        <w:t xml:space="preserve">    (c) the degree to which a solution is simpler (and often more comprehensive) than most would anticipate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2026-07-31T15:19:01Z</dcterms:created>
  <dcterms:modified xsi:type="dcterms:W3CDTF">2026-07-31T15:19:01Z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