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b17d3f0232a4a22552df71a311bfe6ef2ff5a4"/>
    <w:p>
      <w:pPr>
        <w:pStyle w:val="Heading1"/>
      </w:pPr>
      <w:r>
        <w:rPr>
          <w:b/>
          <w:bCs/>
        </w:rPr>
        <w:t xml:space="preserve">Girl Interrupted</w:t>
      </w:r>
      <w:r>
        <w:br/>
      </w:r>
      <w:r>
        <w:rPr>
          <w:i/>
          <w:iCs/>
        </w:rPr>
        <w:t xml:space="preserve">Susanna Kaysen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most people pass over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incrementally</w:t>
      </w:r>
      <w:r>
        <w:rPr>
          <w:b/>
          <w:bCs/>
        </w:rPr>
        <w:t xml:space="preserve">, making a series of perforations in the membrane between here and there until an opening exists.</w:t>
      </w:r>
      <w:r>
        <w:br/>
      </w:r>
      <w:r>
        <w:t xml:space="preserve">    (a) to almost be so, but not so strictly speaking</w:t>
      </w:r>
      <w:r>
        <w:br/>
      </w:r>
      <w:r>
        <w:t xml:space="preserve">    (b) in a manner that increases a little at a time</w:t>
      </w:r>
      <w:r>
        <w:br/>
      </w:r>
      <w:r>
        <w:t xml:space="preserve">    (c) in an artificial manner to make an impression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Polly was so quiet, so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unobtrusive</w:t>
      </w:r>
      <w:r>
        <w:rPr>
          <w:b/>
          <w:bCs/>
        </w:rPr>
        <w:t xml:space="preserve"> </w:t>
      </w:r>
      <w:r>
        <w:rPr>
          <w:b/>
          <w:bCs/>
        </w:rPr>
        <w:t xml:space="preserve">a presence, that we didn't notice she wasn't at breakfast.</w:t>
      </w:r>
      <w:r>
        <w:br/>
      </w:r>
      <w:r>
        <w:t xml:space="preserve">    (a) the state of not being aware or concerned about something</w:t>
      </w:r>
      <w:r>
        <w:br/>
      </w:r>
      <w:r>
        <w:t xml:space="preserve">    (b) a state similar to sleep where one is unaware of anything</w:t>
      </w:r>
      <w:r>
        <w:br/>
      </w:r>
      <w:r>
        <w:t xml:space="preserve">    (c) fitting in so as not to attract much attention or disturb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the TV audience was mostly catatonics and depressives, who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disinclined</w:t>
      </w:r>
      <w:r>
        <w:rPr>
          <w:b/>
          <w:bCs/>
        </w:rPr>
        <w:t xml:space="preserve"> </w:t>
      </w:r>
      <w:r>
        <w:rPr>
          <w:b/>
          <w:bCs/>
        </w:rPr>
        <w:t xml:space="preserve">to move.</w:t>
      </w:r>
      <w:r>
        <w:br/>
      </w:r>
      <w:r>
        <w:t xml:space="preserve">    (a) able to be stopped from happening</w:t>
      </w:r>
      <w:r>
        <w:br/>
      </w:r>
      <w:r>
        <w:t xml:space="preserve">    (b) related to belief in a single God</w:t>
      </w:r>
      <w:r>
        <w:br/>
      </w:r>
      <w:r>
        <w:t xml:space="preserve">    (c) feeling reluctant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a good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deterrent</w:t>
      </w:r>
      <w:r>
        <w:rPr>
          <w:b/>
          <w:bCs/>
        </w:rPr>
        <w:t xml:space="preserve">.</w:t>
      </w:r>
      <w:r>
        <w:br/>
      </w:r>
      <w:r>
        <w:t xml:space="preserve">    (a) opinion of what is good and bad about something</w:t>
      </w:r>
      <w:r>
        <w:br/>
      </w:r>
      <w:r>
        <w:t xml:space="preserve">    (b) the majority denomination of Islam (almost 90%)</w:t>
      </w:r>
      <w:r>
        <w:br/>
      </w:r>
      <w:r>
        <w:t xml:space="preserve">    (c) something that discourages something not wanted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quibble</w:t>
      </w:r>
      <w:r>
        <w:rPr>
          <w:b/>
          <w:bCs/>
        </w:rPr>
        <w:t xml:space="preserve"> </w:t>
      </w:r>
      <w:r>
        <w:rPr>
          <w:b/>
          <w:bCs/>
        </w:rPr>
        <w:t xml:space="preserve">over ten minutes.</w:t>
      </w:r>
      <w:r>
        <w:br/>
      </w:r>
      <w:r>
        <w:t xml:space="preserve">    (a) analyze or analysis</w:t>
      </w:r>
      <w:r>
        <w:br/>
      </w:r>
      <w:r>
        <w:t xml:space="preserve">    (b) be distressed or distress</w:t>
      </w:r>
      <w:r>
        <w:br/>
      </w:r>
      <w:r>
        <w:t xml:space="preserve">    (c) argue (about something unimportant)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predominant quality of the slow form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viscosity</w:t>
      </w:r>
      <w:r>
        <w:rPr>
          <w:b/>
          <w:bCs/>
        </w:rPr>
        <w:t xml:space="preserve">.</w:t>
      </w:r>
      <w:r>
        <w:br/>
      </w:r>
      <w:r>
        <w:t xml:space="preserve">    (a) found a condition or substance to be present</w:t>
      </w:r>
      <w:r>
        <w:br/>
      </w:r>
      <w:r>
        <w:t xml:space="preserve">    (b) the measure of a liquid's resistance to flow</w:t>
      </w:r>
      <w:r>
        <w:br/>
      </w:r>
      <w:r>
        <w:t xml:space="preserve">    (c) Nazi organization for children aged 10 to 18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have become background music, a Muzak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medley</w:t>
      </w:r>
      <w:r>
        <w:rPr>
          <w:b/>
          <w:bCs/>
        </w:rPr>
        <w:t xml:space="preserve"> </w:t>
      </w:r>
      <w:r>
        <w:rPr>
          <w:b/>
          <w:bCs/>
        </w:rPr>
        <w:t xml:space="preserve">of self-hatred themes.</w:t>
      </w:r>
      <w:r>
        <w:br/>
      </w:r>
      <w:r>
        <w:t xml:space="preserve">    (a) act of hiring again</w:t>
      </w:r>
      <w:r>
        <w:br/>
      </w:r>
      <w:r>
        <w:t xml:space="preserve">    (b) wrong understanding</w:t>
      </w:r>
      <w:r>
        <w:br/>
      </w:r>
      <w:r>
        <w:t xml:space="preserve">    (c) a mixture of things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open a window, a staff person had to unlock the security screen, which was a thick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impregnable</w:t>
      </w:r>
      <w:r>
        <w:rPr>
          <w:b/>
          <w:bCs/>
        </w:rPr>
        <w:t xml:space="preserve"> </w:t>
      </w:r>
      <w:r>
        <w:rPr>
          <w:b/>
          <w:bCs/>
        </w:rPr>
        <w:t xml:space="preserve">mesh on a steel frame, then lift the heavy unbreakable-glass-paned window, then shut and relock the security screen.</w:t>
      </w:r>
      <w:r>
        <w:br/>
      </w:r>
      <w:r>
        <w:t xml:space="preserve">    (a) able to take on or adopt</w:t>
      </w:r>
      <w:r>
        <w:br/>
      </w:r>
      <w:r>
        <w:t xml:space="preserve">    (b) able to withstand attack</w:t>
      </w:r>
      <w:r>
        <w:br/>
      </w:r>
      <w:r>
        <w:t xml:space="preserve">    (c) the state of being awake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had a special language: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regression</w:t>
      </w:r>
      <w:r>
        <w:rPr>
          <w:b/>
          <w:bCs/>
        </w:rPr>
        <w:t xml:space="preserve">, acting out, hostility, withdrawal, indulging in behavior.</w:t>
      </w:r>
      <w:r>
        <w:br/>
      </w:r>
      <w:r>
        <w:t xml:space="preserve">    (a) returning to a former (less advanced) state</w:t>
      </w:r>
      <w:r>
        <w:br/>
      </w:r>
      <w:r>
        <w:t xml:space="preserve">    (b) person, organization, or anything with a separate existence</w:t>
      </w:r>
      <w:r>
        <w:br/>
      </w:r>
      <w:r>
        <w:t xml:space="preserve">    (c) the process or result of learning, discovering, or deciding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world was about to flip, the meek were about to inherit the earth or, more precisely,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wrest</w:t>
      </w:r>
      <w:r>
        <w:rPr>
          <w:b/>
          <w:bCs/>
        </w:rPr>
        <w:t xml:space="preserve"> </w:t>
      </w:r>
      <w:r>
        <w:rPr>
          <w:b/>
          <w:bCs/>
        </w:rPr>
        <w:t xml:space="preserve">it from the strong, and we, the meekest and weakest, would be heirs to the vast estate of all that had been denied us.</w:t>
      </w:r>
      <w:r>
        <w:br/>
      </w:r>
      <w:r>
        <w:t xml:space="preserve">    (a) protect something or keep it as it is</w:t>
      </w:r>
      <w:r>
        <w:br/>
      </w:r>
      <w:r>
        <w:t xml:space="preserve">    (b) a quick look or partial understanding</w:t>
      </w:r>
      <w:r>
        <w:br/>
      </w:r>
      <w:r>
        <w:t xml:space="preserve">    (c) obtain with difficult effort or force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few months Torrey's parents flew from Mexico to Boston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harangue</w:t>
      </w:r>
      <w:r>
        <w:rPr>
          <w:b/>
          <w:bCs/>
        </w:rPr>
        <w:t xml:space="preserve"> </w:t>
      </w:r>
      <w:r>
        <w:rPr>
          <w:b/>
          <w:bCs/>
        </w:rPr>
        <w:t xml:space="preserve">her.</w:t>
      </w:r>
      <w:r>
        <w:br/>
      </w:r>
      <w:r>
        <w:t xml:space="preserve">    (a) to try to persuade, or to criticize in an impassioned and often annoying manner; or a speech with such an intent</w:t>
      </w:r>
      <w:r>
        <w:br/>
      </w:r>
      <w:r>
        <w:t xml:space="preserve">    (b) removal of false belief that something is better than it is; or the disappointment from removal of such a belief</w:t>
      </w:r>
      <w:r>
        <w:br/>
      </w:r>
      <w:r>
        <w:t xml:space="preserve">    (c) a deal where the accused pleads guilty to a lesser crime in return for a lighter punishment or dropped charges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crazy, she had driven them crazy, 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malingering</w:t>
      </w:r>
      <w:r>
        <w:rPr>
          <w:b/>
          <w:bCs/>
        </w:rPr>
        <w:t xml:space="preserve">, they couldn't afford it, and so forth.</w:t>
      </w:r>
      <w:r>
        <w:br/>
      </w:r>
      <w:r>
        <w:t xml:space="preserve">    (a) joining with others in a public protest or display of support</w:t>
      </w:r>
      <w:r>
        <w:br/>
      </w:r>
      <w:r>
        <w:t xml:space="preserve">    (b) promising, guaranteeing, or indicating certainty of something</w:t>
      </w:r>
      <w:r>
        <w:br/>
      </w:r>
      <w:r>
        <w:t xml:space="preserve">    (c) avoiding responsibilities and duties by pretending to be sick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Earlier in the day, the doctor had a map divided into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superego</w:t>
      </w:r>
      <w:r>
        <w:rPr>
          <w:b/>
          <w:bCs/>
        </w:rPr>
        <w:t xml:space="preserve">, ego, and id, with all kinds of squiggly, perhaps broken, lines running among those three areas.</w:t>
      </w:r>
      <w:r>
        <w:br/>
      </w:r>
      <w:r>
        <w:t xml:space="preserve">    (a) the smallest part of any material that cannot be broken up by chemical means</w:t>
      </w:r>
      <w:r>
        <w:br/>
      </w:r>
      <w:r>
        <w:t xml:space="preserve">    (b) psychoanalysis:  that part of the unconscious mind that acts as a conscience</w:t>
      </w:r>
      <w:r>
        <w:br/>
      </w:r>
      <w:r>
        <w:t xml:space="preserve">    (c) microorganisms (living creatures so small it takes a microscope to see them)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tempted to try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refuting</w:t>
      </w:r>
      <w:r>
        <w:rPr>
          <w:b/>
          <w:bCs/>
        </w:rPr>
        <w:t xml:space="preserve"> </w:t>
      </w:r>
      <w:r>
        <w:rPr>
          <w:b/>
          <w:bCs/>
        </w:rPr>
        <w:t xml:space="preserve">it, but then I would be open to the further charges of "defensiveness" and "resistance."</w:t>
      </w:r>
      <w:r>
        <w:br/>
      </w:r>
      <w:r>
        <w:t xml:space="preserve">    (a) proving it wrong</w:t>
      </w:r>
      <w:r>
        <w:br/>
      </w:r>
      <w:r>
        <w:t xml:space="preserve">    (b) causing great mental or physical suffering</w:t>
      </w:r>
      <w:r>
        <w:br/>
      </w:r>
      <w:r>
        <w:t xml:space="preserve">    (c) is most powerful, important, or noticeable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"...lovers to have ..." I relish that last phrase. Its awkwardness (the "to have" seems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superfluous</w:t>
      </w:r>
      <w:r>
        <w:rPr>
          <w:b/>
          <w:bCs/>
        </w:rPr>
        <w:t xml:space="preserve">) gives it substance and heft.</w:t>
      </w:r>
      <w:r>
        <w:br/>
      </w:r>
      <w:r>
        <w:t xml:space="preserve">    (a) without purpose, job, or natural activity</w:t>
      </w:r>
      <w:r>
        <w:br/>
      </w:r>
      <w:r>
        <w:t xml:space="preserve">    (b) more than is needed</w:t>
      </w:r>
      <w:r>
        <w:br/>
      </w:r>
      <w:r>
        <w:t xml:space="preserve">    (c) the quality of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of my teachers told me I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nihilist</w:t>
      </w:r>
      <w:r>
        <w:rPr>
          <w:b/>
          <w:bCs/>
        </w:rPr>
        <w:t xml:space="preserve">.</w:t>
      </w:r>
      <w:r>
        <w:br/>
      </w:r>
      <w:r>
        <w:t xml:space="preserve">    (a) a person who monitors a criminal who does not have to be in prison as long as they demonstrate good behavior and obey special restrictions</w:t>
      </w:r>
      <w:r>
        <w:br/>
      </w:r>
      <w:r>
        <w:t xml:space="preserve">    (b) the result of numerical division (if 8 divided by 4 = 2, then 8 can be described as the dividend, 4 as the divisor, and 2 as the quotient)</w:t>
      </w:r>
      <w:r>
        <w:br/>
      </w:r>
      <w:r>
        <w:t xml:space="preserve">    (c) the belief that there is no universal truth or underlying reality that supports moral values, and that ultimately existence is meaningless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were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pernicious</w:t>
      </w:r>
      <w:r>
        <w:rPr>
          <w:b/>
          <w:bCs/>
        </w:rPr>
        <w:t xml:space="preserve"> </w:t>
      </w:r>
      <w:r>
        <w:rPr>
          <w:b/>
          <w:bCs/>
        </w:rPr>
        <w:t xml:space="preserve">results as well:</w:t>
      </w:r>
      <w:r>
        <w:br/>
      </w:r>
      <w:r>
        <w:t xml:space="preserve">    (a) harmful</w:t>
      </w:r>
      <w:r>
        <w:br/>
      </w:r>
      <w:r>
        <w:t xml:space="preserve">    (b) the state or degree of having the ability to change for different situations</w:t>
      </w:r>
      <w:r>
        <w:br/>
      </w:r>
      <w:r>
        <w:t xml:space="preserve">    (c) the quality of behaving in an instinctive, uninhibited, and unplanned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1966, I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pariah</w:t>
      </w:r>
      <w:r>
        <w:rPr>
          <w:b/>
          <w:bCs/>
        </w:rPr>
        <w:t xml:space="preserve">.</w:t>
      </w:r>
      <w:r>
        <w:br/>
      </w:r>
      <w:r>
        <w:t xml:space="preserve">    (a) a social outcast</w:t>
      </w:r>
      <w:r>
        <w:br/>
      </w:r>
      <w:r>
        <w:t xml:space="preserve">    (b) someone who shows</w:t>
      </w:r>
      <w:r>
        <w:br/>
      </w:r>
      <w:r>
        <w:t xml:space="preserve">    (c) friendly and fun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idea of suicide worked on me like a purgative or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cathartic</w:t>
      </w:r>
      <w:r>
        <w:rPr>
          <w:b/>
          <w:bCs/>
        </w:rPr>
        <w:t xml:space="preserve">.</w:t>
      </w:r>
      <w:r>
        <w:br/>
      </w:r>
      <w:r>
        <w:t xml:space="preserve">    (a) causing the release of emotional tensions</w:t>
      </w:r>
      <w:r>
        <w:br/>
      </w:r>
      <w:r>
        <w:t xml:space="preserve">    (b) a particular understanding or explanation</w:t>
      </w:r>
      <w:r>
        <w:br/>
      </w:r>
      <w:r>
        <w:t xml:space="preserve">    (c) the time during which something continues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It's the painting from whose frame a girl looks out, ignoring her beefy music teacher, whose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proprietary</w:t>
      </w:r>
      <w:r>
        <w:rPr>
          <w:b/>
          <w:bCs/>
        </w:rPr>
        <w:t xml:space="preserve"> </w:t>
      </w:r>
      <w:r>
        <w:rPr>
          <w:b/>
          <w:bCs/>
        </w:rPr>
        <w:t xml:space="preserve">hand rests on her chair.</w:t>
      </w:r>
      <w:r>
        <w:br/>
      </w:r>
      <w:r>
        <w:t xml:space="preserve">    (a) relating to ownership, or something that is owned and controlled by a specific person or company</w:t>
      </w:r>
      <w:r>
        <w:br/>
      </w:r>
      <w:r>
        <w:t xml:space="preserve">    (b) the state or degree of being clear, easily noticed, and/or identifiable as different or separate</w:t>
      </w:r>
      <w:r>
        <w:br/>
      </w:r>
      <w:r>
        <w:t xml:space="preserve">    (c) having two or more sounds (phonetic values) such as the letter "a" in</w:t>
      </w:r>
      <w:r>
        <w:t xml:space="preserve"> </w:t>
      </w:r>
      <w:r>
        <w:rPr>
          <w:i/>
          <w:iCs/>
        </w:rPr>
        <w:t xml:space="preserve">cat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date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2026-07-31T15:19:02Z</dcterms:created>
  <dcterms:modified xsi:type="dcterms:W3CDTF">2026-07-31T15:19:02Z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