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genesis-the-bible-vocabulary-in-context"/>
    <w:p>
      <w:pPr>
        <w:pStyle w:val="Heading1"/>
      </w:pPr>
      <w:r>
        <w:rPr>
          <w:b/>
          <w:bCs/>
        </w:rPr>
        <w:t xml:space="preserve">Genesis</w:t>
      </w:r>
      <w:r>
        <w:br/>
      </w:r>
      <w:r>
        <w:rPr>
          <w:i/>
          <w:iCs/>
        </w:rPr>
        <w:t xml:space="preserve">The Bible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1:20 And God said, Let the waters bring forth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abundantly</w:t>
      </w:r>
      <w:r>
        <w:rPr>
          <w:b/>
          <w:bCs/>
        </w:rPr>
        <w:t xml:space="preserve"> </w:t>
      </w:r>
      <w:r>
        <w:rPr>
          <w:b/>
          <w:bCs/>
        </w:rPr>
        <w:t xml:space="preserve">the moving creature that hath life, and fowl that may fly above the earth in the open firmament of heaven.</w:t>
      </w:r>
      <w:r>
        <w:br/>
      </w:r>
      <w:r>
        <w:t xml:space="preserve">    (a) with great quantity</w:t>
      </w:r>
      <w:r>
        <w:br/>
      </w:r>
      <w:r>
        <w:t xml:space="preserve">    (b) not done on purpose</w:t>
      </w:r>
      <w:r>
        <w:br/>
      </w:r>
      <w:r>
        <w:t xml:space="preserve">    (c) with polite 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3:1 Now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serpent</w:t>
      </w:r>
      <w:r>
        <w:rPr>
          <w:b/>
          <w:bCs/>
        </w:rPr>
        <w:t xml:space="preserve"> </w:t>
      </w:r>
      <w:r>
        <w:rPr>
          <w:b/>
          <w:bCs/>
        </w:rPr>
        <w:t xml:space="preserve">was more subtil than any beast of the field which the LORD God had made.</w:t>
      </w:r>
      <w:r>
        <w:br/>
      </w:r>
      <w:r>
        <w:t xml:space="preserve">    (a) skill</w:t>
      </w:r>
      <w:r>
        <w:br/>
      </w:r>
      <w:r>
        <w:t xml:space="preserve">    (b) snake</w:t>
      </w:r>
      <w:r>
        <w:br/>
      </w:r>
      <w:r>
        <w:t xml:space="preserve">    (c) story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 woman said, The serpent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beguiled</w:t>
      </w:r>
      <w:r>
        <w:rPr>
          <w:b/>
          <w:bCs/>
        </w:rPr>
        <w:t xml:space="preserve"> </w:t>
      </w:r>
      <w:r>
        <w:rPr>
          <w:b/>
          <w:bCs/>
        </w:rPr>
        <w:t xml:space="preserve">me, and I did eat.</w:t>
      </w:r>
      <w:r>
        <w:br/>
      </w:r>
      <w:r>
        <w:t xml:space="preserve">    (a) deceived through charm or enchantment</w:t>
      </w:r>
      <w:r>
        <w:br/>
      </w:r>
      <w:r>
        <w:t xml:space="preserve">    (b) protected or kept something as it was</w:t>
      </w:r>
      <w:r>
        <w:br/>
      </w:r>
      <w:r>
        <w:t xml:space="preserve">    (c) controlled (how something turned out)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...and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countenance</w:t>
      </w:r>
      <w:r>
        <w:rPr>
          <w:b/>
          <w:bCs/>
        </w:rPr>
        <w:t xml:space="preserve"> </w:t>
      </w:r>
      <w:r>
        <w:rPr>
          <w:b/>
          <w:bCs/>
        </w:rPr>
        <w:t xml:space="preserve">fell. (4:5)</w:t>
      </w:r>
      <w:r>
        <w:br/>
      </w:r>
      <w:r>
        <w:t xml:space="preserve">    (a) a secret agreement or plot</w:t>
      </w:r>
      <w:r>
        <w:br/>
      </w:r>
      <w:r>
        <w:t xml:space="preserve">    (b) the best or most important</w:t>
      </w:r>
      <w:r>
        <w:br/>
      </w:r>
      <w:r>
        <w:t xml:space="preserve">    (c) facial expression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4:14 Behold, thou hast driven me out this day from the face of the earth; and from thy face shall I be hid; and I shall be a fugitive and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vagabond</w:t>
      </w:r>
      <w:r>
        <w:rPr>
          <w:b/>
          <w:bCs/>
        </w:rPr>
        <w:t xml:space="preserve"> </w:t>
      </w:r>
      <w:r>
        <w:rPr>
          <w:b/>
          <w:bCs/>
        </w:rPr>
        <w:t xml:space="preserve">in the earth; and it shall come to pass, that every one that findeth me shall slay me.</w:t>
      </w:r>
      <w:r>
        <w:br/>
      </w:r>
      <w:r>
        <w:t xml:space="preserve">    (a) a person who wanders from town to town with no fixed home or job</w:t>
      </w:r>
      <w:r>
        <w:br/>
      </w:r>
      <w:r>
        <w:t xml:space="preserve">    (b) accept something undesired as unavoidable or the lesser of evils</w:t>
      </w:r>
      <w:r>
        <w:br/>
      </w:r>
      <w:r>
        <w:t xml:space="preserve">    (c) feel angry or unhappy about having to accept something not liked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8:10 And he stayed yet other seven days; and again he sent forth the dove out of the ark; 8:11 And the dove came in to him in the evening; and, lo, in her mouth was an olive leaf pluckt off: so Noah knew that the waters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abated</w:t>
      </w:r>
      <w:r>
        <w:rPr>
          <w:b/>
          <w:bCs/>
        </w:rPr>
        <w:t xml:space="preserve"> </w:t>
      </w:r>
      <w:r>
        <w:rPr>
          <w:b/>
          <w:bCs/>
        </w:rPr>
        <w:t xml:space="preserve">from off the earth.</w:t>
      </w:r>
      <w:r>
        <w:br/>
      </w:r>
      <w:r>
        <w:t xml:space="preserve">    (a) became less in amount or intensity</w:t>
      </w:r>
      <w:r>
        <w:br/>
      </w:r>
      <w:r>
        <w:t xml:space="preserve">    (b) stopped (something from happening)</w:t>
      </w:r>
      <w:r>
        <w:br/>
      </w:r>
      <w:r>
        <w:t xml:space="preserve">    (c) not provided with investment funds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9:1 And God blessed Noah and his sons, and said unto them, Be fruitful, and multiply,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replenish</w:t>
      </w:r>
      <w:r>
        <w:rPr>
          <w:b/>
          <w:bCs/>
        </w:rPr>
        <w:t xml:space="preserve"> </w:t>
      </w:r>
      <w:r>
        <w:rPr>
          <w:b/>
          <w:bCs/>
        </w:rPr>
        <w:t xml:space="preserve">the earth.</w:t>
      </w:r>
      <w:r>
        <w:br/>
      </w:r>
      <w:r>
        <w:t xml:space="preserve">    (a) point to differences between; or compare to show differences</w:t>
      </w:r>
      <w:r>
        <w:br/>
      </w:r>
      <w:r>
        <w:t xml:space="preserve">    (b) provide investment funds for something -- such as a business</w:t>
      </w:r>
      <w:r>
        <w:br/>
      </w:r>
      <w:r>
        <w:t xml:space="preserve">    (c) replace what was used up; or restore to a previous condition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12:10 And there was a famine in the land: and Abram went down into Egypt to sojourn there; for the famine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grievous</w:t>
      </w:r>
      <w:r>
        <w:rPr>
          <w:b/>
          <w:bCs/>
        </w:rPr>
        <w:t xml:space="preserve"> </w:t>
      </w:r>
      <w:r>
        <w:rPr>
          <w:b/>
          <w:bCs/>
        </w:rPr>
        <w:t xml:space="preserve">in the land.</w:t>
      </w:r>
      <w:r>
        <w:br/>
      </w:r>
      <w:r>
        <w:t xml:space="preserve">    (a) not tending to find fault</w:t>
      </w:r>
      <w:r>
        <w:br/>
      </w:r>
      <w:r>
        <w:t xml:space="preserve">    (b) not able to be translated</w:t>
      </w:r>
      <w:r>
        <w:br/>
      </w:r>
      <w:r>
        <w:t xml:space="preserve">    (c) very serious; or very bad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13:7 And there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strife</w:t>
      </w:r>
      <w:r>
        <w:rPr>
          <w:b/>
          <w:bCs/>
        </w:rPr>
        <w:t xml:space="preserve"> </w:t>
      </w:r>
      <w:r>
        <w:rPr>
          <w:b/>
          <w:bCs/>
        </w:rPr>
        <w:t xml:space="preserve">between the herdmen of Abram's cattle and the herdmen of Lot's cattle: and the Canaanite and the Perizzite dwelled then in the land.</w:t>
      </w:r>
      <w:r>
        <w:br/>
      </w:r>
      <w:r>
        <w:t xml:space="preserve">    (a) violent conflict or angry disagreement</w:t>
      </w:r>
      <w:r>
        <w:br/>
      </w:r>
      <w:r>
        <w:t xml:space="preserve">    (b) thing that affects a result or outcome</w:t>
      </w:r>
      <w:r>
        <w:br/>
      </w:r>
      <w:r>
        <w:t xml:space="preserve">    (c) job, reservation, booking, or activity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Abram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dwelled</w:t>
      </w:r>
      <w:r>
        <w:rPr>
          <w:b/>
          <w:bCs/>
        </w:rPr>
        <w:t xml:space="preserve"> </w:t>
      </w:r>
      <w:r>
        <w:rPr>
          <w:b/>
          <w:bCs/>
        </w:rPr>
        <w:t xml:space="preserve">in the land of Canaan... (13:12)</w:t>
      </w:r>
      <w:r>
        <w:br/>
      </w:r>
      <w:r>
        <w:t xml:space="preserve">    (a) made something lighter -- such as an area of a painting</w:t>
      </w:r>
      <w:r>
        <w:br/>
      </w:r>
      <w:r>
        <w:t xml:space="preserve">    (b) excessively examined in an attempt to better understand</w:t>
      </w:r>
      <w:r>
        <w:br/>
      </w:r>
      <w:r>
        <w:t xml:space="preserve">    (c) lived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16:11 And the angel of the LORD said unto her, Behold, thou art with child and shalt bear a son, and shalt call his name Ishmael; because the LORD hath heard thy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affliction</w:t>
      </w:r>
      <w:r>
        <w:rPr>
          <w:b/>
          <w:bCs/>
        </w:rPr>
        <w:t xml:space="preserve">.</w:t>
      </w:r>
      <w:r>
        <w:br/>
      </w:r>
      <w:r>
        <w:t xml:space="preserve">    (a) the study of the origin of the universe</w:t>
      </w:r>
      <w:r>
        <w:br/>
      </w:r>
      <w:r>
        <w:t xml:space="preserve">    (b) something that causes ongoing suffering</w:t>
      </w:r>
      <w:r>
        <w:br/>
      </w:r>
      <w:r>
        <w:t xml:space="preserve">    (c) worry or concern about what will happen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integrity</w:t>
      </w:r>
      <w:r>
        <w:rPr>
          <w:b/>
          <w:bCs/>
        </w:rPr>
        <w:t xml:space="preserve"> </w:t>
      </w:r>
      <w:r>
        <w:rPr>
          <w:b/>
          <w:bCs/>
        </w:rPr>
        <w:t xml:space="preserve">of my heart... (20:5)</w:t>
      </w:r>
      <w:r>
        <w:br/>
      </w:r>
      <w:r>
        <w:t xml:space="preserve">    (a) evidence collection</w:t>
      </w:r>
      <w:r>
        <w:br/>
      </w:r>
      <w:r>
        <w:t xml:space="preserve">    (b) support</w:t>
      </w:r>
      <w:r>
        <w:br/>
      </w:r>
      <w:r>
        <w:t xml:space="preserve">    (c) strong moral principles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20:16 And unto Sarah he said, Behold, I have given thy brother a thousand pieces of silver: behold, he is to thee a covering of the eyes, unto all that are with thee, and with all other: thus 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reproved</w:t>
      </w:r>
      <w:r>
        <w:rPr>
          <w:b/>
          <w:bCs/>
        </w:rPr>
        <w:t xml:space="preserve">.</w:t>
      </w:r>
      <w:r>
        <w:br/>
      </w:r>
      <w:r>
        <w:t xml:space="preserve">    (a) criticized</w:t>
      </w:r>
      <w:r>
        <w:br/>
      </w:r>
      <w:r>
        <w:t xml:space="preserve">    (b) subtracted</w:t>
      </w:r>
      <w:r>
        <w:br/>
      </w:r>
      <w:r>
        <w:t xml:space="preserve">    (c) translated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24:25 She said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moreover</w:t>
      </w:r>
      <w:r>
        <w:rPr>
          <w:b/>
          <w:bCs/>
        </w:rPr>
        <w:t xml:space="preserve"> </w:t>
      </w:r>
      <w:r>
        <w:rPr>
          <w:b/>
          <w:bCs/>
        </w:rPr>
        <w:t xml:space="preserve">unto him, We have both straw and provender enough, and room to lodge in.</w:t>
      </w:r>
      <w:r>
        <w:br/>
      </w:r>
      <w:r>
        <w:t xml:space="preserve">    (a) even though -- used to connect contrasting ideas</w:t>
      </w:r>
      <w:r>
        <w:br/>
      </w:r>
      <w:r>
        <w:t xml:space="preserve">    (b) despite that (used to connect contrasting ideas)</w:t>
      </w:r>
      <w:r>
        <w:br/>
      </w:r>
      <w:r>
        <w:t xml:space="preserve">    (c) in addition to what has just been said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24:56 And he said unto them, Hinder me not, seeing the LORD hath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prospered</w:t>
      </w:r>
      <w:r>
        <w:rPr>
          <w:b/>
          <w:bCs/>
        </w:rPr>
        <w:t xml:space="preserve"> </w:t>
      </w:r>
      <w:r>
        <w:rPr>
          <w:b/>
          <w:bCs/>
        </w:rPr>
        <w:t xml:space="preserve">my way; send me away that I may go to my master.</w:t>
      </w:r>
      <w:r>
        <w:br/>
      </w:r>
      <w:r>
        <w:t xml:space="preserve">    (a) did well</w:t>
      </w:r>
      <w:r>
        <w:br/>
      </w:r>
      <w:r>
        <w:t xml:space="preserve">    (b) not said</w:t>
      </w:r>
      <w:r>
        <w:br/>
      </w:r>
      <w:r>
        <w:t xml:space="preserve">    (c) restored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30:20 And Leah said, God hath endued me with a good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dowry</w:t>
      </w:r>
      <w:r>
        <w:rPr>
          <w:b/>
          <w:bCs/>
        </w:rPr>
        <w:t xml:space="preserve">; now will my husband dwell with me, because I have born him six sons: and she called his name Zebulun.</w:t>
      </w:r>
      <w:r>
        <w:br/>
      </w:r>
      <w:r>
        <w:t xml:space="preserve">    (a) a powered mechanical device, typically used to fabricate metal components of machines by the selective removal of metal such as cutting, grinding or drilling</w:t>
      </w:r>
      <w:r>
        <w:br/>
      </w:r>
      <w:r>
        <w:t xml:space="preserve">    (b) someone who believes in the teaching of Buddha -- that aims to end suffering by ending selfish desire and following a path of wisdom, ethics, and meditation</w:t>
      </w:r>
      <w:r>
        <w:br/>
      </w:r>
      <w:r>
        <w:t xml:space="preserve">    (c) in some societies, money or property given by a woman's family to the husband at marriage</w:t>
      </w:r>
      <w:r>
        <w:br/>
      </w:r>
      <w:r>
        <w:br/>
      </w:r>
      <w:r>
        <w:t xml:space="preserve">or less formally: money or property a bride brings to a marriage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31:3 And the LORD said unto Jacob, Return unto the land of thy fathers, and to thy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kindred</w:t>
      </w:r>
      <w:r>
        <w:rPr>
          <w:b/>
          <w:bCs/>
        </w:rPr>
        <w:t xml:space="preserve">; and I will be with thee.</w:t>
      </w:r>
      <w:r>
        <w:br/>
      </w:r>
      <w:r>
        <w:t xml:space="preserve">    (a) a powerful stimulant drug that increases activity in the brain and nervous system -- often addictive</w:t>
      </w:r>
      <w:r>
        <w:br/>
      </w:r>
      <w:r>
        <w:t xml:space="preserve">    (b) aka natural right -- a right that is naturally due because of human nature and the natural condition</w:t>
      </w:r>
      <w:r>
        <w:br/>
      </w:r>
      <w:r>
        <w:t xml:space="preserve">    (c) similar in quality or character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closely related -- such as family or things with shared origin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34:2 And when Shechem the son of Hamor the Hivite, prince of the country, saw her, he took her, and lay with her,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defiled</w:t>
      </w:r>
      <w:r>
        <w:rPr>
          <w:b/>
          <w:bCs/>
        </w:rPr>
        <w:t xml:space="preserve"> </w:t>
      </w:r>
      <w:r>
        <w:rPr>
          <w:b/>
          <w:bCs/>
        </w:rPr>
        <w:t xml:space="preserve">her.</w:t>
      </w:r>
      <w:r>
        <w:br/>
      </w:r>
      <w:r>
        <w:t xml:space="preserve">    (a) caused great mental or physical suffering</w:t>
      </w:r>
      <w:r>
        <w:br/>
      </w:r>
      <w:r>
        <w:t xml:space="preserve">    (b) spoiled the beauty or purity of something</w:t>
      </w:r>
      <w:r>
        <w:br/>
      </w:r>
      <w:r>
        <w:t xml:space="preserve">    (c) consented reluctantly; or suffered defeat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40:5 And they dreamed a dream both of them, each man his dream in one night, each man according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interpretation</w:t>
      </w:r>
      <w:r>
        <w:rPr>
          <w:b/>
          <w:bCs/>
        </w:rPr>
        <w:t xml:space="preserve"> </w:t>
      </w:r>
      <w:r>
        <w:rPr>
          <w:b/>
          <w:bCs/>
        </w:rPr>
        <w:t xml:space="preserve">of his dream, the butler and the baker of the king of Egypt, which were bound in the prison.</w:t>
      </w:r>
      <w:r>
        <w:br/>
      </w:r>
      <w:r>
        <w:t xml:space="preserve">    (a) the time during which something continues</w:t>
      </w:r>
      <w:r>
        <w:br/>
      </w:r>
      <w:r>
        <w:t xml:space="preserve">    (b) understanding or explanation of meaning</w:t>
      </w:r>
      <w:r>
        <w:br/>
      </w:r>
      <w:r>
        <w:t xml:space="preserve">    (c) meticulousness (care about small details)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42:23 And they knew not that Joseph understood them; for he spake unto them by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interpreter</w:t>
      </w:r>
      <w:r>
        <w:rPr>
          <w:b/>
          <w:bCs/>
        </w:rPr>
        <w:t xml:space="preserve">.</w:t>
      </w:r>
      <w:r>
        <w:br/>
      </w:r>
      <w:r>
        <w:t xml:space="preserve">    (a) someone who extensively damages</w:t>
      </w:r>
      <w:r>
        <w:br/>
      </w:r>
      <w:r>
        <w:t xml:space="preserve">    (b) people who criticize or condemn</w:t>
      </w:r>
      <w:r>
        <w:br/>
      </w:r>
      <w:r>
        <w:t xml:space="preserve">    (c) someone who translates language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2026-05-20T03:34:02Z</dcterms:created>
  <dcterms:modified xsi:type="dcterms:W3CDTF">2026-05-20T03:34:02Z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