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ed7c0ebd4f44f5548d55f031054373a4ce8b60"/>
    <w:p>
      <w:pPr>
        <w:pStyle w:val="Heading1"/>
      </w:pPr>
      <w:r>
        <w:rPr>
          <w:b/>
          <w:bCs/>
        </w:rPr>
        <w:t xml:space="preserve">Frindle</w:t>
      </w:r>
      <w:r>
        <w:br/>
      </w:r>
      <w:r>
        <w:rPr>
          <w:i/>
          <w:iCs/>
        </w:rPr>
        <w:t xml:space="preserve">Andrew Clements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language arts, Mrs. Granger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monopoly</w:t>
      </w:r>
      <w:r>
        <w:rPr>
          <w:b/>
          <w:bCs/>
        </w:rPr>
        <w:t xml:space="preserve">—and a reputation.</w:t>
      </w:r>
      <w:r>
        <w:br/>
      </w:r>
      <w:r>
        <w:t xml:space="preserve">    (a) complete control over a product, service, or resource -- usually by a single person, company, or group</w:t>
      </w:r>
      <w:r>
        <w:br/>
      </w:r>
      <w:r>
        <w:t xml:space="preserve">    (b) in the manner of someone who consumes more than they should -- especially eating and drinking too much</w:t>
      </w:r>
      <w:r>
        <w:br/>
      </w:r>
      <w:r>
        <w:t xml:space="preserve">    (c) in a manner that tries to obtain a result through gentle and careful effort -- often gently persuading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Good spelling and good grammar and good word skills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essential</w:t>
      </w:r>
      <w:r>
        <w:rPr>
          <w:b/>
          <w:bCs/>
        </w:rPr>
        <w:t xml:space="preserve"> </w:t>
      </w:r>
      <w:r>
        <w:rPr>
          <w:b/>
          <w:bCs/>
        </w:rPr>
        <w:t xml:space="preserve">for every student.</w:t>
      </w:r>
      <w:r>
        <w:br/>
      </w:r>
      <w:r>
        <w:t xml:space="preserve">    (a) necessary or important or relating to the basic nature of something</w:t>
      </w:r>
      <w:r>
        <w:br/>
      </w:r>
      <w:r>
        <w:t xml:space="preserve">    (b) clear, easily noticed, and/or identifiable as different or separate</w:t>
      </w:r>
      <w:r>
        <w:br/>
      </w:r>
      <w:r>
        <w:t xml:space="preserve">    (c) not capable of being better understood through detailed examination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Clear thinking requires a command of the English language, and fifth grade is the ideal time for every girl and boy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acquire</w:t>
      </w:r>
      <w:r>
        <w:rPr>
          <w:b/>
          <w:bCs/>
        </w:rPr>
        <w:t xml:space="preserve"> </w:t>
      </w:r>
      <w:r>
        <w:rPr>
          <w:b/>
          <w:bCs/>
        </w:rPr>
        <w:t xml:space="preserve">an expanded vocabulary.</w:t>
      </w:r>
      <w:r>
        <w:br/>
      </w:r>
      <w:r>
        <w:t xml:space="preserve">    (a) something that is necessary for something else</w:t>
      </w:r>
      <w:r>
        <w:br/>
      </w:r>
      <w:r>
        <w:t xml:space="preserve">    (b) obtain (come into the possession of something)</w:t>
      </w:r>
      <w:r>
        <w:br/>
      </w:r>
      <w:r>
        <w:t xml:space="preserve">    (c) a slight amount; or to contain a slight amount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FIRST DAY of school was always a get-</w:t>
      </w:r>
      <w:r>
        <w:rPr>
          <w:b/>
          <w:bCs/>
          <w:u w:val="single"/>
        </w:rPr>
        <w:t xml:space="preserve">acquainted</w:t>
      </w:r>
      <w:r>
        <w:rPr>
          <w:b/>
          <w:bCs/>
        </w:rPr>
        <w:t xml:space="preserve"> </w:t>
      </w:r>
      <w:r>
        <w:rPr>
          <w:b/>
          <w:bCs/>
        </w:rPr>
        <w:t xml:space="preserve">day.</w:t>
      </w:r>
      <w:r>
        <w:br/>
      </w:r>
      <w:r>
        <w:t xml:space="preserve">    (a) compensated for a loss; or paid a reward</w:t>
      </w:r>
      <w:r>
        <w:br/>
      </w:r>
      <w:r>
        <w:t xml:space="preserve">    (b) not having taken power or responsibility</w:t>
      </w:r>
      <w:r>
        <w:br/>
      </w:r>
      <w:r>
        <w:t xml:space="preserve">    (c) familiar with  OR  a friend or associate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looked over his notes again and again—the first English dictionary, the growth of the English language,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William Shakespeare</w:t>
      </w:r>
      <w:r>
        <w:rPr>
          <w:b/>
          <w:bCs/>
        </w:rPr>
        <w:t xml:space="preserve">, words from French and German, new words, old words, new inventions, Anglo-Saxon words, Latin and Greek roots, American English—it all became a big jumble in his mind.</w:t>
      </w:r>
      <w:r>
        <w:br/>
      </w:r>
      <w:r>
        <w:t xml:space="preserve">    (a) author widely regarded as the greatest in the English language and whose works include</w:t>
      </w:r>
      <w:r>
        <w:t xml:space="preserve"> </w:t>
      </w:r>
      <w:r>
        <w:rPr>
          <w:i/>
          <w:iCs/>
        </w:rPr>
        <w:t xml:space="preserve">Romeo and Juliet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Hamlet</w:t>
      </w:r>
      <w:r>
        <w:br/>
      </w:r>
      <w:r>
        <w:t xml:space="preserve">    (b) American writer, inventor, and statesman who played a key role in the American Revolution and the founding of the United States</w:t>
      </w:r>
      <w:r>
        <w:br/>
      </w:r>
      <w:r>
        <w:t xml:space="preserve">    (c) 26th President of the United States who is famous for breaking up anti-competitive U.S. cartels, teddy bears, and... (1858-1919)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</w:t>
      </w:r>
      <w:r>
        <w:rPr>
          <w:b/>
          <w:bCs/>
          <w:u w:val="single"/>
        </w:rPr>
        <w:t xml:space="preserve">Although</w:t>
      </w:r>
      <w:r>
        <w:rPr>
          <w:b/>
          <w:bCs/>
        </w:rPr>
        <w:t xml:space="preserve"> </w:t>
      </w:r>
      <w:r>
        <w:rPr>
          <w:b/>
          <w:bCs/>
        </w:rPr>
        <w:t xml:space="preserve">your report was a little long—"she paused to let that sink in—"it was quite a good one.</w:t>
      </w:r>
      <w:r>
        <w:br/>
      </w:r>
      <w:r>
        <w:t xml:space="preserve">    (a) therefore (for that reason)</w:t>
      </w:r>
      <w:r>
        <w:br/>
      </w:r>
      <w:r>
        <w:t xml:space="preserve">    (b) in keeping with or in agreement with what was just stated</w:t>
      </w:r>
      <w:r>
        <w:br/>
      </w:r>
      <w:r>
        <w:t xml:space="preserve">    (c) even though -- used to connect contrasting ideas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principal</w:t>
      </w:r>
      <w:r>
        <w:rPr>
          <w:b/>
          <w:bCs/>
        </w:rPr>
        <w:t xml:space="preserve"> </w:t>
      </w:r>
      <w:r>
        <w:rPr>
          <w:b/>
          <w:bCs/>
        </w:rPr>
        <w:t xml:space="preserve">had to stay late to help, and they had to arrange two special late buses to get all the kids home.</w:t>
      </w:r>
      <w:r>
        <w:br/>
      </w:r>
      <w:r>
        <w:t xml:space="preserve">    (a) most important; or person that is most important</w:t>
      </w:r>
      <w:r>
        <w:br/>
      </w:r>
      <w:r>
        <w:t xml:space="preserve">    (b) the state or degree of criticism or disagreement</w:t>
      </w:r>
      <w:r>
        <w:br/>
      </w:r>
      <w:r>
        <w:t xml:space="preserve">    (c) serving to help explain or demonstrate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kids giggled, and a tall boy with reddish-brown hair and glasses said, "Mrs. Granger has kept Nick after school so much that everyone thinks she wants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adopt</w:t>
      </w:r>
      <w:r>
        <w:rPr>
          <w:b/>
          <w:bCs/>
        </w:rPr>
        <w:t xml:space="preserve"> </w:t>
      </w:r>
      <w:r>
        <w:rPr>
          <w:b/>
          <w:bCs/>
        </w:rPr>
        <w:t xml:space="preserve">him."</w:t>
      </w:r>
      <w:r>
        <w:br/>
      </w:r>
      <w:r>
        <w:t xml:space="preserve">    (a) begin fighting again</w:t>
      </w:r>
      <w:r>
        <w:br/>
      </w:r>
      <w:r>
        <w:t xml:space="preserve">    (b) take on as one's own</w:t>
      </w:r>
      <w:r>
        <w:br/>
      </w:r>
      <w:r>
        <w:t xml:space="preserve">    (c) recognize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could see that Nick and his parents were not going to be pushed into saying anything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controversial</w:t>
      </w:r>
      <w:r>
        <w:rPr>
          <w:b/>
          <w:bCs/>
        </w:rPr>
        <w:t xml:space="preserve">.</w:t>
      </w:r>
      <w:r>
        <w:br/>
      </w:r>
      <w:r>
        <w:t xml:space="preserve">    (a) tending to arouse strong disagreement</w:t>
      </w:r>
      <w:r>
        <w:br/>
      </w:r>
      <w:r>
        <w:t xml:space="preserve">    (b) not bouncing back light/heat/sound...</w:t>
      </w:r>
      <w:r>
        <w:br/>
      </w:r>
      <w:r>
        <w:t xml:space="preserve">    (c) expressing or arousing sensual desire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Frindle-</w:t>
      </w:r>
      <w:r>
        <w:rPr>
          <w:b/>
          <w:bCs/>
          <w:u w:val="single"/>
        </w:rPr>
        <w:t xml:space="preserve">mania</w:t>
      </w:r>
      <w:r>
        <w:rPr>
          <w:b/>
          <w:bCs/>
        </w:rPr>
        <w:t xml:space="preserve"> </w:t>
      </w:r>
      <w:r>
        <w:rPr>
          <w:b/>
          <w:bCs/>
        </w:rPr>
        <w:t xml:space="preserve">was over.</w:t>
      </w:r>
      <w:r>
        <w:br/>
      </w:r>
      <w:r>
        <w:t xml:space="preserve">    (a) surgical interruption of nerve tracts to and from the frontal lobe of the brain</w:t>
      </w:r>
      <w:r>
        <w:br/>
      </w:r>
      <w:r>
        <w:t xml:space="preserve">    (b) extreme enthusiasm</w:t>
      </w:r>
      <w:r>
        <w:br/>
      </w:r>
      <w:r>
        <w:t xml:space="preserve">    (c) a right that is naturally due because of human nature and the natural condition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proud that he had made up a new word, and he enjoyed thinking about all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commotion</w:t>
      </w:r>
      <w:r>
        <w:rPr>
          <w:b/>
          <w:bCs/>
        </w:rPr>
        <w:t xml:space="preserve"> </w:t>
      </w:r>
      <w:r>
        <w:rPr>
          <w:b/>
          <w:bCs/>
        </w:rPr>
        <w:t xml:space="preserve">it had stirred up.</w:t>
      </w:r>
      <w:r>
        <w:br/>
      </w:r>
      <w:r>
        <w:t xml:space="preserve">    (a) noisy disturbance</w:t>
      </w:r>
      <w:r>
        <w:br/>
      </w:r>
      <w:r>
        <w:t xml:space="preserve">    (b) circular movement</w:t>
      </w:r>
      <w:r>
        <w:br/>
      </w:r>
      <w:r>
        <w:t xml:space="preserve">    (c) size or dimension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there between Friml and fringe he read: frindle (frin' dl) n. a device used to write or make marks with ink [</w:t>
      </w:r>
      <w:r>
        <w:rPr>
          <w:b/>
          <w:bCs/>
          <w:u w:val="single"/>
        </w:rPr>
        <w:t xml:space="preserve">arbitrary</w:t>
      </w:r>
      <w:r>
        <w:rPr>
          <w:b/>
          <w:bCs/>
        </w:rPr>
        <w:t xml:space="preserve"> </w:t>
      </w:r>
      <w:r>
        <w:rPr>
          <w:b/>
          <w:bCs/>
        </w:rPr>
        <w:t xml:space="preserve">coinage; originated by Nicholas Allen, American, 1987— (see pen)] Nick went back to the note from Mrs. Granger.</w:t>
      </w:r>
      <w:r>
        <w:br/>
      </w:r>
      <w:r>
        <w:t xml:space="preserve">    (a) based on chance or impulse</w:t>
      </w:r>
      <w:r>
        <w:br/>
      </w:r>
      <w:r>
        <w:t xml:space="preserve">    (b) the quality of disagreeing</w:t>
      </w:r>
      <w:r>
        <w:br/>
      </w:r>
      <w:r>
        <w:t xml:space="preserve">    (c) able to meet and talk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 flat,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oblong</w:t>
      </w:r>
      <w:r>
        <w:rPr>
          <w:b/>
          <w:bCs/>
        </w:rPr>
        <w:t xml:space="preserve"> </w:t>
      </w:r>
      <w:r>
        <w:rPr>
          <w:b/>
          <w:bCs/>
        </w:rPr>
        <w:t xml:space="preserve">case in the white envelope, the kind of case you get when you buy a watch.</w:t>
      </w:r>
      <w:r>
        <w:br/>
      </w:r>
      <w:r>
        <w:t xml:space="preserve">    (a) an elongated shape (having more length than width) -- typically of a stretched circle that is longer than an oval, but occasionally used to describe a rectangle</w:t>
      </w:r>
      <w:r>
        <w:br/>
      </w:r>
      <w:r>
        <w:t xml:space="preserve">    (b) soccer:  a foul kick taken from 12 yards in front of the goal and defended only by the goalkeeper who cannot advance beyond the goal line until the shot is taken</w:t>
      </w:r>
      <w:r>
        <w:br/>
      </w:r>
      <w:r>
        <w:t xml:space="preserve">    (c) a workplace where people do scientific or medical research, or produce drugs or chemicals (also used figuratively)  OR  (as an adjective) related to such a 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permanent trust fund for college scholarships had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established</w:t>
      </w:r>
      <w:r>
        <w:rPr>
          <w:b/>
          <w:bCs/>
        </w:rPr>
        <w:t xml:space="preserve"> </w:t>
      </w:r>
      <w:r>
        <w:rPr>
          <w:b/>
          <w:bCs/>
        </w:rPr>
        <w:t xml:space="preserve">with a donation of one million dollars "from one of your former students."</w:t>
      </w:r>
      <w:r>
        <w:br/>
      </w:r>
      <w:r>
        <w:t xml:space="preserve">    (a) not having a relationship whereby a change in one thing helps predict a change in another</w:t>
      </w:r>
      <w:r>
        <w:br/>
      </w:r>
      <w:r>
        <w:t xml:space="preserve">    (b) created</w:t>
      </w:r>
      <w:r>
        <w:br/>
      </w:r>
      <w:r>
        <w:t xml:space="preserve">    (c) persuaded someone to want something (often sex or love) by tempting with something desired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2026-07-31T20:00:32Z</dcterms:created>
  <dcterms:modified xsi:type="dcterms:W3CDTF">2026-07-31T20:00:32Z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