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dd5fcb7110f4793c613aca0db0a3c5268008b7"/>
    <w:p>
      <w:pPr>
        <w:pStyle w:val="Heading1"/>
      </w:pPr>
      <w:r>
        <w:rPr>
          <w:b/>
          <w:bCs/>
        </w:rPr>
        <w:t xml:space="preserve">Franny and Zooey</w:t>
      </w:r>
      <w:r>
        <w:br/>
      </w:r>
      <w:r>
        <w:rPr>
          <w:i/>
          <w:iCs/>
        </w:rPr>
        <w:t xml:space="preserve">J. D. Salinger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old hobby</w:t>
      </w:r>
      <w:r>
        <w:br/>
      </w:r>
      <w:r>
        <w:t xml:space="preserve">    (b) fake mannerism</w:t>
      </w:r>
      <w:r>
        <w:br/>
      </w:r>
      <w:r>
        <w:t xml:space="preserve">    (c) honest trait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assortment</w:t>
      </w:r>
      <w:r>
        <w:rPr>
          <w:b/>
          <w:bCs/>
        </w:rPr>
        <w:t xml:space="preserve"> </w:t>
      </w:r>
      <w:r>
        <w:rPr>
          <w:b/>
          <w:bCs/>
        </w:rPr>
        <w:t xml:space="preserve">of students gathered after school—some studying, others just chatting.</w:t>
      </w:r>
      <w:r>
        <w:br/>
      </w:r>
      <w:r>
        <w:t xml:space="preserve">    (a) small group</w:t>
      </w:r>
      <w:r>
        <w:br/>
      </w:r>
      <w:r>
        <w:t xml:space="preserve">    (b) large group</w:t>
      </w:r>
      <w:r>
        <w:br/>
      </w:r>
      <w:r>
        <w:t xml:space="preserve">    (c) variety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anger</w:t>
      </w:r>
      <w:r>
        <w:br/>
      </w:r>
      <w:r>
        <w:t xml:space="preserve">    (b) criticism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Asche experiment showed the influence of the desire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conform</w:t>
      </w:r>
      <w:r>
        <w:rPr>
          <w:b/>
          <w:bCs/>
        </w:rPr>
        <w:t xml:space="preserve">.</w:t>
      </w:r>
      <w:r>
        <w:br/>
      </w:r>
      <w:r>
        <w:t xml:space="preserve">    (a) have independence</w:t>
      </w:r>
      <w:r>
        <w:br/>
      </w:r>
      <w:r>
        <w:t xml:space="preserve">    (b) be honorable</w:t>
      </w:r>
      <w:r>
        <w:br/>
      </w:r>
      <w:r>
        <w:t xml:space="preserve">    (c) fit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school reached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controversial</w:t>
      </w:r>
      <w:r>
        <w:rPr>
          <w:b/>
          <w:bCs/>
        </w:rPr>
        <w:t xml:space="preserve"> </w:t>
      </w:r>
      <w:r>
        <w:rPr>
          <w:b/>
          <w:bCs/>
        </w:rPr>
        <w:t xml:space="preserve">decision on affirmative action.</w:t>
      </w:r>
      <w:r>
        <w:br/>
      </w:r>
      <w:r>
        <w:t xml:space="preserve">    (a) tending to arouse strong disagreement</w:t>
      </w:r>
      <w:r>
        <w:br/>
      </w:r>
      <w:r>
        <w:t xml:space="preserve">    (b) difficult due to complexity</w:t>
      </w:r>
      <w:r>
        <w:br/>
      </w:r>
      <w:r>
        <w:t xml:space="preserve">    (c) final after a long period of indecision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detest</w:t>
      </w:r>
      <w:r>
        <w:rPr>
          <w:b/>
          <w:bCs/>
        </w:rPr>
        <w:t xml:space="preserve"> </w:t>
      </w:r>
      <w:r>
        <w:rPr>
          <w:b/>
          <w:bCs/>
        </w:rPr>
        <w:t xml:space="preserve">broccoli.</w:t>
      </w:r>
      <w:r>
        <w:br/>
      </w:r>
      <w:r>
        <w:t xml:space="preserve">    (a) love</w:t>
      </w:r>
      <w:r>
        <w:br/>
      </w:r>
      <w:r>
        <w:t xml:space="preserve">    (b) avoid</w:t>
      </w:r>
      <w:r>
        <w:br/>
      </w:r>
      <w:r>
        <w:t xml:space="preserve">    (c) hate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Night and day we live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incessant</w:t>
      </w:r>
      <w:r>
        <w:rPr>
          <w:b/>
          <w:bCs/>
        </w:rPr>
        <w:t xml:space="preserve"> </w:t>
      </w:r>
      <w:r>
        <w:rPr>
          <w:b/>
          <w:bCs/>
        </w:rPr>
        <w:t xml:space="preserve">noise of the city.</w:t>
      </w:r>
      <w:r>
        <w:br/>
      </w:r>
      <w:r>
        <w:t xml:space="preserve">    (a) continuous</w:t>
      </w:r>
      <w:r>
        <w:br/>
      </w:r>
      <w:r>
        <w:t xml:space="preserve">    (b) pleasant</w:t>
      </w:r>
      <w:r>
        <w:br/>
      </w:r>
      <w:r>
        <w:t xml:space="preserve">    (c) loud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Travel costs were the main expense; meals were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incidental</w:t>
      </w:r>
      <w:r>
        <w:rPr>
          <w:b/>
          <w:bCs/>
        </w:rPr>
        <w:t xml:space="preserve">.</w:t>
      </w:r>
      <w:r>
        <w:br/>
      </w:r>
      <w:r>
        <w:t xml:space="preserve">    (a) carefully planned</w:t>
      </w:r>
      <w:r>
        <w:br/>
      </w:r>
      <w:r>
        <w:t xml:space="preserve">    (b) central and primary</w:t>
      </w:r>
      <w:r>
        <w:br/>
      </w:r>
      <w:r>
        <w:t xml:space="preserve">    (c) minor and secondary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Invariably</w:t>
      </w:r>
      <w:r>
        <w:rPr>
          <w:b/>
          <w:bCs/>
        </w:rPr>
        <w:t xml:space="preserve">, she arrives at the office ten minutes before her shift starts.</w:t>
      </w:r>
      <w:r>
        <w:br/>
      </w:r>
      <w:r>
        <w:t xml:space="preserve">    (a) with hesitation</w:t>
      </w:r>
      <w:r>
        <w:br/>
      </w:r>
      <w:r>
        <w:t xml:space="preserve">    (b) without fail</w:t>
      </w:r>
      <w:r>
        <w:br/>
      </w:r>
      <w:r>
        <w:t xml:space="preserve">    (c) only rarely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 </w:t>
      </w:r>
      <w:r>
        <w:rPr>
          <w:b/>
          <w:bCs/>
        </w:rPr>
        <w:t xml:space="preserve">in the order leads a simple life without luxury.</w:t>
      </w:r>
      <w:r>
        <w:br/>
      </w:r>
      <w:r>
        <w:t xml:space="preserve">    (a) a member of a religious order</w:t>
      </w:r>
      <w:r>
        <w:br/>
      </w:r>
      <w:r>
        <w:t xml:space="preserve">    (b) a male member of a religious order</w:t>
      </w:r>
      <w:r>
        <w:br/>
      </w:r>
      <w:r>
        <w:t xml:space="preserve">    (c) a female member of a religious order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more popular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narrators</w:t>
      </w:r>
      <w:r>
        <w:rPr>
          <w:b/>
          <w:bCs/>
        </w:rPr>
        <w:t xml:space="preserve"> </w:t>
      </w:r>
      <w:r>
        <w:rPr>
          <w:b/>
          <w:bCs/>
        </w:rPr>
        <w:t xml:space="preserve">in movie history is Morgan Freeman. I especially liked him in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The Shawshank Redemption</w:t>
      </w:r>
      <w:r>
        <w:rPr>
          <w:b/>
          <w:bCs/>
        </w:rPr>
        <w:t xml:space="preserve"> </w:t>
      </w:r>
      <w:r>
        <w:rPr>
          <w:b/>
          <w:bCs/>
        </w:rPr>
        <w:t xml:space="preserve">where in addition to playing a major role, he narrated the film.</w:t>
      </w:r>
      <w:r>
        <w:br/>
      </w:r>
      <w:r>
        <w:t xml:space="preserve">    (a) actor who talks directly to the audience</w:t>
      </w:r>
      <w:r>
        <w:br/>
      </w:r>
      <w:r>
        <w:t xml:space="preserve">    (b) script writer</w:t>
      </w:r>
      <w:r>
        <w:br/>
      </w:r>
      <w:r>
        <w:t xml:space="preserve">    (c) producer who works closest with the actors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city dweller</w:t>
      </w:r>
      <w:r>
        <w:br/>
      </w:r>
      <w:r>
        <w:t xml:space="preserve">    (b) poor farmer</w:t>
      </w:r>
      <w:r>
        <w:br/>
      </w:r>
      <w:r>
        <w:t xml:space="preserve">    (c) young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essay was filled with creative ideas, but it was vulnerable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pedantic</w:t>
      </w:r>
      <w:r>
        <w:rPr>
          <w:b/>
          <w:bCs/>
        </w:rPr>
        <w:t xml:space="preserve"> </w:t>
      </w:r>
      <w:r>
        <w:rPr>
          <w:b/>
          <w:bCs/>
        </w:rPr>
        <w:t xml:space="preserve">nitpicking.</w:t>
      </w:r>
      <w:r>
        <w:br/>
      </w:r>
      <w:r>
        <w:t xml:space="preserve">    (a) of someone too concerned with statistical studies</w:t>
      </w:r>
      <w:r>
        <w:br/>
      </w:r>
      <w:r>
        <w:t xml:space="preserve">    (b) of someone too concerned with regional style</w:t>
      </w:r>
      <w:r>
        <w:br/>
      </w:r>
      <w:r>
        <w:t xml:space="preserve">    (c) of someone too concerned with book learning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after years apart,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brothers had not faded at all.</w:t>
      </w:r>
      <w:r>
        <w:br/>
      </w:r>
      <w:r>
        <w:t xml:space="preserve">    (a) warm affection</w:t>
      </w:r>
      <w:r>
        <w:br/>
      </w:r>
      <w:r>
        <w:t xml:space="preserve">    (b) deep bitterness</w:t>
      </w:r>
      <w:r>
        <w:br/>
      </w:r>
      <w:r>
        <w:t xml:space="preserve">    (c) mild curiosity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so confident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Lord of the Rings</w:t>
      </w:r>
      <w:r>
        <w:rPr>
          <w:b/>
          <w:bCs/>
        </w:rPr>
        <w:t xml:space="preserve"> </w:t>
      </w:r>
      <w:r>
        <w:rPr>
          <w:b/>
          <w:bCs/>
        </w:rPr>
        <w:t xml:space="preserve">would be successful, they filmed some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sequels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first film.</w:t>
      </w:r>
      <w:r>
        <w:br/>
      </w:r>
      <w:r>
        <w:t xml:space="preserve">    (a) expensive promotional scenes</w:t>
      </w:r>
      <w:r>
        <w:br/>
      </w:r>
      <w:r>
        <w:t xml:space="preserve">    (b) interviews of actors expected to become famous</w:t>
      </w:r>
      <w:r>
        <w:br/>
      </w:r>
      <w:r>
        <w:t xml:space="preserve">    (c) movies that continued the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found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sublime</w:t>
      </w:r>
      <w:r>
        <w:rPr>
          <w:b/>
          <w:bCs/>
        </w:rPr>
        <w:t xml:space="preserve"> </w:t>
      </w:r>
      <w:r>
        <w:rPr>
          <w:b/>
          <w:bCs/>
        </w:rPr>
        <w:t xml:space="preserve">seaside bed and breakfast.</w:t>
      </w:r>
      <w:r>
        <w:br/>
      </w:r>
      <w:r>
        <w:t xml:space="preserve">    (a) wonderful</w:t>
      </w:r>
      <w:r>
        <w:br/>
      </w:r>
      <w:r>
        <w:t xml:space="preserve">    (b) old</w:t>
      </w:r>
      <w:r>
        <w:br/>
      </w:r>
      <w:r>
        <w:t xml:space="preserve">    (c) shabby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sublime</w:t>
      </w:r>
      <w:r>
        <w:rPr>
          <w:b/>
          <w:bCs/>
        </w:rPr>
        <w:t xml:space="preserve"> </w:t>
      </w:r>
      <w:r>
        <w:rPr>
          <w:b/>
          <w:bCs/>
        </w:rPr>
        <w:t xml:space="preserve">stubbornness, she refused to see that the project could not succeed.</w:t>
      </w:r>
      <w:r>
        <w:br/>
      </w:r>
      <w:r>
        <w:t xml:space="preserve">    (a) newly developed</w:t>
      </w:r>
      <w:r>
        <w:br/>
      </w:r>
      <w:r>
        <w:t xml:space="preserve">    (b) pure or extreme</w:t>
      </w:r>
      <w:r>
        <w:br/>
      </w:r>
      <w:r>
        <w:t xml:space="preserve">    (c) optimistic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means well, but she lacks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</w:t>
      </w:r>
      <w:r>
        <w:rPr>
          <w:b/>
          <w:bCs/>
        </w:rPr>
        <w:t xml:space="preserve">.</w:t>
      </w:r>
      <w:r>
        <w:br/>
      </w:r>
      <w:r>
        <w:t xml:space="preserve">    (a) a plan</w:t>
      </w:r>
      <w:r>
        <w:br/>
      </w:r>
      <w:r>
        <w:t xml:space="preserve">    (b) ability</w:t>
      </w:r>
      <w:r>
        <w:br/>
      </w:r>
      <w:r>
        <w:t xml:space="preserve">    (c) sensitivity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other's</w:t>
      </w:r>
      <w:r>
        <w:br/>
      </w:r>
      <w:r>
        <w:t xml:space="preserve">    (b) future</w:t>
      </w:r>
      <w:r>
        <w:br/>
      </w:r>
      <w:r>
        <w:t xml:space="preserve">    (c)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purpose of the UN Human Rights Commission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undermined</w:t>
      </w:r>
      <w:r>
        <w:rPr>
          <w:b/>
          <w:bCs/>
        </w:rPr>
        <w:t xml:space="preserve"> </w:t>
      </w:r>
      <w:r>
        <w:rPr>
          <w:b/>
          <w:bCs/>
        </w:rPr>
        <w:t xml:space="preserve">by dictators who have maneuvered to control it.</w:t>
      </w:r>
      <w:r>
        <w:br/>
      </w:r>
      <w:r>
        <w:t xml:space="preserve">    (a) celebrated</w:t>
      </w:r>
      <w:r>
        <w:br/>
      </w:r>
      <w:r>
        <w:t xml:space="preserve">    (b) strengthened</w:t>
      </w:r>
      <w:r>
        <w:br/>
      </w:r>
      <w:r>
        <w:t xml:space="preserve">    (c) weakened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2026-07-31T15:15:43Z</dcterms:created>
  <dcterms:modified xsi:type="dcterms:W3CDTF">2026-07-31T15:15:43Z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