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df69fee9b2cc6806a23505f24cb0b2929e37a14"/>
    <w:p>
      <w:pPr>
        <w:pStyle w:val="Heading1"/>
      </w:pPr>
      <w:r>
        <w:rPr>
          <w:b/>
          <w:bCs/>
        </w:rPr>
        <w:t xml:space="preserve">Franny and Zooey</w:t>
      </w:r>
      <w:r>
        <w:br/>
      </w:r>
      <w:r>
        <w:rPr>
          <w:i/>
          <w:iCs/>
        </w:rPr>
        <w:t xml:space="preserve">J. D. Salinger</w:t>
      </w:r>
      <w:r>
        <w:br/>
      </w:r>
      <w:r>
        <w:rPr>
          <w:b/>
          <w:bCs/>
        </w:rPr>
        <w:t xml:space="preserve">Extra Credit 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This honey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adulterated</w:t>
      </w:r>
      <w:r>
        <w:rPr>
          <w:b/>
          <w:bCs/>
        </w:rPr>
        <w:t xml:space="preserve">.</w:t>
      </w:r>
      <w:r>
        <w:br/>
      </w:r>
      <w:r>
        <w:t xml:space="preserve">    (a) organic</w:t>
      </w:r>
      <w:r>
        <w:br/>
      </w:r>
      <w:r>
        <w:t xml:space="preserve">    (b) not pure</w:t>
      </w:r>
      <w:r>
        <w:br/>
      </w:r>
      <w:r>
        <w:t xml:space="preserve">    (c) inexpensive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While heresy is rejection of specific doctrines,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apostasy</w:t>
      </w:r>
      <w:r>
        <w:rPr>
          <w:b/>
          <w:bCs/>
        </w:rPr>
        <w:t xml:space="preserve"> </w:t>
      </w:r>
      <w:r>
        <w:rPr>
          <w:b/>
          <w:bCs/>
        </w:rPr>
        <w:t xml:space="preserve">is rejection of an entire religion.</w:t>
      </w:r>
      <w:r>
        <w:br/>
      </w:r>
      <w:r>
        <w:t xml:space="preserve">    (a) surgical interruption of nerve tracts to and from the frontal lobe of the brain</w:t>
      </w:r>
      <w:r>
        <w:br/>
      </w:r>
      <w:r>
        <w:t xml:space="preserve">    (b) a right that is naturally due because of human nature and the natural condition</w:t>
      </w:r>
      <w:r>
        <w:br/>
      </w:r>
      <w:r>
        <w:t xml:space="preserve">    (c) renouncing one's religion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sensor needs to be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calibrated</w:t>
      </w:r>
      <w:r>
        <w:rPr>
          <w:b/>
          <w:bCs/>
        </w:rPr>
        <w:t xml:space="preserve"> </w:t>
      </w:r>
      <w:r>
        <w:rPr>
          <w:b/>
          <w:bCs/>
        </w:rPr>
        <w:t xml:space="preserve">in extreme weather.</w:t>
      </w:r>
      <w:r>
        <w:br/>
      </w:r>
      <w:r>
        <w:t xml:space="preserve">    (a) finely adjusted</w:t>
      </w:r>
      <w:r>
        <w:br/>
      </w:r>
      <w:r>
        <w:t xml:space="preserve">    (b) used carefully</w:t>
      </w:r>
      <w:r>
        <w:br/>
      </w:r>
      <w:r>
        <w:t xml:space="preserve">    (c) protected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Critics continue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deprecate</w:t>
      </w:r>
      <w:r>
        <w:rPr>
          <w:b/>
          <w:bCs/>
        </w:rPr>
        <w:t xml:space="preserve"> </w:t>
      </w:r>
      <w:r>
        <w:rPr>
          <w:b/>
          <w:bCs/>
        </w:rPr>
        <w:t xml:space="preserve">the film despite its strong box office success.</w:t>
      </w:r>
      <w:r>
        <w:br/>
      </w:r>
      <w:r>
        <w:t xml:space="preserve">    (a) speak poorly of</w:t>
      </w:r>
      <w:r>
        <w:br/>
      </w:r>
      <w:r>
        <w:t xml:space="preserve">    (b) carefully study</w:t>
      </w:r>
      <w:r>
        <w:br/>
      </w:r>
      <w:r>
        <w:t xml:space="preserve">    (c) loudly praise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Loud music can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detract</w:t>
      </w:r>
      <w:r>
        <w:rPr>
          <w:b/>
          <w:bCs/>
        </w:rPr>
        <w:t xml:space="preserve"> </w:t>
      </w:r>
      <w:r>
        <w:rPr>
          <w:b/>
          <w:bCs/>
        </w:rPr>
        <w:t xml:space="preserve">from a quiet dinner conversation.</w:t>
      </w:r>
      <w:r>
        <w:br/>
      </w:r>
      <w:r>
        <w:t xml:space="preserve">    (a) lessen or weaken</w:t>
      </w:r>
      <w:r>
        <w:br/>
      </w:r>
      <w:r>
        <w:t xml:space="preserve">    (b) enhance or boost</w:t>
      </w:r>
      <w:r>
        <w:br/>
      </w:r>
      <w:r>
        <w:t xml:space="preserve">    (c) match or echo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don't care for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dogmatic</w:t>
      </w:r>
      <w:r>
        <w:rPr>
          <w:b/>
          <w:bCs/>
        </w:rPr>
        <w:t xml:space="preserve"> </w:t>
      </w:r>
      <w:r>
        <w:rPr>
          <w:b/>
          <w:bCs/>
        </w:rPr>
        <w:t xml:space="preserve">writings. I like writing that presents different perspectives and leaves me to decide what I believe.</w:t>
      </w:r>
      <w:r>
        <w:br/>
      </w:r>
      <w:r>
        <w:t xml:space="preserve">    (a) computer code that performs a specific task</w:t>
      </w:r>
      <w:r>
        <w:br/>
      </w:r>
      <w:r>
        <w:t xml:space="preserve">    (b) characterized by stating opinions as absolute truth</w:t>
      </w:r>
      <w:r>
        <w:br/>
      </w:r>
      <w:r>
        <w:t xml:space="preserve">    (c) relating to where attention is concentrated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has talent, but she is too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egotistical</w:t>
      </w:r>
      <w:r>
        <w:rPr>
          <w:b/>
          <w:bCs/>
        </w:rPr>
        <w:t xml:space="preserve">.</w:t>
      </w:r>
      <w:r>
        <w:br/>
      </w:r>
      <w:r>
        <w:t xml:space="preserve">    (a) inexperienced</w:t>
      </w:r>
      <w:r>
        <w:br/>
      </w:r>
      <w:r>
        <w:t xml:space="preserve">    (b) conceited</w:t>
      </w:r>
      <w:r>
        <w:br/>
      </w:r>
      <w:r>
        <w:t xml:space="preserve">    (c) nervous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 few of the old traditions are still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extant</w:t>
      </w:r>
      <w:r>
        <w:rPr>
          <w:b/>
          <w:bCs/>
        </w:rPr>
        <w:t xml:space="preserve"> </w:t>
      </w:r>
      <w:r>
        <w:rPr>
          <w:b/>
          <w:bCs/>
        </w:rPr>
        <w:t xml:space="preserve">in rural areas.</w:t>
      </w:r>
      <w:r>
        <w:br/>
      </w:r>
      <w:r>
        <w:t xml:space="preserve">    (a) restarted (a fire)</w:t>
      </w:r>
      <w:r>
        <w:br/>
      </w:r>
      <w:r>
        <w:t xml:space="preserve">    (b) wrongly translates</w:t>
      </w:r>
      <w:r>
        <w:br/>
      </w:r>
      <w:r>
        <w:t xml:space="preserve">    (c) still in existence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most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hackneyed</w:t>
      </w:r>
      <w:r>
        <w:rPr>
          <w:b/>
          <w:bCs/>
        </w:rPr>
        <w:t xml:space="preserve"> </w:t>
      </w:r>
      <w:r>
        <w:rPr>
          <w:b/>
          <w:bCs/>
        </w:rPr>
        <w:t xml:space="preserve">phrase in Silicon Valley these days is "We're the next Google."</w:t>
      </w:r>
      <w:r>
        <w:br/>
      </w:r>
      <w:r>
        <w:t xml:space="preserve">    (a) lacking impact because it has been heard so many times before</w:t>
      </w:r>
      <w:r>
        <w:br/>
      </w:r>
      <w:r>
        <w:t xml:space="preserve">    (b) the quality or degree of being straightforward or clear (sometimes indicating that truth is not worded carefully to spare feelings or gain advantage)</w:t>
      </w:r>
      <w:r>
        <w:br/>
      </w:r>
      <w:r>
        <w:t xml:space="preserve">    (c) the degree to which a performance of or to someone else's work lends itself to the expression of personal artistic ideas or feelings by the performer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is bullish (</w:t>
      </w:r>
      <w:r>
        <w:rPr>
          <w:b/>
          <w:bCs/>
          <w:u w:val="single"/>
        </w:rPr>
        <w:t xml:space="preserve">i.e.</w:t>
      </w:r>
      <w:r>
        <w:rPr>
          <w:b/>
          <w:bCs/>
        </w:rPr>
        <w:t xml:space="preserve">, optimistic) about the stock market.</w:t>
      </w:r>
      <w:r>
        <w:br/>
      </w:r>
      <w:r>
        <w:t xml:space="preserve">    (a) instead of</w:t>
      </w:r>
      <w:r>
        <w:br/>
      </w:r>
      <w:r>
        <w:t xml:space="preserve">    (b) that is to say</w:t>
      </w:r>
      <w:r>
        <w:br/>
      </w:r>
      <w:r>
        <w:t xml:space="preserve">    (c) for example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museum showcased art from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indigenous</w:t>
      </w:r>
      <w:r>
        <w:rPr>
          <w:b/>
          <w:bCs/>
        </w:rPr>
        <w:t xml:space="preserve"> </w:t>
      </w:r>
      <w:r>
        <w:rPr>
          <w:b/>
          <w:bCs/>
        </w:rPr>
        <w:t xml:space="preserve">peoples of the Americas.</w:t>
      </w:r>
      <w:r>
        <w:br/>
      </w:r>
      <w:r>
        <w:t xml:space="preserve">    (a) extinct in a place</w:t>
      </w:r>
      <w:r>
        <w:br/>
      </w:r>
      <w:r>
        <w:t xml:space="preserve">    (b) foreign to a place</w:t>
      </w:r>
      <w:r>
        <w:br/>
      </w:r>
      <w:r>
        <w:t xml:space="preserve">    (c) native to a place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Curiosity is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intrinsic</w:t>
      </w:r>
      <w:r>
        <w:rPr>
          <w:b/>
          <w:bCs/>
        </w:rPr>
        <w:t xml:space="preserve"> </w:t>
      </w:r>
      <w:r>
        <w:rPr>
          <w:b/>
          <w:bCs/>
        </w:rPr>
        <w:t xml:space="preserve">part of learning.</w:t>
      </w:r>
      <w:r>
        <w:br/>
      </w:r>
      <w:r>
        <w:t xml:space="preserve">    (a) easily removed</w:t>
      </w:r>
      <w:r>
        <w:br/>
      </w:r>
      <w:r>
        <w:t xml:space="preserve">    (b) built-in</w:t>
      </w:r>
      <w:r>
        <w:br/>
      </w:r>
      <w:r>
        <w:t xml:space="preserve">    (c) recently added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legal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jargon</w:t>
      </w:r>
      <w:r>
        <w:rPr>
          <w:b/>
          <w:bCs/>
        </w:rPr>
        <w:t xml:space="preserve"> </w:t>
      </w:r>
      <w:r>
        <w:rPr>
          <w:b/>
          <w:bCs/>
        </w:rPr>
        <w:t xml:space="preserve">in the contract was so complex that the client had to hire a lawyer to interpret it.</w:t>
      </w:r>
      <w:r>
        <w:br/>
      </w:r>
      <w:r>
        <w:t xml:space="preserve">    (a) underlying philosophy</w:t>
      </w:r>
      <w:r>
        <w:br/>
      </w:r>
      <w:r>
        <w:t xml:space="preserve">    (b) special vocabulary</w:t>
      </w:r>
      <w:r>
        <w:br/>
      </w:r>
      <w:r>
        <w:t xml:space="preserve">    (c) complex ideas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story raises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metaphysical</w:t>
      </w:r>
      <w:r>
        <w:rPr>
          <w:b/>
          <w:bCs/>
        </w:rPr>
        <w:t xml:space="preserve"> </w:t>
      </w:r>
      <w:r>
        <w:rPr>
          <w:b/>
          <w:bCs/>
        </w:rPr>
        <w:t xml:space="preserve">questions about whether the soul can exist apart from the body.</w:t>
      </w:r>
      <w:r>
        <w:br/>
      </w:r>
      <w:r>
        <w:t xml:space="preserve">    (a) about daily expenses</w:t>
      </w:r>
      <w:r>
        <w:br/>
      </w:r>
      <w:r>
        <w:t xml:space="preserve">    (b) about reality's nature</w:t>
      </w:r>
      <w:r>
        <w:br/>
      </w:r>
      <w:r>
        <w:t xml:space="preserve">    (c) about legal procedure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obstreperous</w:t>
      </w:r>
      <w:r>
        <w:rPr>
          <w:b/>
          <w:bCs/>
        </w:rPr>
        <w:t xml:space="preserve"> </w:t>
      </w:r>
      <w:r>
        <w:rPr>
          <w:b/>
          <w:bCs/>
        </w:rPr>
        <w:t xml:space="preserve">crowd at the concert made it difficult for the security guards to maintain order.</w:t>
      </w:r>
      <w:r>
        <w:br/>
      </w:r>
      <w:r>
        <w:t xml:space="preserve">    (a) noisily unruly</w:t>
      </w:r>
      <w:r>
        <w:br/>
      </w:r>
      <w:r>
        <w:t xml:space="preserve">    (b) happily excited</w:t>
      </w:r>
      <w:r>
        <w:br/>
      </w:r>
      <w:r>
        <w:t xml:space="preserve">    (c) singing loudly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am tired of listening to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pious</w:t>
      </w:r>
      <w:r>
        <w:rPr>
          <w:b/>
          <w:bCs/>
        </w:rPr>
        <w:t xml:space="preserve"> </w:t>
      </w:r>
      <w:r>
        <w:rPr>
          <w:b/>
          <w:bCs/>
        </w:rPr>
        <w:t xml:space="preserve">words of someone who is so cruel.</w:t>
      </w:r>
      <w:r>
        <w:br/>
      </w:r>
      <w:r>
        <w:t xml:space="preserve">    (a) dishonest</w:t>
      </w:r>
      <w:r>
        <w:br/>
      </w:r>
      <w:r>
        <w:t xml:space="preserve">    (b) evil</w:t>
      </w:r>
      <w:r>
        <w:br/>
      </w:r>
      <w:r>
        <w:t xml:space="preserve">    (c) self-righteous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There is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reciprocal</w:t>
      </w:r>
      <w:r>
        <w:rPr>
          <w:b/>
          <w:bCs/>
        </w:rPr>
        <w:t xml:space="preserve"> </w:t>
      </w:r>
      <w:r>
        <w:rPr>
          <w:b/>
          <w:bCs/>
        </w:rPr>
        <w:t xml:space="preserve">understanding that neither side would speak of the past.</w:t>
      </w:r>
      <w:r>
        <w:br/>
      </w:r>
      <w:r>
        <w:t xml:space="preserve">    (a) lacking a tendency to be full of thought</w:t>
      </w:r>
      <w:r>
        <w:br/>
      </w:r>
      <w:r>
        <w:t xml:space="preserve">    (b) mutual</w:t>
      </w:r>
      <w:r>
        <w:br/>
      </w:r>
      <w:r>
        <w:t xml:space="preserve">    (c) without a tendency to be full of thought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That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spurious</w:t>
      </w:r>
      <w:r>
        <w:rPr>
          <w:b/>
          <w:bCs/>
        </w:rPr>
        <w:t xml:space="preserve"> </w:t>
      </w:r>
      <w:r>
        <w:rPr>
          <w:b/>
          <w:bCs/>
        </w:rPr>
        <w:t xml:space="preserve">claim has already been dismissed by the court.</w:t>
      </w:r>
      <w:r>
        <w:br/>
      </w:r>
      <w:r>
        <w:t xml:space="preserve">    (a) the state or degree of having the ability to change for different situations</w:t>
      </w:r>
      <w:r>
        <w:br/>
      </w:r>
      <w:r>
        <w:t xml:space="preserve">    (b) false</w:t>
      </w:r>
      <w:r>
        <w:br/>
      </w:r>
      <w:r>
        <w:t xml:space="preserve">    (c) the quality of behaving in an instinctive, uninhibited, and unplanned manner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protesters’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strident</w:t>
      </w:r>
      <w:r>
        <w:rPr>
          <w:b/>
          <w:bCs/>
        </w:rPr>
        <w:t xml:space="preserve"> </w:t>
      </w:r>
      <w:r>
        <w:rPr>
          <w:b/>
          <w:bCs/>
        </w:rPr>
        <w:t xml:space="preserve">chants could be heard from blocks away.</w:t>
      </w:r>
      <w:r>
        <w:br/>
      </w:r>
      <w:r>
        <w:t xml:space="preserve">    (a) forceful or loud and harsh</w:t>
      </w:r>
      <w:r>
        <w:br/>
      </w:r>
      <w:r>
        <w:t xml:space="preserve">    (b) unexpected or non-typical</w:t>
      </w:r>
      <w:r>
        <w:br/>
      </w:r>
      <w:r>
        <w:t xml:space="preserve">    (c) calm and composed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vacuous</w:t>
      </w:r>
      <w:r>
        <w:rPr>
          <w:b/>
          <w:bCs/>
        </w:rPr>
        <w:t xml:space="preserve"> </w:t>
      </w:r>
      <w:r>
        <w:rPr>
          <w:b/>
          <w:bCs/>
        </w:rPr>
        <w:t xml:space="preserve">comments were either off topic or erroneous.</w:t>
      </w:r>
      <w:r>
        <w:br/>
      </w:r>
      <w:r>
        <w:t xml:space="preserve">    (a) emotion-filled</w:t>
      </w:r>
      <w:r>
        <w:br/>
      </w:r>
      <w:r>
        <w:t xml:space="preserve">    (b) dumb</w:t>
      </w:r>
      <w:r>
        <w:br/>
      </w:r>
      <w:r>
        <w:t xml:space="preserve">    (c) side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2026-07-31T15:15:43Z</dcterms:created>
  <dcterms:modified xsi:type="dcterms:W3CDTF">2026-07-31T15:15:43Z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