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77052c8b4989a29cf67652d93b2ef48d23ffae"/>
    <w:p>
      <w:pPr>
        <w:pStyle w:val="Heading1"/>
      </w:pPr>
      <w:r>
        <w:rPr>
          <w:b/>
          <w:bCs/>
        </w:rPr>
        <w:t xml:space="preserve">Frankenstein</w:t>
      </w:r>
      <w:r>
        <w:br/>
      </w:r>
      <w:r>
        <w:rPr>
          <w:i/>
          <w:iCs/>
        </w:rPr>
        <w:t xml:space="preserve">Mary Shelley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spoke in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animated</w:t>
      </w:r>
      <w:r>
        <w:rPr>
          <w:b/>
          <w:bCs/>
        </w:rPr>
        <w:t xml:space="preserve"> </w:t>
      </w:r>
      <w:r>
        <w:rPr>
          <w:b/>
          <w:bCs/>
        </w:rPr>
        <w:t xml:space="preserve">manner.</w:t>
      </w:r>
      <w:r>
        <w:br/>
      </w:r>
      <w:r>
        <w:t xml:space="preserve">    (a) enthusiastic</w:t>
      </w:r>
      <w:r>
        <w:br/>
      </w:r>
      <w:r>
        <w:t xml:space="preserve">    (b) silly</w:t>
      </w:r>
      <w:r>
        <w:br/>
      </w:r>
      <w:r>
        <w:t xml:space="preserve">    (c) soft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Is it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animate</w:t>
      </w:r>
      <w:r>
        <w:rPr>
          <w:b/>
          <w:bCs/>
        </w:rPr>
        <w:t xml:space="preserve"> </w:t>
      </w:r>
      <w:r>
        <w:rPr>
          <w:b/>
          <w:bCs/>
        </w:rPr>
        <w:t xml:space="preserve">noun?</w:t>
      </w:r>
      <w:r>
        <w:br/>
      </w:r>
      <w:r>
        <w:t xml:space="preserve">    (a) capitalized</w:t>
      </w:r>
      <w:r>
        <w:br/>
      </w:r>
      <w:r>
        <w:t xml:space="preserve">    (b) countable</w:t>
      </w:r>
      <w:r>
        <w:br/>
      </w:r>
      <w:r>
        <w:t xml:space="preserve">    (c) living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Please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</w:t>
      </w:r>
      <w:r>
        <w:rPr>
          <w:b/>
          <w:bCs/>
        </w:rPr>
        <w:t xml:space="preserve"> </w:t>
      </w:r>
      <w:r>
        <w:rPr>
          <w:b/>
          <w:bCs/>
        </w:rPr>
        <w:t xml:space="preserve">my gratitude for her hospitality.</w:t>
      </w:r>
      <w:r>
        <w:br/>
      </w:r>
      <w:r>
        <w:t xml:space="preserve">    (a) accept</w:t>
      </w:r>
      <w:r>
        <w:br/>
      </w:r>
      <w:r>
        <w:t xml:space="preserve">    (b) express</w:t>
      </w:r>
      <w:r>
        <w:br/>
      </w:r>
      <w:r>
        <w:t xml:space="preserve">    (c)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hired a carriage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</w:t>
      </w:r>
      <w:r>
        <w:rPr>
          <w:b/>
          <w:bCs/>
        </w:rPr>
        <w:t xml:space="preserve"> </w:t>
      </w:r>
      <w:r>
        <w:rPr>
          <w:b/>
          <w:bCs/>
        </w:rPr>
        <w:t xml:space="preserve">us to the city.</w:t>
      </w:r>
      <w:r>
        <w:br/>
      </w:r>
      <w:r>
        <w:t xml:space="preserve">    (a) explain</w:t>
      </w:r>
      <w:r>
        <w:br/>
      </w:r>
      <w:r>
        <w:t xml:space="preserve">    (b) give service of</w:t>
      </w:r>
      <w:r>
        <w:br/>
      </w:r>
      <w:r>
        <w:t xml:space="preserve">    (c) transport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despair</w:t>
      </w:r>
      <w:r>
        <w:rPr>
          <w:b/>
          <w:bCs/>
        </w:rPr>
        <w:t xml:space="preserve">--help is on the way!</w:t>
      </w:r>
      <w:r>
        <w:br/>
      </w:r>
      <w:r>
        <w:t xml:space="preserve">    (a) be impatient</w:t>
      </w:r>
      <w:r>
        <w:br/>
      </w:r>
      <w:r>
        <w:t xml:space="preserve">    (b) cry</w:t>
      </w:r>
      <w:r>
        <w:br/>
      </w:r>
      <w:r>
        <w:t xml:space="preserve">    (c) lose hope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endeavor</w:t>
      </w:r>
      <w:r>
        <w:rPr>
          <w:b/>
          <w:bCs/>
        </w:rPr>
        <w:t xml:space="preserve"> </w:t>
      </w:r>
      <w:r>
        <w:rPr>
          <w:b/>
          <w:bCs/>
        </w:rPr>
        <w:t xml:space="preserve">to finish by Friday.</w:t>
      </w:r>
      <w:r>
        <w:br/>
      </w:r>
      <w:r>
        <w:t xml:space="preserve">    (a) not be able</w:t>
      </w:r>
      <w:r>
        <w:br/>
      </w:r>
      <w:r>
        <w:t xml:space="preserve">    (b) promise</w:t>
      </w:r>
      <w:r>
        <w:br/>
      </w:r>
      <w:r>
        <w:t xml:space="preserve">    (c) try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a soldier, she was prepared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endure</w:t>
      </w:r>
      <w:r>
        <w:rPr>
          <w:b/>
          <w:bCs/>
        </w:rPr>
        <w:t xml:space="preserve"> </w:t>
      </w:r>
      <w:r>
        <w:rPr>
          <w:b/>
          <w:bCs/>
        </w:rPr>
        <w:t xml:space="preserve">hardship and even to sacrifice her life for others.</w:t>
      </w:r>
      <w:r>
        <w:br/>
      </w:r>
      <w:r>
        <w:t xml:space="preserve">    (a) risk</w:t>
      </w:r>
      <w:r>
        <w:br/>
      </w:r>
      <w:r>
        <w:t xml:space="preserve">    (b) suffer through</w:t>
      </w:r>
      <w:r>
        <w:br/>
      </w:r>
      <w:r>
        <w:t xml:space="preserve">    (c) cause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Over the years, the stories my grandmother told me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endured</w:t>
      </w:r>
      <w:r>
        <w:rPr>
          <w:b/>
          <w:bCs/>
        </w:rPr>
        <w:t xml:space="preserve"> </w:t>
      </w:r>
      <w:r>
        <w:rPr>
          <w:b/>
          <w:bCs/>
        </w:rPr>
        <w:t xml:space="preserve">as a source of wisdom in my life.</w:t>
      </w:r>
      <w:r>
        <w:br/>
      </w:r>
      <w:r>
        <w:t xml:space="preserve">    (a) stopped acting</w:t>
      </w:r>
      <w:r>
        <w:br/>
      </w:r>
      <w:r>
        <w:t xml:space="preserve">    (b) brought suffering</w:t>
      </w:r>
      <w:r>
        <w:br/>
      </w:r>
      <w:r>
        <w:t xml:space="preserve">    (c) continued to exist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the time, 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engaged</w:t>
      </w:r>
      <w:r>
        <w:rPr>
          <w:b/>
          <w:bCs/>
        </w:rPr>
        <w:t xml:space="preserve"> </w:t>
      </w:r>
      <w:r>
        <w:rPr>
          <w:b/>
          <w:bCs/>
        </w:rPr>
        <w:t xml:space="preserve">in a research project at Stanford.</w:t>
      </w:r>
      <w:r>
        <w:br/>
      </w:r>
      <w:r>
        <w:t xml:space="preserve">    (a) a candidate</w:t>
      </w:r>
      <w:r>
        <w:br/>
      </w:r>
      <w:r>
        <w:t xml:space="preserve">    (b) promised to marry</w:t>
      </w:r>
      <w:r>
        <w:br/>
      </w:r>
      <w:r>
        <w:t xml:space="preserve">    (c) involved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would like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engage</w:t>
      </w:r>
      <w:r>
        <w:rPr>
          <w:b/>
          <w:bCs/>
        </w:rPr>
        <w:t xml:space="preserve"> </w:t>
      </w:r>
      <w:r>
        <w:rPr>
          <w:b/>
          <w:bCs/>
        </w:rPr>
        <w:t xml:space="preserve">your services.</w:t>
      </w:r>
      <w:r>
        <w:br/>
      </w:r>
      <w:r>
        <w:t xml:space="preserve">    (a) hire</w:t>
      </w:r>
      <w:r>
        <w:br/>
      </w:r>
      <w:r>
        <w:t xml:space="preserve">    (b) investigate</w:t>
      </w:r>
      <w:r>
        <w:br/>
      </w:r>
      <w:r>
        <w:t xml:space="preserve">    (c) discuss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example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illustrates</w:t>
      </w:r>
      <w:r>
        <w:rPr>
          <w:b/>
          <w:bCs/>
        </w:rPr>
        <w:t xml:space="preserve"> </w:t>
      </w:r>
      <w:r>
        <w:rPr>
          <w:b/>
          <w:bCs/>
        </w:rPr>
        <w:t xml:space="preserve">the belief.</w:t>
      </w:r>
      <w:r>
        <w:br/>
      </w:r>
      <w:r>
        <w:t xml:space="preserve">    (a) makes clear</w:t>
      </w:r>
      <w:r>
        <w:br/>
      </w:r>
      <w:r>
        <w:t xml:space="preserve">    (b) disproves</w:t>
      </w:r>
      <w:r>
        <w:br/>
      </w:r>
      <w:r>
        <w:t xml:space="preserve">    (c) proves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indicate</w:t>
      </w:r>
      <w:r>
        <w:rPr>
          <w:b/>
          <w:bCs/>
        </w:rPr>
        <w:t xml:space="preserve"> </w:t>
      </w:r>
      <w:r>
        <w:rPr>
          <w:b/>
          <w:bCs/>
        </w:rPr>
        <w:t xml:space="preserve">which candidate she supports.</w:t>
      </w:r>
      <w:r>
        <w:br/>
      </w:r>
      <w:r>
        <w:t xml:space="preserve">    (a) decide</w:t>
      </w:r>
      <w:r>
        <w:br/>
      </w:r>
      <w:r>
        <w:t xml:space="preserve">    (b) hide or disguise</w:t>
      </w:r>
      <w:r>
        <w:br/>
      </w:r>
      <w:r>
        <w:t xml:space="preserve">    (c) express of show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one thing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perceive</w:t>
      </w:r>
      <w:r>
        <w:rPr>
          <w:b/>
          <w:bCs/>
        </w:rPr>
        <w:t xml:space="preserve"> </w:t>
      </w:r>
      <w:r>
        <w:rPr>
          <w:b/>
          <w:bCs/>
        </w:rPr>
        <w:t xml:space="preserve">something with the senses and another to understand its importance.</w:t>
      </w:r>
      <w:r>
        <w:br/>
      </w:r>
      <w:r>
        <w:t xml:space="preserve">    (a) become aware of</w:t>
      </w:r>
      <w:r>
        <w:br/>
      </w:r>
      <w:r>
        <w:t xml:space="preserve">    (b) clearly see</w:t>
      </w:r>
      <w:r>
        <w:br/>
      </w:r>
      <w:r>
        <w:t xml:space="preserve">    (c) physically touch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English, most adjectives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precede</w:t>
      </w:r>
      <w:r>
        <w:rPr>
          <w:b/>
          <w:bCs/>
        </w:rPr>
        <w:t xml:space="preserve"> </w:t>
      </w:r>
      <w:r>
        <w:rPr>
          <w:b/>
          <w:bCs/>
        </w:rPr>
        <w:t xml:space="preserve">the noun they modify.</w:t>
      </w:r>
      <w:r>
        <w:br/>
      </w:r>
      <w:r>
        <w:t xml:space="preserve">    (a) describe</w:t>
      </w:r>
      <w:r>
        <w:br/>
      </w:r>
      <w:r>
        <w:t xml:space="preserve">    (b) follow</w:t>
      </w:r>
      <w:r>
        <w:br/>
      </w:r>
      <w:r>
        <w:t xml:space="preserve">    (c) go before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reflect</w:t>
      </w:r>
      <w:r>
        <w:rPr>
          <w:b/>
          <w:bCs/>
        </w:rPr>
        <w:t xml:space="preserve"> </w:t>
      </w:r>
      <w:r>
        <w:rPr>
          <w:b/>
          <w:bCs/>
        </w:rPr>
        <w:t xml:space="preserve">on my life, I realize that it's relationships that matter most.</w:t>
      </w:r>
      <w:r>
        <w:br/>
      </w:r>
      <w:r>
        <w:t xml:space="preserve">    (a) live</w:t>
      </w:r>
      <w:r>
        <w:br/>
      </w:r>
      <w:r>
        <w:t xml:space="preserve">    (b) think carefully</w:t>
      </w:r>
      <w:r>
        <w:br/>
      </w:r>
      <w:r>
        <w:t xml:space="preserve">    (c) write a 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disorder will eventually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render</w:t>
      </w:r>
      <w:r>
        <w:rPr>
          <w:b/>
          <w:bCs/>
        </w:rPr>
        <w:t xml:space="preserve"> </w:t>
      </w:r>
      <w:r>
        <w:rPr>
          <w:b/>
          <w:bCs/>
        </w:rPr>
        <w:t xml:space="preserve">her paralyzed.</w:t>
      </w:r>
      <w:r>
        <w:br/>
      </w:r>
      <w:r>
        <w:t xml:space="preserve">    (a) unmake</w:t>
      </w:r>
      <w:r>
        <w:br/>
      </w:r>
      <w:r>
        <w:t xml:space="preserve">    (b) compare</w:t>
      </w:r>
      <w:r>
        <w:br/>
      </w:r>
      <w:r>
        <w:t xml:space="preserve">    (c) make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Is there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sufficient</w:t>
      </w:r>
      <w:r>
        <w:rPr>
          <w:b/>
          <w:bCs/>
        </w:rPr>
        <w:t xml:space="preserve"> </w:t>
      </w:r>
      <w:r>
        <w:rPr>
          <w:b/>
          <w:bCs/>
        </w:rPr>
        <w:t xml:space="preserve">cause for a search warrant?</w:t>
      </w:r>
      <w:r>
        <w:br/>
      </w:r>
      <w:r>
        <w:t xml:space="preserve">    (a) adequate (enough)</w:t>
      </w:r>
      <w:r>
        <w:br/>
      </w:r>
      <w:r>
        <w:t xml:space="preserve">    (b) dangerous</w:t>
      </w:r>
      <w:r>
        <w:br/>
      </w:r>
      <w:r>
        <w:t xml:space="preserve">    (c) clear or obvious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price of gasoline increased fifty cents this year,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thus</w:t>
      </w:r>
      <w:r>
        <w:rPr>
          <w:b/>
          <w:bCs/>
        </w:rPr>
        <w:t xml:space="preserve"> </w:t>
      </w:r>
      <w:r>
        <w:rPr>
          <w:b/>
          <w:bCs/>
        </w:rPr>
        <w:t xml:space="preserve">costing the average driver an additional $250.</w:t>
      </w:r>
      <w:r>
        <w:br/>
      </w:r>
      <w:r>
        <w:t xml:space="preserve">    (a) even though</w:t>
      </w:r>
      <w:r>
        <w:br/>
      </w:r>
      <w:r>
        <w:t xml:space="preserve">    (b) for that reason</w:t>
      </w:r>
      <w:r>
        <w:br/>
      </w:r>
      <w:r>
        <w:t xml:space="preserve">    (c) in contrast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Having betrayed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thus</w:t>
      </w:r>
      <w:r>
        <w:rPr>
          <w:b/>
          <w:bCs/>
        </w:rPr>
        <w:t xml:space="preserve">, he was not surprised when she broke up with him.</w:t>
      </w:r>
      <w:r>
        <w:br/>
      </w:r>
      <w:r>
        <w:t xml:space="preserve">    (a) in an odd way</w:t>
      </w:r>
      <w:r>
        <w:br/>
      </w:r>
      <w:r>
        <w:t xml:space="preserve">    (b) in that way</w:t>
      </w:r>
      <w:r>
        <w:br/>
      </w:r>
      <w:r>
        <w:t xml:space="preserve">    (c) in the usual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company is in danger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utter</w:t>
      </w:r>
      <w:r>
        <w:rPr>
          <w:b/>
          <w:bCs/>
        </w:rPr>
        <w:t xml:space="preserve"> </w:t>
      </w:r>
      <w:r>
        <w:rPr>
          <w:b/>
          <w:bCs/>
        </w:rPr>
        <w:t xml:space="preserve">collapse.</w:t>
      </w:r>
      <w:r>
        <w:br/>
      </w:r>
      <w:r>
        <w:t xml:space="preserve">    (a) total or complete</w:t>
      </w:r>
      <w:r>
        <w:br/>
      </w:r>
      <w:r>
        <w:t xml:space="preserve">    (b) partial</w:t>
      </w:r>
      <w:r>
        <w:br/>
      </w:r>
      <w:r>
        <w:t xml:space="preserve">    (c) possible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2026-07-27T14:14:19Z</dcterms:created>
  <dcterms:modified xsi:type="dcterms:W3CDTF">2026-07-27T14:14:19Z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