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e0e78b56c00715733af55d4c4ba485af323e5c"/>
    <w:p>
      <w:pPr>
        <w:pStyle w:val="Heading1"/>
      </w:pPr>
      <w:r>
        <w:rPr>
          <w:b/>
          <w:bCs/>
        </w:rPr>
        <w:t xml:space="preserve">Frankenstein</w:t>
      </w:r>
      <w:r>
        <w:br/>
      </w:r>
      <w:r>
        <w:rPr>
          <w:i/>
          <w:iCs/>
        </w:rPr>
        <w:t xml:space="preserve">Mary Shelley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accompanied the whale-fishers on several expeditions to the North Sea; I voluntarily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endured</w:t>
      </w:r>
      <w:r>
        <w:rPr>
          <w:b/>
          <w:bCs/>
        </w:rPr>
        <w:t xml:space="preserve"> </w:t>
      </w:r>
      <w:r>
        <w:rPr>
          <w:b/>
          <w:bCs/>
        </w:rPr>
        <w:t xml:space="preserve">cold, famine, thirst, and want of sleep;</w:t>
      </w:r>
      <w:r>
        <w:br/>
      </w:r>
      <w:r>
        <w:t xml:space="preserve">    (a) rushed through</w:t>
      </w:r>
      <w:r>
        <w:br/>
      </w:r>
      <w:r>
        <w:t xml:space="preserve">    (b) suffered through</w:t>
      </w:r>
      <w:r>
        <w:br/>
      </w:r>
      <w:r>
        <w:t xml:space="preserve">    (c) enjoyed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tranquillity which I now enjoyed did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</w:t>
      </w:r>
      <w:r>
        <w:rPr>
          <w:b/>
          <w:bCs/>
        </w:rPr>
        <w:t xml:space="preserve">.</w:t>
      </w:r>
      <w:r>
        <w:br/>
      </w:r>
      <w:r>
        <w:t xml:space="preserve">    (a) continue to exist</w:t>
      </w:r>
      <w:r>
        <w:br/>
      </w:r>
      <w:r>
        <w:t xml:space="preserve">    (b) deeply satisfy</w:t>
      </w:r>
      <w:r>
        <w:br/>
      </w:r>
      <w:r>
        <w:t xml:space="preserve">    (c) cause problems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hired a vessel and am occupied in collecting my sailors; those whom I have already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engaged</w:t>
      </w:r>
      <w:r>
        <w:rPr>
          <w:b/>
          <w:bCs/>
        </w:rPr>
        <w:t xml:space="preserve"> </w:t>
      </w:r>
      <w:r>
        <w:rPr>
          <w:b/>
          <w:bCs/>
        </w:rPr>
        <w:t xml:space="preserve">appear to be men on whom I can depend and are certainly possessed of dauntless courage.</w:t>
      </w:r>
      <w:r>
        <w:br/>
      </w:r>
      <w:r>
        <w:t xml:space="preserve">    (a) participated</w:t>
      </w:r>
      <w:r>
        <w:br/>
      </w:r>
      <w:r>
        <w:t xml:space="preserve">    (b) talked with</w:t>
      </w:r>
      <w:r>
        <w:br/>
      </w:r>
      <w:r>
        <w:t xml:space="preserve">    (c) hired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Two years passed in this manner, during which I paid no visit to Geneva, but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engaged</w:t>
      </w:r>
      <w:r>
        <w:rPr>
          <w:b/>
          <w:bCs/>
        </w:rPr>
        <w:t xml:space="preserve">, heart and soul, in the pursuit of some discoveries which I hoped to make.</w:t>
      </w:r>
      <w:r>
        <w:br/>
      </w:r>
      <w:r>
        <w:t xml:space="preserve">    (a) occupied (involved)</w:t>
      </w:r>
      <w:r>
        <w:br/>
      </w:r>
      <w:r>
        <w:t xml:space="preserve">    (b) promised to marry</w:t>
      </w:r>
      <w:r>
        <w:br/>
      </w:r>
      <w:r>
        <w:t xml:space="preserve">    (c) hired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am, however, in good spirits: my men are bold and apparently firm of purpose, nor do the floating sheets of ice that continually pass us,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indicating</w:t>
      </w:r>
      <w:r>
        <w:rPr>
          <w:b/>
          <w:bCs/>
        </w:rPr>
        <w:t xml:space="preserve"> </w:t>
      </w:r>
      <w:r>
        <w:rPr>
          <w:b/>
          <w:bCs/>
        </w:rPr>
        <w:t xml:space="preserve">the dangers of the region towards which we are advancing, appear to dismay them.</w:t>
      </w:r>
      <w:r>
        <w:br/>
      </w:r>
      <w:r>
        <w:t xml:space="preserve">    (a) showing</w:t>
      </w:r>
      <w:r>
        <w:br/>
      </w:r>
      <w:r>
        <w:t xml:space="preserve">    (b) getting past</w:t>
      </w:r>
      <w:r>
        <w:br/>
      </w:r>
      <w:r>
        <w:t xml:space="preserve">    (c) minimizing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the circumstances of his marriage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illustrate</w:t>
      </w:r>
      <w:r>
        <w:rPr>
          <w:b/>
          <w:bCs/>
        </w:rPr>
        <w:t xml:space="preserve"> </w:t>
      </w:r>
      <w:r>
        <w:rPr>
          <w:b/>
          <w:bCs/>
        </w:rPr>
        <w:t xml:space="preserve">his character, I cannot refrain from relating them.</w:t>
      </w:r>
      <w:r>
        <w:br/>
      </w:r>
      <w:r>
        <w:t xml:space="preserve">    (a) draw a picture</w:t>
      </w:r>
      <w:r>
        <w:br/>
      </w:r>
      <w:r>
        <w:t xml:space="preserve">    (b) help make clear</w:t>
      </w:r>
      <w:r>
        <w:br/>
      </w:r>
      <w:r>
        <w:t xml:space="preserve">    (c) voice support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days and nights of incredible labour and fatigue, I succeeded in discovering the cause of generation and life; nay, more, I became myself capable of bestowing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animation</w:t>
      </w:r>
      <w:r>
        <w:rPr>
          <w:b/>
          <w:bCs/>
        </w:rPr>
        <w:t xml:space="preserve"> </w:t>
      </w:r>
      <w:r>
        <w:rPr>
          <w:b/>
          <w:bCs/>
        </w:rPr>
        <w:t xml:space="preserve">upon lifeless matter.</w:t>
      </w:r>
      <w:r>
        <w:br/>
      </w:r>
      <w:r>
        <w:t xml:space="preserve">    (a) life</w:t>
      </w:r>
      <w:r>
        <w:br/>
      </w:r>
      <w:r>
        <w:t xml:space="preserve">    (b) cartoons</w:t>
      </w:r>
      <w:r>
        <w:br/>
      </w:r>
      <w:r>
        <w:t xml:space="preserve">    (c)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hair of a shining raven black, and curiously braided; her eyes were dark, but gentle, although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animated</w:t>
      </w:r>
      <w:r>
        <w:rPr>
          <w:b/>
          <w:bCs/>
        </w:rPr>
        <w:t xml:space="preserve">;</w:t>
      </w:r>
      <w:r>
        <w:br/>
      </w:r>
      <w:r>
        <w:t xml:space="preserve">    (a) dull</w:t>
      </w:r>
      <w:r>
        <w:br/>
      </w:r>
      <w:r>
        <w:t xml:space="preserve">    (b) sleepy</w:t>
      </w:r>
      <w:r>
        <w:br/>
      </w:r>
      <w:r>
        <w:t xml:space="preserve">    (c) lively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continued walking in this manner for some time,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endeavouring</w:t>
      </w:r>
      <w:r>
        <w:rPr>
          <w:b/>
          <w:bCs/>
        </w:rPr>
        <w:t xml:space="preserve"> </w:t>
      </w:r>
      <w:r>
        <w:rPr>
          <w:b/>
          <w:bCs/>
        </w:rPr>
        <w:t xml:space="preserve">by bodily exercise to ease the load that weighed upon my mind.</w:t>
      </w:r>
      <w:r>
        <w:br/>
      </w:r>
      <w:r>
        <w:t xml:space="preserve">    (a) failing</w:t>
      </w:r>
      <w:r>
        <w:br/>
      </w:r>
      <w:r>
        <w:t xml:space="preserve">    (b) trying</w:t>
      </w:r>
      <w:r>
        <w:br/>
      </w:r>
      <w:r>
        <w:t xml:space="preserve">    (c) succeeding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have guessed right; I have lately been so deeply engaged in one occupation that I have not allowed myself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sufficient</w:t>
      </w:r>
      <w:r>
        <w:rPr>
          <w:b/>
          <w:bCs/>
        </w:rPr>
        <w:t xml:space="preserve"> </w:t>
      </w:r>
      <w:r>
        <w:rPr>
          <w:b/>
          <w:bCs/>
        </w:rPr>
        <w:t xml:space="preserve">rest, as you see; but I hope, I sincerely hope, that all these employments are now at an end and that I am at length free.</w:t>
      </w:r>
      <w:r>
        <w:br/>
      </w:r>
      <w:r>
        <w:t xml:space="preserve">    (a) extra</w:t>
      </w:r>
      <w:r>
        <w:br/>
      </w:r>
      <w:r>
        <w:t xml:space="preserve">    (b) enough</w:t>
      </w:r>
      <w:r>
        <w:br/>
      </w:r>
      <w:r>
        <w:t xml:space="preserve">    (c) any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...words cannot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an idea of the heart-sickening despair that I then endured.</w:t>
      </w:r>
      <w:r>
        <w:br/>
      </w:r>
      <w:r>
        <w:t xml:space="preserve">    (a) hear</w:t>
      </w:r>
      <w:r>
        <w:br/>
      </w:r>
      <w:r>
        <w:t xml:space="preserve">    (b) understand</w:t>
      </w:r>
      <w:r>
        <w:br/>
      </w:r>
      <w:r>
        <w:t xml:space="preserve">    (c) express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...he had consequently hired a vessel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him to Constantinople, for which city he should sail in a few hours.</w:t>
      </w:r>
      <w:r>
        <w:br/>
      </w:r>
      <w:r>
        <w:t xml:space="preserve">    (a) transport</w:t>
      </w:r>
      <w:r>
        <w:br/>
      </w:r>
      <w:r>
        <w:t xml:space="preserve">    (b) spread</w:t>
      </w:r>
      <w:r>
        <w:br/>
      </w:r>
      <w:r>
        <w:t xml:space="preserve">    (c) communicate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perceived</w:t>
      </w:r>
      <w:r>
        <w:rPr>
          <w:b/>
          <w:bCs/>
        </w:rPr>
        <w:t xml:space="preserve"> </w:t>
      </w:r>
      <w:r>
        <w:rPr>
          <w:b/>
          <w:bCs/>
        </w:rPr>
        <w:t xml:space="preserve">that the words they spoke sometimes produced pleasure or pain, smiles or sadness, in the minds and countenances of the hearers.</w:t>
      </w:r>
      <w:r>
        <w:br/>
      </w:r>
      <w:r>
        <w:t xml:space="preserve">    (a) saw (became aware)</w:t>
      </w:r>
      <w:r>
        <w:br/>
      </w:r>
      <w:r>
        <w:t xml:space="preserve">    (b) was confused</w:t>
      </w:r>
      <w:r>
        <w:br/>
      </w:r>
      <w:r>
        <w:t xml:space="preserve">    (c) feared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your journal of the four months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preceded</w:t>
      </w:r>
      <w:r>
        <w:rPr>
          <w:b/>
          <w:bCs/>
        </w:rPr>
        <w:t xml:space="preserve"> </w:t>
      </w:r>
      <w:r>
        <w:rPr>
          <w:b/>
          <w:bCs/>
        </w:rPr>
        <w:t xml:space="preserve">my creation.</w:t>
      </w:r>
      <w:r>
        <w:br/>
      </w:r>
      <w:r>
        <w:t xml:space="preserve">    (a) were after</w:t>
      </w:r>
      <w:r>
        <w:br/>
      </w:r>
      <w:r>
        <w:t xml:space="preserve">    (b) were before</w:t>
      </w:r>
      <w:r>
        <w:br/>
      </w:r>
      <w:r>
        <w:t xml:space="preserve">    (c) were during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Autumn passed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thus</w:t>
      </w:r>
      <w:r>
        <w:rPr>
          <w:b/>
          <w:bCs/>
        </w:rPr>
        <w:t xml:space="preserve">.</w:t>
      </w:r>
      <w:r>
        <w:br/>
      </w:r>
      <w:r>
        <w:t xml:space="preserve">    (a) in an odd way</w:t>
      </w:r>
      <w:r>
        <w:br/>
      </w:r>
      <w:r>
        <w:t xml:space="preserve">    (b) in that way</w:t>
      </w:r>
      <w:r>
        <w:br/>
      </w:r>
      <w:r>
        <w:t xml:space="preserve">    (c) in the usual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 fear, from what you have yourself described to be his properties, that this will prove impracticable;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thus</w:t>
      </w:r>
      <w:r>
        <w:rPr>
          <w:b/>
          <w:bCs/>
        </w:rPr>
        <w:t xml:space="preserve">, while every proper measure is pursued, you should make up your mind to disappointment.</w:t>
      </w:r>
      <w:r>
        <w:br/>
      </w:r>
      <w:r>
        <w:t xml:space="preserve">    (a) from another point of view</w:t>
      </w:r>
      <w:r>
        <w:br/>
      </w:r>
      <w:r>
        <w:t xml:space="preserve">    (b) for that reason</w:t>
      </w:r>
      <w:r>
        <w:br/>
      </w:r>
      <w:r>
        <w:t xml:space="preserve">    (c) in addition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.</w:t>
      </w:r>
      <w:r>
        <w:br/>
      </w:r>
      <w:r>
        <w:t xml:space="preserve">    (a) set a bad example</w:t>
      </w:r>
      <w:r>
        <w:br/>
      </w:r>
      <w:r>
        <w:t xml:space="preserve">    (b) celebrate too early</w:t>
      </w:r>
      <w:r>
        <w:br/>
      </w:r>
      <w:r>
        <w:t xml:space="preserve">    (c) give up hope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...a thousand conflicting emotions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rendered</w:t>
      </w:r>
      <w:r>
        <w:rPr>
          <w:b/>
          <w:bCs/>
        </w:rPr>
        <w:t xml:space="preserve"> </w:t>
      </w:r>
      <w:r>
        <w:rPr>
          <w:b/>
          <w:bCs/>
        </w:rPr>
        <w:t xml:space="preserve">her mute as she bade me a tearful, silent farewell.</w:t>
      </w:r>
      <w:r>
        <w:br/>
      </w:r>
      <w:r>
        <w:t xml:space="preserve">    (a) drew</w:t>
      </w:r>
      <w:r>
        <w:br/>
      </w:r>
      <w:r>
        <w:t xml:space="preserve">    (b) made</w:t>
      </w:r>
      <w:r>
        <w:br/>
      </w:r>
      <w:r>
        <w:t xml:space="preserve">    (c) provided a service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attempted to accompany them and proceeded a short distance from the house, but my head whirled round, my steps were like those of a drunken man, I fell at last in a state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utter</w:t>
      </w:r>
      <w:r>
        <w:rPr>
          <w:b/>
          <w:bCs/>
        </w:rPr>
        <w:t xml:space="preserve"> </w:t>
      </w:r>
      <w:r>
        <w:rPr>
          <w:b/>
          <w:bCs/>
        </w:rPr>
        <w:t xml:space="preserve">exhaustion;</w:t>
      </w:r>
      <w:r>
        <w:br/>
      </w:r>
      <w:r>
        <w:t xml:space="preserve">    (a) complete</w:t>
      </w:r>
      <w:r>
        <w:br/>
      </w:r>
      <w:r>
        <w:t xml:space="preserve">    (b) denied</w:t>
      </w:r>
      <w:r>
        <w:br/>
      </w:r>
      <w:r>
        <w:t xml:space="preserve">    (c) partial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Yet it is terrible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reflect</w:t>
      </w:r>
      <w:r>
        <w:rPr>
          <w:b/>
          <w:bCs/>
        </w:rPr>
        <w:t xml:space="preserve"> </w:t>
      </w:r>
      <w:r>
        <w:rPr>
          <w:b/>
          <w:bCs/>
        </w:rPr>
        <w:t xml:space="preserve">that the lives of all these men are endangered through me.</w:t>
      </w:r>
      <w:r>
        <w:br/>
      </w:r>
      <w:r>
        <w:t xml:space="preserve">    (a) express in writing</w:t>
      </w:r>
      <w:r>
        <w:br/>
      </w:r>
      <w:r>
        <w:t xml:space="preserve">    (b) learn</w:t>
      </w:r>
      <w:r>
        <w:br/>
      </w:r>
      <w:r>
        <w:t xml:space="preserve">    (c) think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2026-07-27T14:14:19Z</dcterms:created>
  <dcterms:modified xsi:type="dcterms:W3CDTF">2026-07-27T14:14:19Z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