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3ebd342cf5736461f5ea1c390b8d030fa1704b"/>
    <w:p>
      <w:pPr>
        <w:pStyle w:val="Heading1"/>
      </w:pPr>
      <w:r>
        <w:rPr>
          <w:b/>
          <w:bCs/>
        </w:rPr>
        <w:t xml:space="preserve">Forged by Fire</w:t>
      </w:r>
      <w:r>
        <w:br/>
      </w:r>
      <w:r>
        <w:rPr>
          <w:i/>
          <w:iCs/>
        </w:rPr>
        <w:t xml:space="preserve">Sharon M. Draper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Aunt Queen's shoulders drooped a bit then, and she said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resignation</w:t>
      </w:r>
      <w:r>
        <w:rPr>
          <w:b/>
          <w:bCs/>
        </w:rPr>
        <w:t xml:space="preserve">, "But unfortunately, this ain't one of them."</w:t>
      </w:r>
      <w:r>
        <w:br/>
      </w:r>
      <w:r>
        <w:t xml:space="preserve">    (a) the act of finding fault and telling others; or a description of faults</w:t>
      </w:r>
      <w:r>
        <w:br/>
      </w:r>
      <w:r>
        <w:t xml:space="preserve">    (b) acceptance of something undesired as unavoidable or the lesser of evils</w:t>
      </w:r>
      <w:r>
        <w:br/>
      </w:r>
      <w:r>
        <w:t xml:space="preserve">    (c) the process of thinking carefully and making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flames, the fear, the feeling of utter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desolation</w:t>
      </w:r>
      <w:r>
        <w:rPr>
          <w:b/>
          <w:bCs/>
        </w:rPr>
        <w:t xml:space="preserve"> </w:t>
      </w:r>
      <w:r>
        <w:rPr>
          <w:b/>
          <w:bCs/>
        </w:rPr>
        <w:t xml:space="preserve">were too much for him to handle.</w:t>
      </w:r>
      <w:r>
        <w:br/>
      </w:r>
      <w:r>
        <w:t xml:space="preserve">    (a) a feeling of extreme sadness or misery--often with loneliness</w:t>
      </w:r>
      <w:r>
        <w:br/>
      </w:r>
      <w:r>
        <w:t xml:space="preserve">    (b) not trustworthy with secrets, and/or conspicuous or obtrusive</w:t>
      </w:r>
      <w:r>
        <w:br/>
      </w:r>
      <w:r>
        <w:t xml:space="preserve">    (c) the state or degree of being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Queen positioned her chair close to his bed,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deftly</w:t>
      </w:r>
      <w:r>
        <w:rPr>
          <w:b/>
          <w:bCs/>
        </w:rPr>
        <w:t xml:space="preserve"> </w:t>
      </w:r>
      <w:r>
        <w:rPr>
          <w:b/>
          <w:bCs/>
        </w:rPr>
        <w:t xml:space="preserve">lifted him up, and cuddled him in her ample lap.</w:t>
      </w:r>
      <w:r>
        <w:br/>
      </w:r>
      <w:r>
        <w:t xml:space="preserve">    (a) quick and skillful</w:t>
      </w:r>
      <w:r>
        <w:br/>
      </w:r>
      <w:r>
        <w:t xml:space="preserve">    (b) in a sloped manner</w:t>
      </w:r>
      <w:r>
        <w:br/>
      </w:r>
      <w:r>
        <w:t xml:space="preserve">    (c) with strong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tree went up, with a great deal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traditional</w:t>
      </w:r>
      <w:r>
        <w:rPr>
          <w:b/>
          <w:bCs/>
        </w:rPr>
        <w:t xml:space="preserve"> </w:t>
      </w:r>
      <w:r>
        <w:rPr>
          <w:b/>
          <w:bCs/>
        </w:rPr>
        <w:t xml:space="preserve">fanfare (like making popcorn to string for garlands and making ornaments of soap and old Christmas cards) during the first week in December and stayed up until New Year's Day.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relating to practice or belief that is long-established or was previously long-established  OR  relating to stories passed down through generations</w:t>
      </w:r>
      <w:r>
        <w:br/>
      </w:r>
      <w:r>
        <w:t xml:space="preserve">    (c) related to an economic system based on government ownership or control of all important companies -- with the ideal of equal benefits to all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"Jordan, what should I do?" Monique asked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plaintively</w:t>
      </w:r>
      <w:r>
        <w:rPr>
          <w:b/>
          <w:bCs/>
        </w:rPr>
        <w:t xml:space="preserve">.</w:t>
      </w:r>
      <w:r>
        <w:br/>
      </w:r>
      <w:r>
        <w:t xml:space="preserve">    (a) done on purpose</w:t>
      </w:r>
      <w:r>
        <w:br/>
      </w:r>
      <w:r>
        <w:t xml:space="preserve">    (b) with steadiness</w:t>
      </w:r>
      <w:r>
        <w:br/>
      </w:r>
      <w:r>
        <w:t xml:space="preserve">    (c) in a sad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acknowledge</w:t>
      </w:r>
      <w:r>
        <w:rPr>
          <w:b/>
          <w:bCs/>
        </w:rPr>
        <w:t xml:space="preserve"> </w:t>
      </w:r>
      <w:r>
        <w:rPr>
          <w:b/>
          <w:bCs/>
        </w:rPr>
        <w:t xml:space="preserve">Aunt Queen, nor did he thank her for the meal.</w:t>
      </w:r>
      <w:r>
        <w:br/>
      </w:r>
      <w:r>
        <w:t xml:space="preserve">    (a) translate</w:t>
      </w:r>
      <w:r>
        <w:br/>
      </w:r>
      <w:r>
        <w:t xml:space="preserve">    (b) recognize publically</w:t>
      </w:r>
      <w:r>
        <w:br/>
      </w:r>
      <w:r>
        <w:t xml:space="preserve">    (c) collision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Gerald was showing her all of the secrets of his backyard, while she obliged him by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genuinely</w:t>
      </w:r>
      <w:r>
        <w:rPr>
          <w:b/>
          <w:bCs/>
        </w:rPr>
        <w:t xml:space="preserve"> </w:t>
      </w:r>
      <w:r>
        <w:rPr>
          <w:b/>
          <w:bCs/>
        </w:rPr>
        <w:t xml:space="preserve">impressed with his rock collection, his "fighting sticks," and even his treasure box.</w:t>
      </w:r>
      <w:r>
        <w:br/>
      </w:r>
      <w:r>
        <w:t xml:space="preserve">    (a) wisely</w:t>
      </w:r>
      <w:r>
        <w:br/>
      </w:r>
      <w:r>
        <w:t xml:space="preserve">    (b) mainly</w:t>
      </w:r>
      <w:r>
        <w:br/>
      </w:r>
      <w:r>
        <w:t xml:space="preserve">    (c) really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Monique knew about it, but was so afraid of Jordan that she'd accepted it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discipline.</w:t>
      </w:r>
      <w:r>
        <w:br/>
      </w:r>
      <w:r>
        <w:t xml:space="preserve">    (a) angry</w:t>
      </w:r>
      <w:r>
        <w:br/>
      </w:r>
      <w:r>
        <w:t xml:space="preserve">    (b) suitable (fitting) for the situation</w:t>
      </w:r>
      <w:r>
        <w:br/>
      </w:r>
      <w:r>
        <w:t xml:space="preserve">    (c) easy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Angel was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hysterical</w:t>
      </w:r>
      <w:r>
        <w:rPr>
          <w:b/>
          <w:bCs/>
        </w:rPr>
        <w:t xml:space="preserve">.</w:t>
      </w:r>
      <w:r>
        <w:br/>
      </w:r>
      <w:r>
        <w:t xml:space="preserve">    (a) when what happens is very different than what might be expected; or when things seem incongruous together</w:t>
      </w:r>
      <w:r>
        <w:br/>
      </w:r>
      <w:r>
        <w:t xml:space="preserve">    (b) exceedingly funny (resulting in uncontrollable laughter); or exhibiting excessive, uncontrollable emotion</w:t>
      </w:r>
      <w:r>
        <w:br/>
      </w:r>
      <w:r>
        <w:t xml:space="preserve">    (c) marked by a colonnade (series of regularly spaced columns) surrounding a building or enclosing a courtyard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"What about your job?" Monique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inquired</w:t>
      </w:r>
      <w:r>
        <w:rPr>
          <w:b/>
          <w:bCs/>
        </w:rPr>
        <w:t xml:space="preserve"> </w:t>
      </w:r>
      <w:r>
        <w:rPr>
          <w:b/>
          <w:bCs/>
        </w:rPr>
        <w:t xml:space="preserve">hesitantly.</w:t>
      </w:r>
      <w:r>
        <w:br/>
      </w:r>
      <w:r>
        <w:t xml:space="preserve">    (a) gradually added or removed</w:t>
      </w:r>
      <w:r>
        <w:br/>
      </w:r>
      <w:r>
        <w:t xml:space="preserve">    (b) asked</w:t>
      </w:r>
      <w:r>
        <w:br/>
      </w:r>
      <w:r>
        <w:t xml:space="preserve">    (c) limited or with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Especially if Jordan doesn't do anything to get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report from probation.</w:t>
      </w:r>
      <w:r>
        <w:br/>
      </w:r>
      <w:r>
        <w:t xml:space="preserve">    (a) begin fighting</w:t>
      </w:r>
      <w:r>
        <w:br/>
      </w:r>
      <w:r>
        <w:t xml:space="preserve">    (b) tell (a story)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heard him tell Monique that he got a job, and reports to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probation officer</w:t>
      </w:r>
      <w:r>
        <w:rPr>
          <w:b/>
          <w:bCs/>
        </w:rPr>
        <w:t xml:space="preserve"> </w:t>
      </w:r>
      <w:r>
        <w:rPr>
          <w:b/>
          <w:bCs/>
        </w:rPr>
        <w:t xml:space="preserve">right on time.</w:t>
      </w:r>
      <w:r>
        <w:br/>
      </w:r>
      <w:r>
        <w:t xml:space="preserve">    (a) the result of numerical division (if 8 divided by 4 = 2, then 8 can be described as the dividend, 4 as the divisor, and 2 as the quotient)</w:t>
      </w:r>
      <w:r>
        <w:br/>
      </w:r>
      <w:r>
        <w:t xml:space="preserve">    (b)</w:t>
      </w:r>
      <w:r>
        <w:t xml:space="preserve"> </w:t>
      </w:r>
      <w:r>
        <w:rPr>
          <w:u w:val="single"/>
        </w:rPr>
        <w:t xml:space="preserve">n</w:t>
      </w:r>
      <w:r>
        <w:t xml:space="preserve">on-</w:t>
      </w:r>
      <w:r>
        <w:rPr>
          <w:u w:val="single"/>
        </w:rPr>
        <w:t xml:space="preserve">g</w:t>
      </w:r>
      <w:r>
        <w:t xml:space="preserve">overnmental</w:t>
      </w:r>
      <w:r>
        <w:t xml:space="preserve"> </w:t>
      </w:r>
      <w:r>
        <w:rPr>
          <w:u w:val="single"/>
        </w:rPr>
        <w:t xml:space="preserve">o</w:t>
      </w:r>
      <w:r>
        <w:t xml:space="preserve">rganization (private, non-profit organization working for member goals at the international level)</w:t>
      </w:r>
      <w:r>
        <w:br/>
      </w:r>
      <w:r>
        <w:t xml:space="preserve">    (c) a person who monitors a criminal who does not have to be in prison as long as they demonstrate good behavior and obey special restrictions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across the gym, it seemed she could smell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stifling</w:t>
      </w:r>
      <w:r>
        <w:rPr>
          <w:b/>
          <w:bCs/>
        </w:rPr>
        <w:t xml:space="preserve"> </w:t>
      </w:r>
      <w:r>
        <w:rPr>
          <w:b/>
          <w:bCs/>
        </w:rPr>
        <w:t xml:space="preserve">cologne.</w:t>
      </w:r>
      <w:r>
        <w:br/>
      </w:r>
      <w:r>
        <w:t xml:space="preserve">    (a) directing energy from a negative (unacceptable) impulse or urge into a positive or acceptable action</w:t>
      </w:r>
      <w:r>
        <w:br/>
      </w:r>
      <w:r>
        <w:t xml:space="preserve">    (b) making breathing more difficult</w:t>
      </w:r>
      <w:r>
        <w:br/>
      </w:r>
      <w:r>
        <w:t xml:space="preserve">    (c) developing or evolving from a latent or potential state  OR  (more rarely) determining by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night of Angel's dance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recital</w:t>
      </w:r>
      <w:r>
        <w:rPr>
          <w:b/>
          <w:bCs/>
        </w:rPr>
        <w:t xml:space="preserve"> </w:t>
      </w:r>
      <w:r>
        <w:rPr>
          <w:b/>
          <w:bCs/>
        </w:rPr>
        <w:t xml:space="preserve">was stormy and overcast, but her excitement made the evening seem almost sunny.</w:t>
      </w:r>
      <w:r>
        <w:br/>
      </w:r>
      <w:r>
        <w:t xml:space="preserve">    (a) performance</w:t>
      </w:r>
      <w:r>
        <w:br/>
      </w:r>
      <w:r>
        <w:t xml:space="preserve">    (b) storyteller</w:t>
      </w:r>
      <w:r>
        <w:br/>
      </w:r>
      <w:r>
        <w:t xml:space="preserve">    (c) translation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Angel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and quiet;</w:t>
      </w:r>
      <w:r>
        <w:br/>
      </w:r>
      <w:r>
        <w:t xml:space="preserve">    (a) exactness or accuracy</w:t>
      </w:r>
      <w:r>
        <w:br/>
      </w:r>
      <w:r>
        <w:t xml:space="preserve">    (b) not easily identified</w:t>
      </w:r>
      <w:r>
        <w:br/>
      </w:r>
      <w:r>
        <w:t xml:space="preserve">    (c) showing a gloomy or bad mood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angry—hot,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seething</w:t>
      </w:r>
      <w:r>
        <w:rPr>
          <w:b/>
          <w:bCs/>
        </w:rPr>
        <w:t xml:space="preserve"> </w:t>
      </w:r>
      <w:r>
        <w:rPr>
          <w:b/>
          <w:bCs/>
        </w:rPr>
        <w:t xml:space="preserve">angry—but he knew that, because of Angel, he had to control himself.</w:t>
      </w:r>
      <w:r>
        <w:br/>
      </w:r>
      <w:r>
        <w:t xml:space="preserve">    (a) treating something in an educated, intellectual way -- often excluding emotional or practical considerations</w:t>
      </w:r>
      <w:r>
        <w:br/>
      </w:r>
      <w:r>
        <w:t xml:space="preserve">    (b) roughly calculating or guessing (based on incomplete information) a value, quantity, or extent of something</w:t>
      </w:r>
      <w:r>
        <w:br/>
      </w:r>
      <w:r>
        <w:t xml:space="preserve">    (c) in a state where held-in anger is exceedingly upsetting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Gerald hung up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hopelessness</w:t>
      </w:r>
      <w:r>
        <w:br/>
      </w:r>
      <w:r>
        <w:t xml:space="preserve">    (b) adjusts a lens to make an image clear</w:t>
      </w:r>
      <w:r>
        <w:br/>
      </w:r>
      <w:r>
        <w:t xml:space="preserve">    (c) not creating disagreement or struggle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"Maybe Monique has already left us," Gerald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mused</w:t>
      </w:r>
      <w:r>
        <w:rPr>
          <w:b/>
          <w:bCs/>
        </w:rPr>
        <w:t xml:space="preserve">.</w:t>
      </w:r>
      <w:r>
        <w:br/>
      </w:r>
      <w:r>
        <w:t xml:space="preserve">    (a) expelled or gotten rid of</w:t>
      </w:r>
      <w:r>
        <w:br/>
      </w:r>
      <w:r>
        <w:t xml:space="preserve">    (b) thought</w:t>
      </w:r>
      <w:r>
        <w:br/>
      </w:r>
      <w:r>
        <w:t xml:space="preserve">    (c) was abundant or plentiful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wished she had run out when he'd first walked in, but she had stopped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wary</w:t>
      </w:r>
      <w:r>
        <w:rPr>
          <w:b/>
          <w:bCs/>
        </w:rPr>
        <w:t xml:space="preserve">, stopped being afraid.</w:t>
      </w:r>
      <w:r>
        <w:br/>
      </w:r>
      <w:r>
        <w:t xml:space="preserve">    (a) nervous or distrustful</w:t>
      </w:r>
      <w:r>
        <w:br/>
      </w:r>
      <w:r>
        <w:t xml:space="preserve">    (b) indicating approval or agreement</w:t>
      </w:r>
      <w:r>
        <w:br/>
      </w:r>
      <w:r>
        <w:t xml:space="preserve">    (c)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Soon the whole stove was covered with hot flames that licked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everything they touched.</w:t>
      </w:r>
      <w:r>
        <w:br/>
      </w:r>
      <w:r>
        <w:t xml:space="preserve">    (a) played cheerful and lively music</w:t>
      </w:r>
      <w:r>
        <w:br/>
      </w:r>
      <w:r>
        <w:t xml:space="preserve">    (b) caused something to move forward</w:t>
      </w:r>
      <w:r>
        <w:br/>
      </w:r>
      <w:r>
        <w:t xml:space="preserve">    (c) destroyed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2026-07-31T18:38:37Z</dcterms:created>
  <dcterms:modified xsi:type="dcterms:W3CDTF">2026-07-31T18:38:37Z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