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a371869cd21f128fb32dcccedd4ac09417dd44"/>
    <w:p>
      <w:pPr>
        <w:pStyle w:val="Heading1"/>
      </w:pPr>
      <w:r>
        <w:rPr>
          <w:b/>
          <w:bCs/>
        </w:rPr>
        <w:t xml:space="preserve">For Whom the Bell Tolls</w:t>
      </w:r>
      <w:r>
        <w:br/>
      </w:r>
      <w:r>
        <w:rPr>
          <w:i/>
          <w:iCs/>
        </w:rPr>
        <w:t xml:space="preserve">Ernest Hemingway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opposition</w:t>
      </w:r>
      <w:r>
        <w:br/>
      </w:r>
      <w:r>
        <w:t xml:space="preserve">    (b) ignorance</w:t>
      </w:r>
      <w:r>
        <w:br/>
      </w:r>
      <w:r>
        <w:t xml:space="preserve">    (c) keeping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support the Geneva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</w:t>
      </w:r>
      <w:r>
        <w:rPr>
          <w:b/>
          <w:bCs/>
        </w:rPr>
        <w:t xml:space="preserve">.</w:t>
      </w:r>
      <w:r>
        <w:br/>
      </w:r>
      <w:r>
        <w:t xml:space="preserve">    (a) saying</w:t>
      </w:r>
      <w:r>
        <w:br/>
      </w:r>
      <w:r>
        <w:t xml:space="preserve">    (b) people</w:t>
      </w:r>
      <w:r>
        <w:br/>
      </w:r>
      <w:r>
        <w:t xml:space="preserve">    (c)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 call herself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anarchist</w:t>
      </w:r>
      <w:r>
        <w:rPr>
          <w:b/>
          <w:bCs/>
        </w:rPr>
        <w:t xml:space="preserve">, but she refused to follow rules she saw as unfair.</w:t>
      </w:r>
      <w:r>
        <w:br/>
      </w:r>
      <w:r>
        <w:t xml:space="preserve">    (a) someone who gives advice</w:t>
      </w:r>
      <w:r>
        <w:br/>
      </w:r>
      <w:r>
        <w:t xml:space="preserve">    (b) someone against authority</w:t>
      </w:r>
      <w:r>
        <w:br/>
      </w:r>
      <w:r>
        <w:t xml:space="preserve">    (c) someone with anxiety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Marx's writings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communism</w:t>
      </w:r>
      <w:r>
        <w:rPr>
          <w:b/>
          <w:bCs/>
        </w:rPr>
        <w:t xml:space="preserve"> </w:t>
      </w:r>
      <w:r>
        <w:rPr>
          <w:b/>
          <w:bCs/>
        </w:rPr>
        <w:t xml:space="preserve">inspired revolutions across many countries in the 1900s.</w:t>
      </w:r>
      <w:r>
        <w:br/>
      </w:r>
      <w:r>
        <w:t xml:space="preserve">    (a) free market trade</w:t>
      </w:r>
      <w:r>
        <w:br/>
      </w:r>
      <w:r>
        <w:t xml:space="preserve">    (b) collective ownership</w:t>
      </w:r>
      <w:r>
        <w:br/>
      </w:r>
      <w:r>
        <w:t xml:space="preserve">    (c) religious reform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road crew repaired the rusted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culvert</w:t>
      </w:r>
      <w:r>
        <w:rPr>
          <w:b/>
          <w:bCs/>
        </w:rPr>
        <w:t xml:space="preserve"> </w:t>
      </w:r>
      <w:r>
        <w:rPr>
          <w:b/>
          <w:bCs/>
        </w:rPr>
        <w:t xml:space="preserve">before winter.</w:t>
      </w:r>
      <w:r>
        <w:br/>
      </w:r>
      <w:r>
        <w:t xml:space="preserve">    (a) a high lookout</w:t>
      </w:r>
      <w:r>
        <w:br/>
      </w:r>
      <w:r>
        <w:t xml:space="preserve">    (b) a roadside drain</w:t>
      </w:r>
      <w:r>
        <w:br/>
      </w:r>
      <w:r>
        <w:t xml:space="preserve">    (c) a wooden bench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she has grown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</w:t>
      </w:r>
      <w:r>
        <w:rPr>
          <w:b/>
          <w:bCs/>
        </w:rPr>
        <w:t xml:space="preserve"> </w:t>
      </w:r>
      <w:r>
        <w:rPr>
          <w:b/>
          <w:bCs/>
        </w:rPr>
        <w:t xml:space="preserve">and unhappy.</w:t>
      </w:r>
      <w:r>
        <w:br/>
      </w:r>
      <w:r>
        <w:t xml:space="preserve">    (a) distrustful of others</w:t>
      </w:r>
      <w:r>
        <w:br/>
      </w:r>
      <w:r>
        <w:t xml:space="preserve">    (b) trusting of strangers</w:t>
      </w:r>
      <w:r>
        <w:br/>
      </w:r>
      <w:r>
        <w:t xml:space="preserve">    (c) envious of friends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making music, but she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disillusioned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music industry.</w:t>
      </w:r>
      <w:r>
        <w:br/>
      </w:r>
      <w:r>
        <w:t xml:space="preserve">    (a) overworked</w:t>
      </w:r>
      <w:r>
        <w:br/>
      </w:r>
      <w:r>
        <w:t xml:space="preserve">    (b) bored</w:t>
      </w:r>
      <w:r>
        <w:br/>
      </w:r>
      <w:r>
        <w:t xml:space="preserve">    (c) disappointed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insolent</w:t>
      </w:r>
      <w:r>
        <w:rPr>
          <w:b/>
          <w:bCs/>
        </w:rPr>
        <w:t xml:space="preserve"> </w:t>
      </w:r>
      <w:r>
        <w:rPr>
          <w:b/>
          <w:bCs/>
        </w:rPr>
        <w:t xml:space="preserve">waiter rolled his eyes when the customer asked for more water.</w:t>
      </w:r>
      <w:r>
        <w:br/>
      </w:r>
      <w:r>
        <w:t xml:space="preserve">    (a) kindly helpful</w:t>
      </w:r>
      <w:r>
        <w:br/>
      </w:r>
      <w:r>
        <w:t xml:space="preserve">    (b) boldly disrespectful</w:t>
      </w:r>
      <w:r>
        <w:br/>
      </w:r>
      <w:r>
        <w:t xml:space="preserve">    (c) shyly quiet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tripped on a thick tree root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jutted out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muddy path.</w:t>
      </w:r>
      <w:r>
        <w:br/>
      </w:r>
      <w:r>
        <w:t xml:space="preserve">    (a) stuck out</w:t>
      </w:r>
      <w:r>
        <w:br/>
      </w:r>
      <w:r>
        <w:t xml:space="preserve">    (b) curled up</w:t>
      </w:r>
      <w:r>
        <w:br/>
      </w:r>
      <w:r>
        <w:t xml:space="preserve">    (c) washed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company declared bankruptcy, it was forced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liquidate</w:t>
      </w:r>
      <w:r>
        <w:rPr>
          <w:b/>
          <w:bCs/>
        </w:rPr>
        <w:t xml:space="preserve"> </w:t>
      </w:r>
      <w:r>
        <w:rPr>
          <w:b/>
          <w:bCs/>
        </w:rPr>
        <w:t xml:space="preserve">all its assets to pay back creditors.</w:t>
      </w:r>
      <w:r>
        <w:br/>
      </w:r>
      <w:r>
        <w:t xml:space="preserve">    (a) combine into one group</w:t>
      </w:r>
      <w:r>
        <w:br/>
      </w:r>
      <w:r>
        <w:t xml:space="preserve">    (b) sell for cash</w:t>
      </w:r>
      <w:r>
        <w:br/>
      </w:r>
      <w:r>
        <w:t xml:space="preserve">    (c) protect from damage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village suffered a brutal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massacre</w:t>
      </w:r>
      <w:r>
        <w:rPr>
          <w:b/>
          <w:bCs/>
        </w:rPr>
        <w:t xml:space="preserve"> </w:t>
      </w:r>
      <w:r>
        <w:rPr>
          <w:b/>
          <w:bCs/>
        </w:rPr>
        <w:t xml:space="preserve">during the long civil war.</w:t>
      </w:r>
      <w:r>
        <w:br/>
      </w:r>
      <w:r>
        <w:t xml:space="preserve">    (a) mass slaughter</w:t>
      </w:r>
      <w:r>
        <w:br/>
      </w:r>
      <w:r>
        <w:t xml:space="preserve">    (b) quiet retreat</w:t>
      </w:r>
      <w:r>
        <w:br/>
      </w:r>
      <w:r>
        <w:t xml:space="preserve">    (c) tense standoff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table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</w:t>
      </w:r>
      <w:r>
        <w:rPr>
          <w:b/>
          <w:bCs/>
        </w:rPr>
        <w:t xml:space="preserve"> </w:t>
      </w:r>
      <w:r>
        <w:rPr>
          <w:b/>
          <w:bCs/>
        </w:rPr>
        <w:t xml:space="preserve">shape, with curved edges.</w:t>
      </w:r>
      <w:r>
        <w:br/>
      </w:r>
      <w:r>
        <w:t xml:space="preserve">    (a) elongated</w:t>
      </w:r>
      <w:r>
        <w:br/>
      </w:r>
      <w:r>
        <w:t xml:space="preserve">    (b) square</w:t>
      </w:r>
      <w:r>
        <w:br/>
      </w:r>
      <w:r>
        <w:t xml:space="preserve">    (c) circular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young person</w:t>
      </w:r>
      <w:r>
        <w:br/>
      </w:r>
      <w:r>
        <w:t xml:space="preserve">    (b) city dweller</w:t>
      </w:r>
      <w:r>
        <w:br/>
      </w:r>
      <w:r>
        <w:t xml:space="preserve">    (c) poor farmer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that is hidden</w:t>
      </w:r>
      <w:r>
        <w:br/>
      </w:r>
      <w:r>
        <w:t xml:space="preserve">    (b) thing of interest</w:t>
      </w:r>
      <w:r>
        <w:br/>
      </w:r>
      <w:r>
        <w:t xml:space="preserve">    (c) thing that is growing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republic</w:t>
      </w:r>
      <w:r>
        <w:rPr>
          <w:b/>
          <w:bCs/>
        </w:rPr>
        <w:t xml:space="preserve"> </w:t>
      </w:r>
      <w:r>
        <w:rPr>
          <w:b/>
          <w:bCs/>
        </w:rPr>
        <w:t xml:space="preserve">is a particular type of democracy.</w:t>
      </w:r>
      <w:r>
        <w:br/>
      </w:r>
      <w:r>
        <w:t xml:space="preserve">    (a) weak monarchy</w:t>
      </w:r>
      <w:r>
        <w:br/>
      </w:r>
      <w:r>
        <w:t xml:space="preserve">    (b) oligarchy</w:t>
      </w:r>
      <w:r>
        <w:br/>
      </w:r>
      <w:r>
        <w:t xml:space="preserve">    (c) representative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at the party made everyone want to go home early.</w:t>
      </w:r>
      <w:r>
        <w:br/>
      </w:r>
      <w:r>
        <w:t xml:space="preserve">    (a) deeply offensive</w:t>
      </w:r>
      <w:r>
        <w:br/>
      </w:r>
      <w:r>
        <w:t xml:space="preserve">    (b) highly amusing</w:t>
      </w:r>
      <w:r>
        <w:br/>
      </w:r>
      <w:r>
        <w:t xml:space="preserve">    (c) warmly welcomed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smell of freshly brewed coffee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her from her sleep.</w:t>
      </w:r>
      <w:r>
        <w:br/>
      </w:r>
      <w:r>
        <w:t xml:space="preserve">    (a) interrupted</w:t>
      </w:r>
      <w:r>
        <w:br/>
      </w:r>
      <w:r>
        <w:t xml:space="preserve">    (b) deepened</w:t>
      </w:r>
      <w:r>
        <w:br/>
      </w:r>
      <w:r>
        <w:t xml:space="preserve">    (c) awakened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sentry</w:t>
      </w:r>
      <w:r>
        <w:rPr>
          <w:b/>
          <w:bCs/>
        </w:rPr>
        <w:t xml:space="preserve"> </w:t>
      </w:r>
      <w:r>
        <w:rPr>
          <w:b/>
          <w:bCs/>
        </w:rPr>
        <w:t xml:space="preserve">challenged anyone who tried to enter the camp after dark.</w:t>
      </w:r>
      <w:r>
        <w:br/>
      </w:r>
      <w:r>
        <w:t xml:space="preserve">    (a) kitchen helper</w:t>
      </w:r>
      <w:r>
        <w:br/>
      </w:r>
      <w:r>
        <w:t xml:space="preserve">    (b) watchful guard</w:t>
      </w:r>
      <w:r>
        <w:br/>
      </w:r>
      <w:r>
        <w:t xml:space="preserve">    (c) village healer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powerful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stallion</w:t>
      </w:r>
      <w:r>
        <w:rPr>
          <w:b/>
          <w:bCs/>
        </w:rPr>
        <w:t xml:space="preserve"> </w:t>
      </w:r>
      <w:r>
        <w:rPr>
          <w:b/>
          <w:bCs/>
        </w:rPr>
        <w:t xml:space="preserve">galloped across the open field.</w:t>
      </w:r>
      <w:r>
        <w:br/>
      </w:r>
      <w:r>
        <w:t xml:space="preserve">    (a) wild deer</w:t>
      </w:r>
      <w:r>
        <w:br/>
      </w:r>
      <w:r>
        <w:t xml:space="preserve">    (b) male horse</w:t>
      </w:r>
      <w:r>
        <w:br/>
      </w:r>
      <w:r>
        <w:t xml:space="preserve">    (c) young calf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handled the fragile artifact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utmost</w:t>
      </w:r>
      <w:r>
        <w:rPr>
          <w:b/>
          <w:bCs/>
        </w:rPr>
        <w:t xml:space="preserve"> </w:t>
      </w:r>
      <w:r>
        <w:rPr>
          <w:b/>
          <w:bCs/>
        </w:rPr>
        <w:t xml:space="preserve">care.</w:t>
      </w:r>
      <w:r>
        <w:br/>
      </w:r>
      <w:r>
        <w:t xml:space="preserve">    (a) least</w:t>
      </w:r>
      <w:r>
        <w:br/>
      </w:r>
      <w:r>
        <w:t xml:space="preserve">    (b) usual</w:t>
      </w:r>
      <w:r>
        <w:br/>
      </w:r>
      <w:r>
        <w:t xml:space="preserve">    (c) greatest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2026-07-31T15:17:26Z</dcterms:created>
  <dcterms:modified xsi:type="dcterms:W3CDTF">2026-07-31T15:17:26Z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