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3a97a962c1ed402610ef517f5c070ee859307d5"/>
    <w:p>
      <w:pPr>
        <w:pStyle w:val="Heading1"/>
      </w:pPr>
      <w:r>
        <w:rPr>
          <w:b/>
          <w:bCs/>
        </w:rPr>
        <w:t xml:space="preserve">For Whom the Bell Tolls</w:t>
      </w:r>
      <w:r>
        <w:br/>
      </w:r>
      <w:r>
        <w:rPr>
          <w:i/>
          <w:iCs/>
        </w:rPr>
        <w:t xml:space="preserve">Ernest Hemingway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Apropos</w:t>
      </w:r>
      <w:r>
        <w:rPr>
          <w:b/>
          <w:bCs/>
        </w:rPr>
        <w:t xml:space="preserve"> </w:t>
      </w:r>
      <w:r>
        <w:rPr>
          <w:b/>
          <w:bCs/>
        </w:rPr>
        <w:t xml:space="preserve">of the new policy, she asked how it would affect hourly employees.</w:t>
      </w:r>
      <w:r>
        <w:br/>
      </w:r>
      <w:r>
        <w:t xml:space="preserve">    (a) regarding</w:t>
      </w:r>
      <w:r>
        <w:br/>
      </w:r>
      <w:r>
        <w:t xml:space="preserve">    (b) unexpected</w:t>
      </w:r>
      <w:r>
        <w:br/>
      </w:r>
      <w:r>
        <w:t xml:space="preserve">    (c) confusing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accused the paper of religious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bigotry</w:t>
      </w:r>
      <w:r>
        <w:rPr>
          <w:b/>
          <w:bCs/>
        </w:rPr>
        <w:t xml:space="preserve">.</w:t>
      </w:r>
      <w:r>
        <w:br/>
      </w:r>
      <w:r>
        <w:t xml:space="preserve">    (a) confusion</w:t>
      </w:r>
      <w:r>
        <w:br/>
      </w:r>
      <w:r>
        <w:t xml:space="preserve">    (b) prejudice</w:t>
      </w:r>
      <w:r>
        <w:br/>
      </w:r>
      <w:r>
        <w:t xml:space="preserve">    (c) ignorance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after the jury found her guilty, she showed no sign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contrition</w:t>
      </w:r>
      <w:r>
        <w:rPr>
          <w:b/>
          <w:bCs/>
        </w:rPr>
        <w:t xml:space="preserve">.</w:t>
      </w:r>
      <w:r>
        <w:br/>
      </w:r>
      <w:r>
        <w:t xml:space="preserve">    (a) emotion</w:t>
      </w:r>
      <w:r>
        <w:br/>
      </w:r>
      <w:r>
        <w:t xml:space="preserve">    (b) regret</w:t>
      </w:r>
      <w:r>
        <w:br/>
      </w:r>
      <w:r>
        <w:t xml:space="preserve">    (c) understanding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diffident</w:t>
      </w:r>
      <w:r>
        <w:rPr>
          <w:b/>
          <w:bCs/>
        </w:rPr>
        <w:t xml:space="preserve">; I can't imagine her as president of the organization.</w:t>
      </w:r>
      <w:r>
        <w:br/>
      </w:r>
      <w:r>
        <w:t xml:space="preserve">    (a) unassertive</w:t>
      </w:r>
      <w:r>
        <w:br/>
      </w:r>
      <w:r>
        <w:t xml:space="preserve">    (b) argumentative</w:t>
      </w:r>
      <w:r>
        <w:br/>
      </w:r>
      <w:r>
        <w:t xml:space="preserve">    (c) young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victors write the history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disparage</w:t>
      </w:r>
      <w:r>
        <w:rPr>
          <w:b/>
          <w:bCs/>
        </w:rPr>
        <w:t xml:space="preserve"> </w:t>
      </w:r>
      <w:r>
        <w:rPr>
          <w:b/>
          <w:bCs/>
        </w:rPr>
        <w:t xml:space="preserve">their enemies.</w:t>
      </w:r>
      <w:r>
        <w:br/>
      </w:r>
      <w:r>
        <w:t xml:space="preserve">    (a) defeat</w:t>
      </w:r>
      <w:r>
        <w:br/>
      </w:r>
      <w:r>
        <w:t xml:space="preserve">    (b) erase from history</w:t>
      </w:r>
      <w:r>
        <w:br/>
      </w:r>
      <w:r>
        <w:t xml:space="preserve">    (c) criticize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 stunned by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duplicity</w:t>
      </w:r>
      <w:r>
        <w:rPr>
          <w:b/>
          <w:bCs/>
        </w:rPr>
        <w:t xml:space="preserve">. I really thought she loved me.</w:t>
      </w:r>
      <w:r>
        <w:br/>
      </w:r>
      <w:r>
        <w:t xml:space="preserve">    (a) coldness</w:t>
      </w:r>
      <w:r>
        <w:br/>
      </w:r>
      <w:r>
        <w:t xml:space="preserve">    (b) deception</w:t>
      </w:r>
      <w:r>
        <w:br/>
      </w:r>
      <w:r>
        <w:t xml:space="preserve">    (c) attack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talent, but she is too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egotistical</w:t>
      </w:r>
      <w:r>
        <w:rPr>
          <w:b/>
          <w:bCs/>
        </w:rPr>
        <w:t xml:space="preserve">.</w:t>
      </w:r>
      <w:r>
        <w:br/>
      </w:r>
      <w:r>
        <w:t xml:space="preserve">    (a) inexperienced</w:t>
      </w:r>
      <w:r>
        <w:br/>
      </w:r>
      <w:r>
        <w:t xml:space="preserve">    (b) nervous</w:t>
      </w:r>
      <w:r>
        <w:br/>
      </w:r>
      <w:r>
        <w:t xml:space="preserve">    (c) conceited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died of a brain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hemorrhage</w:t>
      </w:r>
      <w:r>
        <w:rPr>
          <w:b/>
          <w:bCs/>
        </w:rPr>
        <w:t xml:space="preserve"> </w:t>
      </w:r>
      <w:r>
        <w:rPr>
          <w:b/>
          <w:bCs/>
        </w:rPr>
        <w:t xml:space="preserve">caused by "blunt impact" to her head.</w:t>
      </w:r>
      <w:r>
        <w:br/>
      </w:r>
      <w:r>
        <w:t xml:space="preserve">    (a) severe swelling</w:t>
      </w:r>
      <w:r>
        <w:br/>
      </w:r>
      <w:r>
        <w:t xml:space="preserve">    (b) severe bleeding</w:t>
      </w:r>
      <w:r>
        <w:br/>
      </w:r>
      <w:r>
        <w:t xml:space="preserve">    (c) severe pain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reporter's questions felt more like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inquisition</w:t>
      </w:r>
      <w:r>
        <w:rPr>
          <w:b/>
          <w:bCs/>
        </w:rPr>
        <w:t xml:space="preserve"> </w:t>
      </w:r>
      <w:r>
        <w:rPr>
          <w:b/>
          <w:bCs/>
        </w:rPr>
        <w:t xml:space="preserve">than an interview.</w:t>
      </w:r>
      <w:r>
        <w:br/>
      </w:r>
      <w:r>
        <w:t xml:space="preserve">    (a) formal apology</w:t>
      </w:r>
      <w:r>
        <w:br/>
      </w:r>
      <w:r>
        <w:t xml:space="preserve">    (b) harsh questioning</w:t>
      </w:r>
      <w:r>
        <w:br/>
      </w:r>
      <w:r>
        <w:t xml:space="preserve">    (c) friendly chat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chooses her battles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judiciously</w:t>
      </w:r>
      <w:r>
        <w:rPr>
          <w:b/>
          <w:bCs/>
        </w:rPr>
        <w:t xml:space="preserve">.</w:t>
      </w:r>
      <w:r>
        <w:br/>
      </w:r>
      <w:r>
        <w:t xml:space="preserve">    (a) with good judgment</w:t>
      </w:r>
      <w:r>
        <w:br/>
      </w:r>
      <w:r>
        <w:t xml:space="preserve">    (b) in a reckless manner</w:t>
      </w:r>
      <w:r>
        <w:br/>
      </w:r>
      <w:r>
        <w:t xml:space="preserve">    (c) with excessive anger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wouldn't describe myself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materialistic</w:t>
      </w:r>
      <w:r>
        <w:rPr>
          <w:b/>
          <w:bCs/>
        </w:rPr>
        <w:t xml:space="preserve">, but I would like some financial security.</w:t>
      </w:r>
      <w:r>
        <w:br/>
      </w:r>
      <w:r>
        <w:t xml:space="preserve">    (a) too concerned with wealth and possessions</w:t>
      </w:r>
      <w:r>
        <w:br/>
      </w:r>
      <w:r>
        <w:t xml:space="preserve">    (b) too afraid of risk and uncertainty</w:t>
      </w:r>
      <w:r>
        <w:br/>
      </w:r>
      <w:r>
        <w:t xml:space="preserve">    (c) unwilling to spend any money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increased government spending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negated</w:t>
      </w:r>
      <w:r>
        <w:rPr>
          <w:b/>
          <w:bCs/>
        </w:rPr>
        <w:t xml:space="preserve"> </w:t>
      </w:r>
      <w:r>
        <w:rPr>
          <w:b/>
          <w:bCs/>
        </w:rPr>
        <w:t xml:space="preserve">by decreased private spending.</w:t>
      </w:r>
      <w:r>
        <w:br/>
      </w:r>
      <w:r>
        <w:t xml:space="preserve">    (a) ignored</w:t>
      </w:r>
      <w:r>
        <w:br/>
      </w:r>
      <w:r>
        <w:t xml:space="preserve">    (b) boosted</w:t>
      </w:r>
      <w:r>
        <w:br/>
      </w:r>
      <w:r>
        <w:t xml:space="preserve">    (c) offset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Supporters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partisans</w:t>
      </w:r>
      <w:r>
        <w:rPr>
          <w:b/>
          <w:bCs/>
        </w:rPr>
        <w:t xml:space="preserve"> </w:t>
      </w:r>
      <w:r>
        <w:rPr>
          <w:b/>
          <w:bCs/>
        </w:rPr>
        <w:t xml:space="preserve">were executed by the occupying army.</w:t>
      </w:r>
      <w:r>
        <w:br/>
      </w:r>
      <w:r>
        <w:t xml:space="preserve">    (a) members of an armed resistance group</w:t>
      </w:r>
      <w:r>
        <w:br/>
      </w:r>
      <w:r>
        <w:t xml:space="preserve">    (b) members of a gang of thieves</w:t>
      </w:r>
      <w:r>
        <w:br/>
      </w:r>
      <w:r>
        <w:t xml:space="preserve">    (c) people from other countries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warm smile and friendly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salutation</w:t>
      </w:r>
      <w:r>
        <w:rPr>
          <w:b/>
          <w:bCs/>
        </w:rPr>
        <w:t xml:space="preserve"> </w:t>
      </w:r>
      <w:r>
        <w:rPr>
          <w:b/>
          <w:bCs/>
        </w:rPr>
        <w:t xml:space="preserve">set the tone for the entire meeting.</w:t>
      </w:r>
      <w:r>
        <w:br/>
      </w:r>
      <w:r>
        <w:t xml:space="preserve">    (a) smile</w:t>
      </w:r>
      <w:r>
        <w:br/>
      </w:r>
      <w:r>
        <w:t xml:space="preserve">    (b) greeting</w:t>
      </w:r>
      <w:r>
        <w:br/>
      </w:r>
      <w:r>
        <w:t xml:space="preserve">    (c) introduction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sharpener shouldn't be used on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serrated</w:t>
      </w:r>
      <w:r>
        <w:rPr>
          <w:b/>
          <w:bCs/>
        </w:rPr>
        <w:t xml:space="preserve"> </w:t>
      </w:r>
      <w:r>
        <w:rPr>
          <w:b/>
          <w:bCs/>
        </w:rPr>
        <w:t xml:space="preserve">blade.</w:t>
      </w:r>
      <w:r>
        <w:br/>
      </w:r>
      <w:r>
        <w:t xml:space="preserve">    (a) saw-toothed</w:t>
      </w:r>
      <w:r>
        <w:br/>
      </w:r>
      <w:r>
        <w:t xml:space="preserve">    (b) rust-covered</w:t>
      </w:r>
      <w:r>
        <w:br/>
      </w:r>
      <w:r>
        <w:t xml:space="preserve">    (c) razor-thin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face showed nothing but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stolid</w:t>
      </w:r>
      <w:r>
        <w:rPr>
          <w:b/>
          <w:bCs/>
        </w:rPr>
        <w:t xml:space="preserve"> </w:t>
      </w:r>
      <w:r>
        <w:rPr>
          <w:b/>
          <w:bCs/>
        </w:rPr>
        <w:t xml:space="preserve">indifference.</w:t>
      </w:r>
      <w:r>
        <w:br/>
      </w:r>
      <w:r>
        <w:t xml:space="preserve">    (a) bitter</w:t>
      </w:r>
      <w:r>
        <w:br/>
      </w:r>
      <w:r>
        <w:t xml:space="preserve">    (b) emotionless</w:t>
      </w:r>
      <w:r>
        <w:br/>
      </w:r>
      <w:r>
        <w:t xml:space="preserve">    (c) confused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treacherous</w:t>
      </w:r>
      <w:r>
        <w:rPr>
          <w:b/>
          <w:bCs/>
        </w:rPr>
        <w:t xml:space="preserve"> </w:t>
      </w:r>
      <w:r>
        <w:rPr>
          <w:b/>
          <w:bCs/>
        </w:rPr>
        <w:t xml:space="preserve">act.</w:t>
      </w:r>
      <w:r>
        <w:br/>
      </w:r>
      <w:r>
        <w:t xml:space="preserve">    (a) betraying trust</w:t>
      </w:r>
      <w:r>
        <w:br/>
      </w:r>
      <w:r>
        <w:t xml:space="preserve">    (b) especially cruel</w:t>
      </w:r>
      <w:r>
        <w:br/>
      </w:r>
      <w:r>
        <w:t xml:space="preserve">    (c) highly moral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test results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validated</w:t>
      </w:r>
      <w:r>
        <w:rPr>
          <w:b/>
          <w:bCs/>
        </w:rPr>
        <w:t xml:space="preserve"> </w:t>
      </w:r>
      <w:r>
        <w:rPr>
          <w:b/>
          <w:bCs/>
        </w:rPr>
        <w:t xml:space="preserve">her theory about the chemical reaction.</w:t>
      </w:r>
      <w:r>
        <w:br/>
      </w:r>
      <w:r>
        <w:t xml:space="preserve">    (a) confirmed the truth of</w:t>
      </w:r>
      <w:r>
        <w:br/>
      </w:r>
      <w:r>
        <w:t xml:space="preserve">    (b) barely addressed</w:t>
      </w:r>
      <w:r>
        <w:br/>
      </w:r>
      <w:r>
        <w:t xml:space="preserve">    (c) completely contradicted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back yard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veritable</w:t>
      </w:r>
      <w:r>
        <w:rPr>
          <w:b/>
          <w:bCs/>
        </w:rPr>
        <w:t xml:space="preserve"> </w:t>
      </w:r>
      <w:r>
        <w:rPr>
          <w:b/>
          <w:bCs/>
        </w:rPr>
        <w:t xml:space="preserve">jungle.</w:t>
      </w:r>
      <w:r>
        <w:br/>
      </w:r>
      <w:r>
        <w:t xml:space="preserve">    (a) real (figuratively)</w:t>
      </w:r>
      <w:r>
        <w:br/>
      </w:r>
      <w:r>
        <w:t xml:space="preserve">    (b) decaying (figuratively)</w:t>
      </w:r>
      <w:r>
        <w:br/>
      </w:r>
      <w:r>
        <w:t xml:space="preserve">    (c) walled (figuratively)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 underestimate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wily</w:t>
      </w:r>
      <w:r>
        <w:rPr>
          <w:b/>
          <w:bCs/>
        </w:rPr>
        <w:t xml:space="preserve"> </w:t>
      </w:r>
      <w:r>
        <w:rPr>
          <w:b/>
          <w:bCs/>
        </w:rPr>
        <w:t xml:space="preserve">old attorney.</w:t>
      </w:r>
      <w:r>
        <w:br/>
      </w:r>
      <w:r>
        <w:t xml:space="preserve">    (a) experienced</w:t>
      </w:r>
      <w:r>
        <w:br/>
      </w:r>
      <w:r>
        <w:t xml:space="preserve">    (b) clever</w:t>
      </w:r>
      <w:r>
        <w:br/>
      </w:r>
      <w:r>
        <w:t xml:space="preserve">    (c) well-connected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2026-07-31T15:17:26Z</dcterms:created>
  <dcterms:modified xsi:type="dcterms:W3CDTF">2026-07-31T15:17:26Z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