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e258b74d112f976a5bd60614f2296f14b79527"/>
    <w:p>
      <w:pPr>
        <w:pStyle w:val="Heading1"/>
      </w:pPr>
      <w:r>
        <w:rPr>
          <w:b/>
          <w:bCs/>
        </w:rPr>
        <w:t xml:space="preserve">For Whom the Bell Tolls</w:t>
      </w:r>
      <w:r>
        <w:br/>
      </w:r>
      <w:r>
        <w:rPr>
          <w:i/>
          <w:iCs/>
        </w:rPr>
        <w:t xml:space="preserve">Ernest Hemingway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 like to have it hidden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utmost</w:t>
      </w:r>
      <w:r>
        <w:rPr>
          <w:b/>
          <w:bCs/>
        </w:rPr>
        <w:t xml:space="preserve"> </w:t>
      </w:r>
      <w:r>
        <w:rPr>
          <w:b/>
          <w:bCs/>
        </w:rPr>
        <w:t xml:space="preserve">security at a distance no greater than half an hour from the bridge, if that is possible.</w:t>
      </w:r>
      <w:r>
        <w:br/>
      </w:r>
      <w:r>
        <w:t xml:space="preserve">    (a) allowing</w:t>
      </w:r>
      <w:r>
        <w:br/>
      </w:r>
      <w:r>
        <w:t xml:space="preserve">    (b) greatest</w:t>
      </w:r>
      <w:r>
        <w:br/>
      </w:r>
      <w:r>
        <w:t xml:space="preserve">    (c) not real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heard that you are an excellent guerilla leader, that you are loyal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republic</w:t>
      </w:r>
      <w:r>
        <w:rPr>
          <w:b/>
          <w:bCs/>
        </w:rPr>
        <w:t xml:space="preserve">...</w:t>
      </w:r>
      <w:r>
        <w:br/>
      </w:r>
      <w:r>
        <w:t xml:space="preserve">    (a) a system of government in which a majority of citizens elect representatives to make laws</w:t>
      </w:r>
      <w:r>
        <w:br/>
      </w:r>
      <w:r>
        <w:t xml:space="preserve">    (b) a hollow muscular organ in the pelvic cavity of females which can hold a developing fetus</w:t>
      </w:r>
      <w:r>
        <w:br/>
      </w:r>
      <w:r>
        <w:t xml:space="preserve">    (c) one who believes that knowledge is acquired primarily by reason rather than by experience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best horse that you have, the white-faced bay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stallion</w:t>
      </w:r>
      <w:r>
        <w:rPr>
          <w:b/>
          <w:bCs/>
        </w:rPr>
        <w:t xml:space="preserve">, has a swelling on the upper part of the cannon bone that I do not like.</w:t>
      </w:r>
      <w:r>
        <w:br/>
      </w:r>
      <w:r>
        <w:t xml:space="preserve">    (a) a male horse that has not been castrated (gelded) -- especially one used for breeding purposes</w:t>
      </w:r>
      <w:r>
        <w:br/>
      </w:r>
      <w:r>
        <w:t xml:space="preserve">    (b) a large, elongated gland located behind the stomach that secretes digestive enzymes and insulin</w:t>
      </w:r>
      <w:r>
        <w:br/>
      </w:r>
      <w:r>
        <w:t xml:space="preserve">    (c) of the philosophical &amp; religious system based on the teachings of Laozi (also spelled Taoist)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Here is a stagnation that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repugnant</w:t>
      </w:r>
      <w:r>
        <w:rPr>
          <w:b/>
          <w:bCs/>
        </w:rPr>
        <w:t xml:space="preserve">.</w:t>
      </w:r>
      <w:r>
        <w:br/>
      </w:r>
      <w:r>
        <w:t xml:space="preserve">    (a) very large</w:t>
      </w:r>
      <w:r>
        <w:br/>
      </w:r>
      <w:r>
        <w:t xml:space="preserve">    (b) related to</w:t>
      </w:r>
      <w:r>
        <w:br/>
      </w:r>
      <w:r>
        <w:t xml:space="preserve">    (c) disgusting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</w:t>
      </w:r>
      <w:r>
        <w:rPr>
          <w:b/>
          <w:bCs/>
        </w:rPr>
        <w:t xml:space="preserve">.</w:t>
      </w:r>
      <w:r>
        <w:br/>
      </w:r>
      <w:r>
        <w:t xml:space="preserve">    (a) main road</w:t>
      </w:r>
      <w:r>
        <w:br/>
      </w:r>
      <w:r>
        <w:t xml:space="preserve">    (b) agreement</w:t>
      </w:r>
      <w:r>
        <w:br/>
      </w:r>
      <w:r>
        <w:t xml:space="preserve">    (c) complaint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Each one speaks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according to</w:t>
      </w:r>
      <w:r>
        <w:rPr>
          <w:b/>
          <w:bCs/>
        </w:rPr>
        <w:t xml:space="preserve"> </w:t>
      </w:r>
      <w:r>
        <w:rPr>
          <w:b/>
          <w:bCs/>
        </w:rPr>
        <w:t xml:space="preserve">his manner.</w:t>
      </w:r>
      <w:r>
        <w:br/>
      </w:r>
      <w:r>
        <w:t xml:space="preserve">    (a) U.S. history:  pre-Civil War period</w:t>
      </w:r>
      <w:r>
        <w:br/>
      </w:r>
      <w:r>
        <w:t xml:space="preserve">    (b) in keeping with (based upon)</w:t>
      </w:r>
      <w:r>
        <w:br/>
      </w:r>
      <w:r>
        <w:t xml:space="preserve">    (c) idiom meaning</w:t>
      </w:r>
      <w:r>
        <w:t xml:space="preserve"> </w:t>
      </w:r>
      <w:r>
        <w:rPr>
          <w:i/>
          <w:iCs/>
        </w:rPr>
        <w:t xml:space="preserve">"won the day"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sentry</w:t>
      </w:r>
      <w:r>
        <w:rPr>
          <w:b/>
          <w:bCs/>
        </w:rPr>
        <w:t xml:space="preserve"> </w:t>
      </w:r>
      <w:r>
        <w:rPr>
          <w:b/>
          <w:bCs/>
        </w:rPr>
        <w:t xml:space="preserve">was standing, his back toward them, at the far end of the bridge.</w:t>
      </w:r>
      <w:r>
        <w:br/>
      </w:r>
      <w:r>
        <w:t xml:space="preserve">    (a) social event or ceremony</w:t>
      </w:r>
      <w:r>
        <w:br/>
      </w:r>
      <w:r>
        <w:t xml:space="preserve">    (b) a positively charged ion</w:t>
      </w:r>
      <w:r>
        <w:br/>
      </w:r>
      <w:r>
        <w:t xml:space="preserve">    (c) guard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Communist</w:t>
      </w:r>
      <w:r>
        <w:rPr>
          <w:b/>
          <w:bCs/>
        </w:rPr>
        <w:t xml:space="preserve">," Maria said.</w:t>
      </w:r>
      <w:r>
        <w:br/>
      </w:r>
      <w:r>
        <w:t xml:space="preserve">    (a) someone or something that changes to fit a different situation, or that changes something to fit a different situation</w:t>
      </w:r>
      <w:r>
        <w:br/>
      </w:r>
      <w:r>
        <w:t xml:space="preserve">    (b) someone who supports an economic system that abolishes private ownership of property with the goal of a classless society</w:t>
      </w:r>
      <w:r>
        <w:br/>
      </w:r>
      <w:r>
        <w:t xml:space="preserve">    (c) a member of the 1960's counterculture associated with long hair, illegal drugs, casual sex, and opposition to violence.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Who knows but what we might be better employed putting the town into a state of defense than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massacring</w:t>
      </w:r>
      <w:r>
        <w:rPr>
          <w:b/>
          <w:bCs/>
        </w:rPr>
        <w:t xml:space="preserve"> </w:t>
      </w:r>
      <w:r>
        <w:rPr>
          <w:b/>
          <w:bCs/>
        </w:rPr>
        <w:t xml:space="preserve">people with this slowness and brutality.</w:t>
      </w:r>
      <w:r>
        <w:br/>
      </w:r>
      <w:r>
        <w:t xml:space="preserve">    (a) crushing defeat or brutal, overwhelming attack — used figuratively in competition and literally for violent killings</w:t>
      </w:r>
      <w:r>
        <w:br/>
      </w:r>
      <w:r>
        <w:t xml:space="preserve">    (b) hiding something by making it blend in with its surroundings; or materials used to hide something; or hiding the truth</w:t>
      </w:r>
      <w:r>
        <w:br/>
      </w:r>
      <w:r>
        <w:t xml:space="preserve">    (c) (of an injury) getting inflammation and creating pus  OR  (generally) getting worse -- especially through inattention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disillusioned</w:t>
      </w:r>
      <w:r>
        <w:rPr>
          <w:b/>
          <w:bCs/>
        </w:rPr>
        <w:t xml:space="preserve">.</w:t>
      </w:r>
      <w:r>
        <w:br/>
      </w:r>
      <w:r>
        <w:t xml:space="preserve">    (a) roughly calculated or guessed (based on incomplete information) a value, quantity, or extent of something</w:t>
      </w:r>
      <w:r>
        <w:br/>
      </w:r>
      <w:r>
        <w:t xml:space="preserve">    (b) disappointed from losing false belief that something is better than it is; or the removal of such a belief</w:t>
      </w:r>
      <w:r>
        <w:br/>
      </w:r>
      <w:r>
        <w:t xml:space="preserve">    (c) treated something in an educated, intellectual way -- often excluding emotional or practical considerations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Is the land there owned by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peasants</w:t>
      </w:r>
      <w:r>
        <w:rPr>
          <w:b/>
          <w:bCs/>
        </w:rPr>
        <w:t xml:space="preserve">?</w:t>
      </w:r>
      <w:r>
        <w:br/>
      </w:r>
      <w:r>
        <w:t xml:space="preserve">    (a) poor farmers</w:t>
      </w:r>
      <w:r>
        <w:br/>
      </w:r>
      <w:r>
        <w:t xml:space="preserve">    (b) members of an artistic movement pioneered by Pablo Picasso and Georges Braque that featured surfaces of geometrical planes to depict three-dimensional organic forms</w:t>
      </w:r>
      <w:r>
        <w:br/>
      </w:r>
      <w:r>
        <w:t xml:space="preserve">    (c) organisms in the early stages of growth prior to birth, hatching, or sprouting; in humans organisms during the first eight weeks of development (prior to the fetal stage)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made a fool of myself with him once tonight and I am perfectly willing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liquidate</w:t>
      </w:r>
      <w:r>
        <w:rPr>
          <w:b/>
          <w:bCs/>
        </w:rPr>
        <w:t xml:space="preserve"> </w:t>
      </w:r>
      <w:r>
        <w:rPr>
          <w:b/>
          <w:bCs/>
        </w:rPr>
        <w:t xml:space="preserve">him.</w:t>
      </w:r>
      <w:r>
        <w:br/>
      </w:r>
      <w:r>
        <w:t xml:space="preserve">    (a) to put someone into a state of hypnosis (a trance-like state of focused concentration and heightened suggestibility)</w:t>
      </w:r>
      <w:r>
        <w:br/>
      </w:r>
      <w:r>
        <w:t xml:space="preserve">    (b) to corrupt or seduce from virtue, duty, or allegiance  OR  excessive drinking, casual sex, and/or drug abuse while partying</w:t>
      </w:r>
      <w:r>
        <w:br/>
      </w:r>
      <w:r>
        <w:t xml:space="preserve">    (c) To settle or dispose of something completely -- especially by selling assets or forcefully eliminating a person or 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 talk that he had thought of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cynicism</w:t>
      </w:r>
      <w:r>
        <w:rPr>
          <w:b/>
          <w:bCs/>
        </w:rPr>
        <w:t xml:space="preserve"> </w:t>
      </w:r>
      <w:r>
        <w:rPr>
          <w:b/>
          <w:bCs/>
        </w:rPr>
        <w:t xml:space="preserve">when he had first heard it had turned out to be much too true.</w:t>
      </w:r>
      <w:r>
        <w:br/>
      </w:r>
      <w:r>
        <w:t xml:space="preserve">    (a) believing that things usually go poorly and that selfish and insincere</w:t>
      </w:r>
      <w:r>
        <w:br/>
      </w:r>
      <w:r>
        <w:t xml:space="preserve">    (b) one-sided information that is purposefully spread to influence opinions</w:t>
      </w:r>
      <w:r>
        <w:br/>
      </w:r>
      <w:r>
        <w:t xml:space="preserve">    (c) a psychological disorder characterized by excessive distrust of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he had more brains and more inner dignity and outer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insolence</w:t>
      </w:r>
      <w:r>
        <w:rPr>
          <w:b/>
          <w:bCs/>
        </w:rPr>
        <w:t xml:space="preserve"> </w:t>
      </w:r>
      <w:r>
        <w:rPr>
          <w:b/>
          <w:bCs/>
        </w:rPr>
        <w:t xml:space="preserve">and humor than any man that he had ever known.</w:t>
      </w:r>
      <w:r>
        <w:br/>
      </w:r>
      <w:r>
        <w:t xml:space="preserve">    (a) job, reservation, booking, or activity</w:t>
      </w:r>
      <w:r>
        <w:br/>
      </w:r>
      <w:r>
        <w:t xml:space="preserve">    (b) rude disrespect</w:t>
      </w:r>
      <w:r>
        <w:br/>
      </w:r>
      <w:r>
        <w:t xml:space="preserve">    (c) thing that affects a result or outcome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only kept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anarchists</w:t>
      </w:r>
      <w:r>
        <w:rPr>
          <w:b/>
          <w:bCs/>
        </w:rPr>
        <w:t xml:space="preserve"> </w:t>
      </w:r>
      <w:r>
        <w:rPr>
          <w:b/>
          <w:bCs/>
        </w:rPr>
        <w:t xml:space="preserve">from getting them.</w:t>
      </w:r>
      <w:r>
        <w:br/>
      </w:r>
      <w:r>
        <w:t xml:space="preserve">    (a) unborn children (or other unborn or unhatched vertebrates)</w:t>
      </w:r>
      <w:r>
        <w:br/>
      </w:r>
      <w:r>
        <w:t xml:space="preserve">    (b) someone who favors eliminating all government or authority</w:t>
      </w:r>
      <w:r>
        <w:br/>
      </w:r>
      <w:r>
        <w:t xml:space="preserve">    (c) people who share professional opinions in a specific field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From the scabbard on the right of his saddle projected the stock and the long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oblong</w:t>
      </w:r>
      <w:r>
        <w:rPr>
          <w:b/>
          <w:bCs/>
        </w:rPr>
        <w:t xml:space="preserve"> </w:t>
      </w:r>
      <w:r>
        <w:rPr>
          <w:b/>
          <w:bCs/>
        </w:rPr>
        <w:t xml:space="preserve">clip of a short automatic rifle.</w:t>
      </w:r>
      <w:r>
        <w:br/>
      </w:r>
      <w:r>
        <w:t xml:space="preserve">    (a) soccer:  a foul kick taken from 12 yards in front of the goal and defended only by the goalkeeper who cannot advance beyond the goal line until the shot is taken</w:t>
      </w:r>
      <w:r>
        <w:br/>
      </w:r>
      <w:r>
        <w:t xml:space="preserve">    (b) a workplace where people do scientific or medical research, or produce drugs or chemicals (also used figuratively)  OR  (as an adjective) related to such a place</w:t>
      </w:r>
      <w:r>
        <w:br/>
      </w:r>
      <w:r>
        <w:t xml:space="preserve">    (c) an elongated shape (having more length than width) -- typically of a stretched circle that is longer than an oval, but occasionally used to describe a rectangle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 art a veritable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phenomenon</w:t>
      </w:r>
      <w:r>
        <w:rPr>
          <w:b/>
          <w:bCs/>
        </w:rPr>
        <w:t xml:space="preserve">.</w:t>
      </w:r>
      <w:r>
        <w:br/>
      </w:r>
      <w:r>
        <w:t xml:space="preserve">    (a) something that exists or happened -- often of special interest</w:t>
      </w:r>
      <w:r>
        <w:br/>
      </w:r>
      <w:r>
        <w:t xml:space="preserve">    (b) something important that is hard to see or sense</w:t>
      </w:r>
      <w:r>
        <w:br/>
      </w:r>
      <w:r>
        <w:t xml:space="preserve">    (c) something that was once small, but is getting very large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then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roused</w:t>
      </w:r>
      <w:r>
        <w:rPr>
          <w:b/>
          <w:bCs/>
        </w:rPr>
        <w:t xml:space="preserve"> </w:t>
      </w:r>
      <w:r>
        <w:rPr>
          <w:b/>
          <w:bCs/>
        </w:rPr>
        <w:t xml:space="preserve">his adjutant, turned over the battalion to him, and sent his orderly to wake up and bring his motorcyclist.</w:t>
      </w:r>
      <w:r>
        <w:br/>
      </w:r>
      <w:r>
        <w:t xml:space="preserve">    (a) to awaken, make more active, or excite</w:t>
      </w:r>
      <w:r>
        <w:br/>
      </w:r>
      <w:r>
        <w:t xml:space="preserve">    (b) beyond the permitted boundary or limit</w:t>
      </w:r>
      <w:r>
        <w:br/>
      </w:r>
      <w:r>
        <w:t xml:space="preserve">    (c) explains something in a particular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Agustan, fully loaded since the cave, was leaning against a tree, the automatic rifle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jutting</w:t>
      </w:r>
      <w:r>
        <w:rPr>
          <w:b/>
          <w:bCs/>
        </w:rPr>
        <w:t xml:space="preserve"> </w:t>
      </w:r>
      <w:r>
        <w:rPr>
          <w:b/>
          <w:bCs/>
        </w:rPr>
        <w:t xml:space="preserve">over the top of his load.</w:t>
      </w:r>
      <w:r>
        <w:br/>
      </w:r>
      <w:r>
        <w:t xml:space="preserve">    (a) to stick out; or a part that sticks out</w:t>
      </w:r>
      <w:r>
        <w:br/>
      </w:r>
      <w:r>
        <w:t xml:space="preserve">    (b) expressed strong hatred or loathing for</w:t>
      </w:r>
      <w:r>
        <w:br/>
      </w:r>
      <w:r>
        <w:t xml:space="preserve">    (c) expresses strong hatred or loathing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driver and the two men who had been with him were running toward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culvert</w:t>
      </w:r>
      <w:r>
        <w:rPr>
          <w:b/>
          <w:bCs/>
        </w:rPr>
        <w:t xml:space="preserve">.</w:t>
      </w:r>
      <w:r>
        <w:br/>
      </w:r>
      <w:r>
        <w:t xml:space="preserve">    (a) a period of time or a stage during the development of something</w:t>
      </w:r>
      <w:r>
        <w:br/>
      </w:r>
      <w:r>
        <w:t xml:space="preserve">    (b) a measure of north/south (relative to the equator) on the earth</w:t>
      </w:r>
      <w:r>
        <w:br/>
      </w:r>
      <w:r>
        <w:t xml:space="preserve">    (c) an enclosed channel that carries runoff water beneath something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2026-07-31T15:17:26Z</dcterms:created>
  <dcterms:modified xsi:type="dcterms:W3CDTF">2026-07-31T15:17:26Z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