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a93c132e55665c3d2a8072d164eda1516546bf"/>
    <w:p>
      <w:pPr>
        <w:pStyle w:val="Heading1"/>
      </w:pPr>
      <w:r>
        <w:rPr>
          <w:b/>
          <w:bCs/>
        </w:rPr>
        <w:t xml:space="preserve">For Whom the Bell Tolls</w:t>
      </w:r>
      <w:r>
        <w:br/>
      </w:r>
      <w:r>
        <w:rPr>
          <w:i/>
          <w:iCs/>
        </w:rPr>
        <w:t xml:space="preserve">Ernest Hemingway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is now too late to be saved by</w:t>
      </w:r>
      <w:r>
        <w:rPr>
          <w:b/>
          <w:bCs/>
        </w:rPr>
        <w:t xml:space="preserve"> </w:t>
      </w:r>
      <w:r>
        <w:rPr>
          <w:b/>
          <w:bCs/>
          <w:u w:val="single"/>
        </w:rPr>
        <w:t xml:space="preserve">wiliness</w:t>
      </w:r>
      <w:r>
        <w:rPr>
          <w:b/>
          <w:bCs/>
        </w:rPr>
        <w:t xml:space="preserve"> </w:t>
      </w:r>
      <w:r>
        <w:rPr>
          <w:b/>
          <w:bCs/>
        </w:rPr>
        <w:t xml:space="preserve">and he has lost the other.</w:t>
      </w:r>
      <w:r>
        <w:br/>
      </w:r>
      <w:r>
        <w:t xml:space="preserve">    (a) clever and good at tricking others to achieve a goal</w:t>
      </w:r>
      <w:r>
        <w:br/>
      </w:r>
      <w:r>
        <w:t xml:space="preserve">    (b) the state or degree of being optimistic or agreeable</w:t>
      </w:r>
      <w:r>
        <w:br/>
      </w:r>
      <w:r>
        <w:t xml:space="preserve">    (c) the quality of being very bad (deserving no respect)</w:t>
      </w:r>
    </w:p>
    <w:p>
      <w:pPr>
        <w:pStyle w:val="Compact"/>
        <w:numPr>
          <w:ilvl w:val="0"/>
          <w:numId w:val="1001"/>
        </w:numPr>
      </w:pPr>
      <w:r>
        <w:rPr>
          <w:b/>
          <w:bCs/>
        </w:rPr>
        <w:t xml:space="preserve">Nearly always they spoke as this boy did now; suddenly and</w:t>
      </w:r>
      <w:r>
        <w:rPr>
          <w:b/>
          <w:bCs/>
        </w:rPr>
        <w:t xml:space="preserve"> </w:t>
      </w:r>
      <w:r>
        <w:rPr>
          <w:b/>
          <w:bCs/>
          <w:u w:val="single"/>
        </w:rPr>
        <w:t xml:space="preserve">apropos</w:t>
      </w:r>
      <w:r>
        <w:rPr>
          <w:b/>
          <w:bCs/>
        </w:rPr>
        <w:t xml:space="preserve"> </w:t>
      </w:r>
      <w:r>
        <w:rPr>
          <w:b/>
          <w:bCs/>
        </w:rPr>
        <w:t xml:space="preserve">of the mention of the town and always you said, "What barbarians."</w:t>
      </w:r>
      <w:r>
        <w:br/>
      </w:r>
      <w:r>
        <w:t xml:space="preserve">    (a) the quality of being without boundaries or limits</w:t>
      </w:r>
      <w:r>
        <w:br/>
      </w:r>
      <w:r>
        <w:t xml:space="preserve">    (b) the state of being aware of one's mental activity</w:t>
      </w:r>
      <w:r>
        <w:br/>
      </w:r>
      <w:r>
        <w:t xml:space="preserve">    (c) appropriate or relevant to the situation or topic</w:t>
      </w:r>
    </w:p>
    <w:p>
      <w:pPr>
        <w:pStyle w:val="Compact"/>
        <w:numPr>
          <w:ilvl w:val="0"/>
          <w:numId w:val="1001"/>
        </w:numPr>
      </w:pPr>
      <w:r>
        <w:rPr>
          <w:b/>
          <w:bCs/>
        </w:rPr>
        <w:t xml:space="preserve">The</w:t>
      </w:r>
      <w:r>
        <w:rPr>
          <w:b/>
          <w:bCs/>
        </w:rPr>
        <w:t xml:space="preserve"> </w:t>
      </w:r>
      <w:r>
        <w:rPr>
          <w:b/>
          <w:bCs/>
          <w:i/>
          <w:iCs/>
          <w:u w:val="single"/>
        </w:rPr>
        <w:t xml:space="preserve">partizans</w:t>
      </w:r>
      <w:r>
        <w:rPr>
          <w:b/>
          <w:bCs/>
        </w:rPr>
        <w:t xml:space="preserve"> </w:t>
      </w:r>
      <w:r>
        <w:rPr>
          <w:b/>
          <w:bCs/>
        </w:rPr>
        <w:t xml:space="preserve">did their damage and pulled out.</w:t>
      </w:r>
      <w:r>
        <w:br/>
      </w:r>
      <w:r>
        <w:t xml:space="preserve">    (a) things that disagree with themselves</w:t>
      </w:r>
      <w:r>
        <w:br/>
      </w:r>
      <w:r>
        <w:t xml:space="preserve">    (b) members of an armed resistance</w:t>
      </w:r>
      <w:r>
        <w:br/>
      </w:r>
      <w:r>
        <w:t xml:space="preserve">    (c) Muslim religious teachers or leaders</w:t>
      </w:r>
    </w:p>
    <w:p>
      <w:pPr>
        <w:pStyle w:val="Compact"/>
        <w:numPr>
          <w:ilvl w:val="0"/>
          <w:numId w:val="1001"/>
        </w:numPr>
      </w:pPr>
      <w:r>
        <w:rPr>
          <w:b/>
          <w:bCs/>
        </w:rPr>
        <w:t xml:space="preserve">Maria had turned and waved her hand at him and El Sordo waved</w:t>
      </w:r>
      <w:r>
        <w:rPr>
          <w:b/>
          <w:bCs/>
        </w:rPr>
        <w:t xml:space="preserve"> </w:t>
      </w:r>
      <w:r>
        <w:rPr>
          <w:b/>
          <w:bCs/>
          <w:u w:val="single"/>
        </w:rPr>
        <w:t xml:space="preserve">disparagingly</w:t>
      </w:r>
      <w:r>
        <w:rPr>
          <w:b/>
          <w:bCs/>
        </w:rPr>
        <w:t xml:space="preserve"> </w:t>
      </w:r>
      <w:r>
        <w:rPr>
          <w:b/>
          <w:bCs/>
        </w:rPr>
        <w:t xml:space="preserve">with the abrupt, Spanish upward flick of the forearm as though something were being tossed away which seems the negation of all salutation which has not to do with business.</w:t>
      </w:r>
      <w:r>
        <w:br/>
      </w:r>
      <w:r>
        <w:t xml:space="preserve">    (a) aka analytically -- in a manner that relates to a theory of psychiatry</w:t>
      </w:r>
      <w:r>
        <w:br/>
      </w:r>
      <w:r>
        <w:t xml:space="preserve">    (b) with criticism or in a manner that makes something seem less important</w:t>
      </w:r>
      <w:r>
        <w:br/>
      </w:r>
      <w:r>
        <w:t xml:space="preserve">    (c) in a manner that impacts the natural world (life, air, water, land...)</w:t>
      </w:r>
    </w:p>
    <w:p>
      <w:pPr>
        <w:pStyle w:val="Compact"/>
        <w:numPr>
          <w:ilvl w:val="0"/>
          <w:numId w:val="1001"/>
        </w:numPr>
      </w:pPr>
      <w:r>
        <w:rPr>
          <w:b/>
          <w:bCs/>
        </w:rPr>
        <w:t xml:space="preserve">Maria had turned and waved her hand at him and El Sordo waved disparagingly with the abrupt, Spanish upward flick of the forearm as though something were being tossed away which seems the</w:t>
      </w:r>
      <w:r>
        <w:rPr>
          <w:b/>
          <w:bCs/>
        </w:rPr>
        <w:t xml:space="preserve"> </w:t>
      </w:r>
      <w:r>
        <w:rPr>
          <w:b/>
          <w:bCs/>
          <w:u w:val="single"/>
        </w:rPr>
        <w:t xml:space="preserve">negation</w:t>
      </w:r>
      <w:r>
        <w:rPr>
          <w:b/>
          <w:bCs/>
        </w:rPr>
        <w:t xml:space="preserve"> </w:t>
      </w:r>
      <w:r>
        <w:rPr>
          <w:b/>
          <w:bCs/>
        </w:rPr>
        <w:t xml:space="preserve">of all salutation which has not to do with business.</w:t>
      </w:r>
      <w:r>
        <w:br/>
      </w:r>
      <w:r>
        <w:t xml:space="preserve">    (a) Nazi organization for children aged 10 to 18</w:t>
      </w:r>
      <w:r>
        <w:br/>
      </w:r>
      <w:r>
        <w:t xml:space="preserve">    (b) found a condition or substance to be present</w:t>
      </w:r>
      <w:r>
        <w:br/>
      </w:r>
      <w:r>
        <w:t xml:space="preserve">    (c) to contradict, offset, or render meaningless</w:t>
      </w:r>
    </w:p>
    <w:p>
      <w:pPr>
        <w:pStyle w:val="Compact"/>
        <w:numPr>
          <w:ilvl w:val="0"/>
          <w:numId w:val="1001"/>
        </w:numPr>
      </w:pPr>
      <w:r>
        <w:rPr>
          <w:b/>
          <w:bCs/>
        </w:rPr>
        <w:t xml:space="preserve">Maria had turned and waved her hand at him and El Sordo waved disparagingly with the abrupt, Spanish upward flick of the forearm as though something were being tossed away which seems the negation of all</w:t>
      </w:r>
      <w:r>
        <w:rPr>
          <w:b/>
          <w:bCs/>
        </w:rPr>
        <w:t xml:space="preserve"> </w:t>
      </w:r>
      <w:r>
        <w:rPr>
          <w:b/>
          <w:bCs/>
          <w:u w:val="single"/>
        </w:rPr>
        <w:t xml:space="preserve">salutation</w:t>
      </w:r>
      <w:r>
        <w:rPr>
          <w:b/>
          <w:bCs/>
        </w:rPr>
        <w:t xml:space="preserve"> </w:t>
      </w:r>
      <w:r>
        <w:rPr>
          <w:b/>
          <w:bCs/>
        </w:rPr>
        <w:t xml:space="preserve">which has not to do with business.</w:t>
      </w:r>
      <w:r>
        <w:br/>
      </w:r>
      <w:r>
        <w:t xml:space="preserve">    (a)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r>
        <w:br/>
      </w:r>
      <w:r>
        <w:t xml:space="preserve">    (b) a highly educated person interested in learning and exploring ideas -- sometimes while ignoring practical considerations</w:t>
      </w:r>
      <w:r>
        <w:br/>
      </w:r>
      <w:r>
        <w:t xml:space="preserve">    (c) a small hole or a series of small holes such as are used to make it easy to tear a piece of paper along a specific line</w:t>
      </w:r>
    </w:p>
    <w:p>
      <w:pPr>
        <w:pStyle w:val="Compact"/>
        <w:numPr>
          <w:ilvl w:val="0"/>
          <w:numId w:val="1001"/>
        </w:numPr>
      </w:pPr>
      <w:r>
        <w:rPr>
          <w:b/>
          <w:bCs/>
          <w:u w:val="single"/>
        </w:rPr>
        <w:t xml:space="preserve">Bigotry</w:t>
      </w:r>
      <w:r>
        <w:rPr>
          <w:b/>
          <w:bCs/>
        </w:rPr>
        <w:t xml:space="preserve"> </w:t>
      </w:r>
      <w:r>
        <w:rPr>
          <w:b/>
          <w:bCs/>
        </w:rPr>
        <w:t xml:space="preserve">is an odd thing.</w:t>
      </w:r>
      <w:r>
        <w:br/>
      </w:r>
      <w:r>
        <w:t xml:space="preserve">    (a) intolerance and prejudice</w:t>
      </w:r>
      <w:r>
        <w:br/>
      </w:r>
      <w:r>
        <w:t xml:space="preserve">    (b) not tending to find fault</w:t>
      </w:r>
      <w:r>
        <w:br/>
      </w:r>
      <w:r>
        <w:t xml:space="preserve">    (c) not able to be translated</w:t>
      </w:r>
    </w:p>
    <w:p>
      <w:pPr>
        <w:pStyle w:val="Compact"/>
        <w:numPr>
          <w:ilvl w:val="0"/>
          <w:numId w:val="1001"/>
        </w:numPr>
      </w:pPr>
      <w:r>
        <w:rPr>
          <w:b/>
          <w:bCs/>
        </w:rPr>
        <w:t xml:space="preserve">"There are two kinds of storms," Pablo said, heavily and</w:t>
      </w:r>
      <w:r>
        <w:rPr>
          <w:b/>
          <w:bCs/>
        </w:rPr>
        <w:t xml:space="preserve"> </w:t>
      </w:r>
      <w:r>
        <w:rPr>
          <w:b/>
          <w:bCs/>
          <w:u w:val="single"/>
        </w:rPr>
        <w:t xml:space="preserve">judiciously</w:t>
      </w:r>
      <w:r>
        <w:rPr>
          <w:b/>
          <w:bCs/>
        </w:rPr>
        <w:t xml:space="preserve">.</w:t>
      </w:r>
      <w:r>
        <w:br/>
      </w:r>
      <w:r>
        <w:t xml:space="preserve">    (a) in a manner that does not find fault</w:t>
      </w:r>
      <w:r>
        <w:br/>
      </w:r>
      <w:r>
        <w:t xml:space="preserve">    (b) in a manner that is likely to change</w:t>
      </w:r>
      <w:r>
        <w:br/>
      </w:r>
      <w:r>
        <w:t xml:space="preserve">    (c) in a manner that shows good judgment</w:t>
      </w:r>
    </w:p>
    <w:p>
      <w:pPr>
        <w:pStyle w:val="Compact"/>
        <w:numPr>
          <w:ilvl w:val="0"/>
          <w:numId w:val="1001"/>
        </w:numPr>
      </w:pPr>
      <w:r>
        <w:rPr>
          <w:b/>
          <w:bCs/>
        </w:rPr>
        <w:t xml:space="preserve">But it was still there and all that you went through only served to</w:t>
      </w:r>
      <w:r>
        <w:rPr>
          <w:b/>
          <w:bCs/>
        </w:rPr>
        <w:t xml:space="preserve"> </w:t>
      </w:r>
      <w:r>
        <w:rPr>
          <w:b/>
          <w:bCs/>
          <w:u w:val="single"/>
        </w:rPr>
        <w:t xml:space="preserve">validate</w:t>
      </w:r>
      <w:r>
        <w:rPr>
          <w:b/>
          <w:bCs/>
        </w:rPr>
        <w:t xml:space="preserve"> </w:t>
      </w:r>
      <w:r>
        <w:rPr>
          <w:b/>
          <w:bCs/>
        </w:rPr>
        <w:t xml:space="preserve">it.</w:t>
      </w:r>
      <w:r>
        <w:br/>
      </w:r>
      <w:r>
        <w:t xml:space="preserve">    (a) give evidence for the truth or value of; or declare as legally approved</w:t>
      </w:r>
      <w:r>
        <w:br/>
      </w:r>
      <w:r>
        <w:t xml:space="preserve">    (b) dry out by heat or excessive exposure to sunlight; or make very thirsty</w:t>
      </w:r>
      <w:r>
        <w:br/>
      </w:r>
      <w:r>
        <w:t xml:space="preserve">    (c) the right to run a local store or business under a big company’s name</w:t>
      </w:r>
    </w:p>
    <w:p>
      <w:pPr>
        <w:pStyle w:val="Compact"/>
        <w:numPr>
          <w:ilvl w:val="0"/>
          <w:numId w:val="1001"/>
        </w:numPr>
      </w:pPr>
      <w:r>
        <w:rPr>
          <w:b/>
          <w:bCs/>
        </w:rPr>
        <w:t xml:space="preserve">We detest with horror the</w:t>
      </w:r>
      <w:r>
        <w:rPr>
          <w:b/>
          <w:bCs/>
        </w:rPr>
        <w:t xml:space="preserve"> </w:t>
      </w:r>
      <w:r>
        <w:rPr>
          <w:b/>
          <w:bCs/>
          <w:u w:val="single"/>
        </w:rPr>
        <w:t xml:space="preserve">duplicity</w:t>
      </w:r>
      <w:r>
        <w:rPr>
          <w:b/>
          <w:bCs/>
        </w:rPr>
        <w:t xml:space="preserve"> </w:t>
      </w:r>
      <w:r>
        <w:rPr>
          <w:b/>
          <w:bCs/>
        </w:rPr>
        <w:t xml:space="preserve">and villainy of...</w:t>
      </w:r>
      <w:r>
        <w:br/>
      </w:r>
      <w:r>
        <w:t xml:space="preserve">    (a) the best or most important</w:t>
      </w:r>
      <w:r>
        <w:br/>
      </w:r>
      <w:r>
        <w:t xml:space="preserve">    (b) a secret agreement or plot</w:t>
      </w:r>
      <w:r>
        <w:br/>
      </w:r>
      <w:r>
        <w:t xml:space="preserve">    (c) deception -- such as lying</w:t>
      </w:r>
    </w:p>
    <w:p>
      <w:pPr>
        <w:pStyle w:val="Compact"/>
        <w:numPr>
          <w:ilvl w:val="0"/>
          <w:numId w:val="1001"/>
        </w:numPr>
      </w:pPr>
      <w:r>
        <w:rPr>
          <w:b/>
          <w:bCs/>
        </w:rPr>
        <w:t xml:space="preserve">Blanquet spoke of this afterwards with much</w:t>
      </w:r>
      <w:r>
        <w:rPr>
          <w:b/>
          <w:bCs/>
        </w:rPr>
        <w:t xml:space="preserve"> </w:t>
      </w:r>
      <w:r>
        <w:rPr>
          <w:b/>
          <w:bCs/>
          <w:u w:val="single"/>
        </w:rPr>
        <w:t xml:space="preserve">diffidence</w:t>
      </w:r>
      <w:r>
        <w:rPr>
          <w:b/>
          <w:bCs/>
        </w:rPr>
        <w:t xml:space="preserve">...</w:t>
      </w:r>
      <w:r>
        <w:br/>
      </w:r>
      <w:r>
        <w:t xml:space="preserve">    (a) lack of self-confidence</w:t>
      </w:r>
      <w:r>
        <w:br/>
      </w:r>
      <w:r>
        <w:t xml:space="preserve">    (b) the act of being in a working position; or the act of starting</w:t>
      </w:r>
      <w:r>
        <w:br/>
      </w:r>
      <w:r>
        <w:t xml:space="preserve">    (c) an expert who shares professional opinions in a specific field</w:t>
      </w:r>
    </w:p>
    <w:p>
      <w:pPr>
        <w:pStyle w:val="Compact"/>
        <w:numPr>
          <w:ilvl w:val="0"/>
          <w:numId w:val="1001"/>
        </w:numPr>
      </w:pPr>
      <w:r>
        <w:rPr>
          <w:b/>
          <w:bCs/>
        </w:rPr>
        <w:t xml:space="preserve">Thou art a</w:t>
      </w:r>
      <w:r>
        <w:rPr>
          <w:b/>
          <w:bCs/>
        </w:rPr>
        <w:t xml:space="preserve"> </w:t>
      </w:r>
      <w:r>
        <w:rPr>
          <w:b/>
          <w:bCs/>
          <w:u w:val="single"/>
        </w:rPr>
        <w:t xml:space="preserve">veritable</w:t>
      </w:r>
      <w:r>
        <w:rPr>
          <w:b/>
          <w:bCs/>
        </w:rPr>
        <w:t xml:space="preserve"> </w:t>
      </w:r>
      <w:r>
        <w:rPr>
          <w:b/>
          <w:bCs/>
        </w:rPr>
        <w:t xml:space="preserve">phenomenon.</w:t>
      </w:r>
      <w:r>
        <w:br/>
      </w:r>
      <w:r>
        <w:t xml:space="preserve">    (a) the quality or degree of not being straightforward</w:t>
      </w:r>
      <w:r>
        <w:br/>
      </w:r>
      <w:r>
        <w:t xml:space="preserve">    (b) used for emphasis to introduce a dramatic metaphor</w:t>
      </w:r>
      <w:r>
        <w:br/>
      </w:r>
      <w:r>
        <w:t xml:space="preserve">    (c) deserving no respect (worthless or of bad quality)</w:t>
      </w:r>
    </w:p>
    <w:p>
      <w:pPr>
        <w:pStyle w:val="Compact"/>
        <w:numPr>
          <w:ilvl w:val="0"/>
          <w:numId w:val="1001"/>
        </w:numPr>
      </w:pPr>
      <w:r>
        <w:rPr>
          <w:b/>
          <w:bCs/>
        </w:rPr>
        <w:t xml:space="preserve">Their old one that they had before the new religion came from the far end of the Mediterranean, the one they have never abandoned but only suppressed and hidden to bring it out again in wars and</w:t>
      </w:r>
      <w:r>
        <w:rPr>
          <w:b/>
          <w:bCs/>
        </w:rPr>
        <w:t xml:space="preserve"> </w:t>
      </w:r>
      <w:r>
        <w:rPr>
          <w:b/>
          <w:bCs/>
          <w:u w:val="single"/>
        </w:rPr>
        <w:t xml:space="preserve">inquisitions</w:t>
      </w:r>
      <w:r>
        <w:rPr>
          <w:b/>
          <w:bCs/>
        </w:rPr>
        <w:t xml:space="preserve">.</w:t>
      </w:r>
      <w:r>
        <w:br/>
      </w:r>
      <w:r>
        <w:t xml:space="preserve">    (a) people who want an economic system based on government ownership or control of all important companies -- with the ideal of equal benefits to all people</w:t>
      </w:r>
      <w:r>
        <w:br/>
      </w:r>
      <w:r>
        <w:t xml:space="preserve">    (b) harsh and unfair historical religious investigations</w:t>
      </w:r>
      <w:r>
        <w:br/>
      </w:r>
      <w:r>
        <w:t xml:space="preserve">    (c) math values that tell how many times a number is multiplied by itself to reach another number -- often used to describe very big or very small quantities</w:t>
      </w:r>
    </w:p>
    <w:p>
      <w:pPr>
        <w:pStyle w:val="Compact"/>
        <w:numPr>
          <w:ilvl w:val="0"/>
          <w:numId w:val="1001"/>
        </w:numPr>
      </w:pPr>
      <w:r>
        <w:rPr>
          <w:b/>
          <w:bCs/>
        </w:rPr>
        <w:t xml:space="preserve">Even if there isn't supposed to be any such thing as love in a purely</w:t>
      </w:r>
      <w:r>
        <w:rPr>
          <w:b/>
          <w:bCs/>
        </w:rPr>
        <w:t xml:space="preserve"> </w:t>
      </w:r>
      <w:r>
        <w:rPr>
          <w:b/>
          <w:bCs/>
          <w:u w:val="single"/>
        </w:rPr>
        <w:t xml:space="preserve">materialistic</w:t>
      </w:r>
      <w:r>
        <w:rPr>
          <w:b/>
          <w:bCs/>
        </w:rPr>
        <w:t xml:space="preserve"> </w:t>
      </w:r>
      <w:r>
        <w:rPr>
          <w:b/>
          <w:bCs/>
        </w:rPr>
        <w:t xml:space="preserve">conception of society?</w:t>
      </w:r>
      <w:r>
        <w:br/>
      </w:r>
      <w:r>
        <w:t xml:space="preserve">    (a) unable or difficult to meet and talk with</w:t>
      </w:r>
      <w:r>
        <w:br/>
      </w:r>
      <w:r>
        <w:t xml:space="preserve">    (b) without purpose, job, or natural activity</w:t>
      </w:r>
      <w:r>
        <w:br/>
      </w:r>
      <w:r>
        <w:t xml:space="preserve">    (c) too concerned with wealth and possessions</w:t>
      </w:r>
    </w:p>
    <w:p>
      <w:pPr>
        <w:pStyle w:val="Compact"/>
        <w:numPr>
          <w:ilvl w:val="0"/>
          <w:numId w:val="1001"/>
        </w:numPr>
      </w:pPr>
      <w:r>
        <w:rPr>
          <w:b/>
          <w:bCs/>
        </w:rPr>
        <w:t xml:space="preserve">...and started an act of</w:t>
      </w:r>
      <w:r>
        <w:rPr>
          <w:b/>
          <w:bCs/>
        </w:rPr>
        <w:t xml:space="preserve"> </w:t>
      </w:r>
      <w:r>
        <w:rPr>
          <w:b/>
          <w:bCs/>
          <w:u w:val="single"/>
        </w:rPr>
        <w:t xml:space="preserve">contrition</w:t>
      </w:r>
      <w:r>
        <w:rPr>
          <w:b/>
          <w:bCs/>
        </w:rPr>
        <w:t xml:space="preserve"> </w:t>
      </w:r>
      <w:r>
        <w:rPr>
          <w:b/>
          <w:bCs/>
        </w:rPr>
        <w:t xml:space="preserve">racing in it, "Oh my God, I am heartily sorry for having offended thee who art worthy of all my love--"</w:t>
      </w:r>
      <w:r>
        <w:br/>
      </w:r>
      <w:r>
        <w:t xml:space="preserve">    (a) a prayer or other action done to amend for a sin</w:t>
      </w:r>
      <w:r>
        <w:br/>
      </w:r>
      <w:r>
        <w:t xml:space="preserve">    (b) something that causes ongoing suffering</w:t>
      </w:r>
      <w:r>
        <w:br/>
      </w:r>
      <w:r>
        <w:t xml:space="preserve">    (c) able to generate electricity from light</w:t>
      </w:r>
    </w:p>
    <w:p>
      <w:pPr>
        <w:pStyle w:val="Compact"/>
        <w:numPr>
          <w:ilvl w:val="0"/>
          <w:numId w:val="1001"/>
        </w:numPr>
      </w:pPr>
      <w:r>
        <w:rPr>
          <w:b/>
          <w:bCs/>
        </w:rPr>
        <w:t xml:space="preserve">Fernando said</w:t>
      </w:r>
      <w:r>
        <w:rPr>
          <w:b/>
          <w:bCs/>
        </w:rPr>
        <w:t xml:space="preserve"> </w:t>
      </w:r>
      <w:r>
        <w:rPr>
          <w:b/>
          <w:bCs/>
          <w:u w:val="single"/>
        </w:rPr>
        <w:t xml:space="preserve">stolidly</w:t>
      </w:r>
      <w:r>
        <w:rPr>
          <w:b/>
          <w:bCs/>
        </w:rPr>
        <w:t xml:space="preserve">.</w:t>
      </w:r>
      <w:r>
        <w:br/>
      </w:r>
      <w:r>
        <w:t xml:space="preserve">    (a) having or revealing little emotion</w:t>
      </w:r>
      <w:r>
        <w:br/>
      </w:r>
      <w:r>
        <w:t xml:space="preserve">    (b) intentionally</w:t>
      </w:r>
      <w:r>
        <w:br/>
      </w:r>
      <w:r>
        <w:t xml:space="preserve">    (c) with distaste</w:t>
      </w:r>
    </w:p>
    <w:p>
      <w:pPr>
        <w:pStyle w:val="Compact"/>
        <w:numPr>
          <w:ilvl w:val="0"/>
          <w:numId w:val="1001"/>
        </w:numPr>
      </w:pPr>
      <w:r>
        <w:rPr>
          <w:b/>
          <w:bCs/>
        </w:rPr>
        <w:t xml:space="preserve">It was as good a thing for his spirit as a saline injection is for a man who has suffered a great</w:t>
      </w:r>
      <w:r>
        <w:rPr>
          <w:b/>
          <w:bCs/>
        </w:rPr>
        <w:t xml:space="preserve"> </w:t>
      </w:r>
      <w:r>
        <w:rPr>
          <w:b/>
          <w:bCs/>
          <w:u w:val="single"/>
        </w:rPr>
        <w:t xml:space="preserve">hemorrhage</w:t>
      </w:r>
      <w:r>
        <w:rPr>
          <w:b/>
          <w:bCs/>
        </w:rPr>
        <w:t xml:space="preserve">.</w:t>
      </w:r>
      <w:r>
        <w:br/>
      </w:r>
      <w:r>
        <w:t xml:space="preserve">    (a) (noun) a strip of hair made lighter in color  OR  (verb) making strips of hair lighter in color</w:t>
      </w:r>
      <w:r>
        <w:br/>
      </w:r>
      <w:r>
        <w:t xml:space="preserve">    (b) a regular payment to a person that is intended to allow them to have an income without working</w:t>
      </w:r>
      <w:r>
        <w:br/>
      </w:r>
      <w:r>
        <w:t xml:space="preserve">    (c) loss of blood</w:t>
      </w:r>
    </w:p>
    <w:p>
      <w:pPr>
        <w:pStyle w:val="Compact"/>
        <w:numPr>
          <w:ilvl w:val="0"/>
          <w:numId w:val="1001"/>
        </w:numPr>
      </w:pPr>
      <w:r>
        <w:rPr>
          <w:b/>
          <w:bCs/>
        </w:rPr>
        <w:t xml:space="preserve">Oh, the dirty, vile,</w:t>
      </w:r>
      <w:r>
        <w:rPr>
          <w:b/>
          <w:bCs/>
        </w:rPr>
        <w:t xml:space="preserve"> </w:t>
      </w:r>
      <w:r>
        <w:rPr>
          <w:b/>
          <w:bCs/>
          <w:u w:val="single"/>
        </w:rPr>
        <w:t xml:space="preserve">treacherous</w:t>
      </w:r>
      <w:r>
        <w:rPr>
          <w:b/>
          <w:bCs/>
        </w:rPr>
        <w:t xml:space="preserve"> </w:t>
      </w:r>
      <w:r>
        <w:rPr>
          <w:b/>
          <w:bCs/>
        </w:rPr>
        <w:t xml:space="preserve">sod.</w:t>
      </w:r>
      <w:r>
        <w:br/>
      </w:r>
      <w:r>
        <w:t xml:space="preserve">    (a) unclean</w:t>
      </w:r>
      <w:r>
        <w:br/>
      </w:r>
      <w:r>
        <w:t xml:space="preserve">    (b) guilty of betrayal</w:t>
      </w:r>
      <w:r>
        <w:br/>
      </w:r>
      <w:r>
        <w:t xml:space="preserve">    (c) guilty of being cruel</w:t>
      </w:r>
    </w:p>
    <w:p>
      <w:pPr>
        <w:pStyle w:val="Compact"/>
        <w:numPr>
          <w:ilvl w:val="0"/>
          <w:numId w:val="1001"/>
        </w:numPr>
      </w:pPr>
      <w:r>
        <w:rPr>
          <w:b/>
          <w:bCs/>
        </w:rPr>
        <w:t xml:space="preserve">The bald</w:t>
      </w:r>
      <w:r>
        <w:rPr>
          <w:b/>
          <w:bCs/>
        </w:rPr>
        <w:t xml:space="preserve"> </w:t>
      </w:r>
      <w:r>
        <w:rPr>
          <w:b/>
          <w:bCs/>
          <w:u w:val="single"/>
        </w:rPr>
        <w:t xml:space="preserve">egotistical</w:t>
      </w:r>
      <w:r>
        <w:rPr>
          <w:b/>
          <w:bCs/>
        </w:rPr>
        <w:t xml:space="preserve"> </w:t>
      </w:r>
      <w:r>
        <w:rPr>
          <w:b/>
          <w:bCs/>
        </w:rPr>
        <w:t xml:space="preserve">swine.</w:t>
      </w:r>
      <w:r>
        <w:br/>
      </w:r>
      <w:r>
        <w:t xml:space="preserve">    (a) not attractive or desirable</w:t>
      </w:r>
      <w:r>
        <w:br/>
      </w:r>
      <w:r>
        <w:t xml:space="preserve">    (b) conceited and self-centered</w:t>
      </w:r>
      <w:r>
        <w:br/>
      </w:r>
      <w:r>
        <w:t xml:space="preserve">    (c) orbiting Earth once per day</w:t>
      </w:r>
    </w:p>
    <w:p>
      <w:pPr>
        <w:pStyle w:val="Compact"/>
        <w:numPr>
          <w:ilvl w:val="0"/>
          <w:numId w:val="1001"/>
        </w:numPr>
      </w:pPr>
      <w:r>
        <w:rPr>
          <w:b/>
          <w:bCs/>
        </w:rPr>
        <w:t xml:space="preserve">Three were the oval Mill bomb type,</w:t>
      </w:r>
      <w:r>
        <w:rPr>
          <w:b/>
          <w:bCs/>
        </w:rPr>
        <w:t xml:space="preserve"> </w:t>
      </w:r>
      <w:r>
        <w:rPr>
          <w:b/>
          <w:bCs/>
          <w:u w:val="single"/>
        </w:rPr>
        <w:t xml:space="preserve">serrated</w:t>
      </w:r>
      <w:r>
        <w:rPr>
          <w:b/>
          <w:bCs/>
        </w:rPr>
        <w:t xml:space="preserve">, heavy iron with a spring level held down in position by a cotter pin with pulling rig attached.</w:t>
      </w:r>
      <w:r>
        <w:br/>
      </w:r>
      <w:r>
        <w:t xml:space="preserve">    (a) related such that a change in one thing helps predict a change in another</w:t>
      </w:r>
      <w:r>
        <w:br/>
      </w:r>
      <w:r>
        <w:t xml:space="preserve">    (b) broke the law by telling lies after formally promising to tell the truth</w:t>
      </w:r>
      <w:r>
        <w:br/>
      </w:r>
      <w:r>
        <w:t xml:space="preserve">    (c) having points along the edge -- like a saw, some knives, and some leaves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2026-07-31T15:17:26Z</dcterms:created>
  <dcterms:modified xsi:type="dcterms:W3CDTF">2026-07-31T15:17:26Z</dcterms:modified>
</cp:coreProperties>
</file>

<file path=docProps/custom.xml><?xml version="1.0" encoding="utf-8"?>
<Properties xmlns="http://schemas.openxmlformats.org/officeDocument/2006/custom-properties" xmlns:vt="http://schemas.openxmlformats.org/officeDocument/2006/docPropsVTypes"/>
</file>