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d916bf7700f7f5943bdef274a3627b121aed22"/>
    <w:p>
      <w:pPr>
        <w:pStyle w:val="Heading1"/>
      </w:pPr>
      <w:r>
        <w:rPr>
          <w:b/>
          <w:bCs/>
        </w:rPr>
        <w:t xml:space="preserve">For Esme:—with Love and Squalor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surprised</w:t>
      </w:r>
      <w:r>
        <w:br/>
      </w:r>
      <w:r>
        <w:t xml:space="preserve">    (b) make a list for</w:t>
      </w:r>
      <w:r>
        <w:br/>
      </w:r>
      <w:r>
        <w:t xml:space="preserve">    (c) make 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tactful</w:t>
      </w:r>
      <w:r>
        <w:br/>
      </w:r>
      <w:r>
        <w:t xml:space="preserve">    (b) honest</w:t>
      </w:r>
      <w:r>
        <w:br/>
      </w:r>
      <w:r>
        <w:t xml:space="preserve">    (c) expert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lucky</w:t>
      </w:r>
      <w:r>
        <w:br/>
      </w:r>
      <w:r>
        <w:t xml:space="preserve">    (b) sympathetic</w:t>
      </w:r>
      <w:r>
        <w:br/>
      </w:r>
      <w:r>
        <w:t xml:space="preserve">    (c) talented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reinforce</w:t>
      </w:r>
      <w:r>
        <w:br/>
      </w:r>
      <w:r>
        <w:t xml:space="preserve">    (b) disagree with</w:t>
      </w:r>
      <w:r>
        <w:br/>
      </w:r>
      <w:r>
        <w:t xml:space="preserve">    (c) expand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stupid and impatient</w:t>
      </w:r>
      <w:r>
        <w:br/>
      </w:r>
      <w:r>
        <w:t xml:space="preserve">    (b) strong and cruel</w:t>
      </w:r>
      <w:r>
        <w:br/>
      </w:r>
      <w:r>
        <w:t xml:space="preserve">    (c) clever and deceitful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flight from New York to London is about seven hours.</w:t>
      </w:r>
      <w:r>
        <w:br/>
      </w:r>
      <w:r>
        <w:t xml:space="preserve">    (a) length of time</w:t>
      </w:r>
      <w:r>
        <w:br/>
      </w:r>
      <w:r>
        <w:t xml:space="preserve">    (b) distance covered</w:t>
      </w:r>
      <w:r>
        <w:br/>
      </w:r>
      <w:r>
        <w:t xml:space="preserve">    (c) total cost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no matter how</w:t>
      </w:r>
      <w:r>
        <w:br/>
      </w:r>
      <w:r>
        <w:t xml:space="preserve">    (b) on-the-other-hand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tending</w:t>
      </w:r>
      <w:r>
        <w:br/>
      </w:r>
      <w:r>
        <w:t xml:space="preserve">    (b) afraid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her fate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 </w:t>
      </w:r>
      <w:r>
        <w:rPr>
          <w:b/>
          <w:bCs/>
        </w:rPr>
        <w:t xml:space="preserve">resignation.</w:t>
      </w:r>
      <w:r>
        <w:br/>
      </w:r>
      <w:r>
        <w:t xml:space="preserve">    (a) lonely</w:t>
      </w:r>
      <w:r>
        <w:br/>
      </w:r>
      <w:r>
        <w:t xml:space="preserve">    (b) unenergetic</w:t>
      </w:r>
      <w:r>
        <w:br/>
      </w:r>
      <w:r>
        <w:t xml:space="preserve">    (c) frustrated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die</w:t>
      </w:r>
      <w:r>
        <w:br/>
      </w:r>
      <w:r>
        <w:t xml:space="preserve">    (b) work</w:t>
      </w:r>
      <w:r>
        <w:br/>
      </w:r>
      <w:r>
        <w:t xml:space="preserve">    (c) fail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once self-conscious girl is now a woman with considerable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</w:t>
      </w:r>
      <w:r>
        <w:rPr>
          <w:b/>
          <w:bCs/>
        </w:rPr>
        <w:t xml:space="preserve">.</w:t>
      </w:r>
      <w:r>
        <w:br/>
      </w:r>
      <w:r>
        <w:t xml:space="preserve">    (a) education</w:t>
      </w:r>
      <w:r>
        <w:br/>
      </w:r>
      <w:r>
        <w:t xml:space="preserve">    (b) style</w:t>
      </w:r>
      <w:r>
        <w:br/>
      </w:r>
      <w:r>
        <w:t xml:space="preserve">    (c) composure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her family history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, hoping her great-grandchildren would one day read it.</w:t>
      </w:r>
      <w:r>
        <w:br/>
      </w:r>
      <w:r>
        <w:t xml:space="preserve">    (a) personal amusement</w:t>
      </w:r>
      <w:r>
        <w:br/>
      </w:r>
      <w:r>
        <w:t xml:space="preserve">    (b) future generations</w:t>
      </w:r>
      <w:r>
        <w:br/>
      </w:r>
      <w:r>
        <w:t xml:space="preserve">    (c) academic records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tendency</w:t>
      </w:r>
      <w:r>
        <w:br/>
      </w:r>
      <w:r>
        <w:t xml:space="preserve">    (b) avoidance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operating to repair the muscle wall through which the hernia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protrudes</w:t>
      </w:r>
      <w:r>
        <w:rPr>
          <w:b/>
          <w:bCs/>
        </w:rPr>
        <w:t xml:space="preserve">.</w:t>
      </w:r>
      <w:r>
        <w:br/>
      </w:r>
      <w:r>
        <w:t xml:space="preserve">    (a) heals over</w:t>
      </w:r>
      <w:r>
        <w:br/>
      </w:r>
      <w:r>
        <w:t xml:space="preserve">    (b) shrinks back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forced</w:t>
      </w:r>
      <w:r>
        <w:br/>
      </w:r>
      <w:r>
        <w:t xml:space="preserve">    (b) was encouraged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refugees lived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conditions with no clean water or proper shelter.</w:t>
      </w:r>
      <w:r>
        <w:br/>
      </w:r>
      <w:r>
        <w:t xml:space="preserve">    (a) loud and crowded</w:t>
      </w:r>
      <w:r>
        <w:br/>
      </w:r>
      <w:r>
        <w:t xml:space="preserve">    (b) filthy and unpleasant</w:t>
      </w:r>
      <w:r>
        <w:br/>
      </w:r>
      <w:r>
        <w:t xml:space="preserve">    (c) clean and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confusion</w:t>
      </w:r>
      <w:r>
        <w:br/>
      </w:r>
      <w:r>
        <w:t xml:space="preserve">    (b) cruelty</w:t>
      </w:r>
      <w:r>
        <w:br/>
      </w:r>
      <w:r>
        <w:t xml:space="preserve">    (c) slum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thinking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superficial</w:t>
      </w:r>
      <w:r>
        <w:rPr>
          <w:b/>
          <w:bCs/>
        </w:rPr>
        <w:t xml:space="preserve">.</w:t>
      </w:r>
      <w:r>
        <w:br/>
      </w:r>
      <w:r>
        <w:t xml:space="preserve">    (a) deep</w:t>
      </w:r>
      <w:r>
        <w:br/>
      </w:r>
      <w:r>
        <w:t xml:space="preserve">    (b) creative</w:t>
      </w:r>
      <w:r>
        <w:br/>
      </w:r>
      <w:r>
        <w:t xml:space="preserve">    (c) shallow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future</w:t>
      </w:r>
      <w:r>
        <w:br/>
      </w:r>
      <w:r>
        <w:t xml:space="preserve">    (c) unimportant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2026-07-31T17:54:47Z</dcterms:created>
  <dcterms:modified xsi:type="dcterms:W3CDTF">2026-07-31T17:54:47Z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