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ae82003aa40f53a56398b9bf0aaabb6f82694d"/>
    <w:p>
      <w:pPr>
        <w:pStyle w:val="Heading1"/>
      </w:pPr>
      <w:r>
        <w:rPr>
          <w:b/>
          <w:bCs/>
        </w:rPr>
        <w:t xml:space="preserve">For Esme:—with Love and Squalor</w:t>
      </w:r>
      <w:r>
        <w:br/>
      </w:r>
      <w:r>
        <w:rPr>
          <w:i/>
          <w:iCs/>
        </w:rPr>
        <w:t xml:space="preserve">J. D. Salinger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countries celebrate November 11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armistice</w:t>
      </w:r>
      <w:r>
        <w:rPr>
          <w:b/>
          <w:bCs/>
        </w:rPr>
        <w:t xml:space="preserve"> </w:t>
      </w:r>
      <w:r>
        <w:rPr>
          <w:b/>
          <w:bCs/>
        </w:rPr>
        <w:t xml:space="preserve">which, in 1918, ended hostilities of the First World War.</w:t>
      </w:r>
      <w:r>
        <w:br/>
      </w:r>
      <w:r>
        <w:t xml:space="preserve">    (a) revolution</w:t>
      </w:r>
      <w:r>
        <w:br/>
      </w:r>
      <w:r>
        <w:t xml:space="preserve">    (b) peace agreement</w:t>
      </w:r>
      <w:r>
        <w:br/>
      </w:r>
      <w:r>
        <w:t xml:space="preserve">    (c) victory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avid</w:t>
      </w:r>
      <w:r>
        <w:rPr>
          <w:b/>
          <w:bCs/>
        </w:rPr>
        <w:t xml:space="preserve"> </w:t>
      </w:r>
      <w:r>
        <w:rPr>
          <w:b/>
          <w:bCs/>
        </w:rPr>
        <w:t xml:space="preserve">reader.</w:t>
      </w:r>
      <w:r>
        <w:br/>
      </w:r>
      <w:r>
        <w:t xml:space="preserve">    (a) enthusiastic</w:t>
      </w:r>
      <w:r>
        <w:br/>
      </w:r>
      <w:r>
        <w:t xml:space="preserve">    (b) tending to arouse strong disagreement</w:t>
      </w:r>
      <w:r>
        <w:br/>
      </w:r>
      <w:r>
        <w:t xml:space="preserve">    (c) done accidentally or without intention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Crews spent hours clearing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debris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highway after the crash.</w:t>
      </w:r>
      <w:r>
        <w:br/>
      </w:r>
      <w:r>
        <w:t xml:space="preserve">    (a) scattered wreckage</w:t>
      </w:r>
      <w:r>
        <w:br/>
      </w:r>
      <w:r>
        <w:t xml:space="preserve">    (b) intact structures</w:t>
      </w:r>
      <w:r>
        <w:br/>
      </w:r>
      <w:r>
        <w:t xml:space="preserve">    (c) valuable items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detest</w:t>
      </w:r>
      <w:r>
        <w:rPr>
          <w:b/>
          <w:bCs/>
        </w:rPr>
        <w:t xml:space="preserve"> </w:t>
      </w:r>
      <w:r>
        <w:rPr>
          <w:b/>
          <w:bCs/>
        </w:rPr>
        <w:t xml:space="preserve">broccoli.</w:t>
      </w:r>
      <w:r>
        <w:br/>
      </w:r>
      <w:r>
        <w:t xml:space="preserve">    (a) hate</w:t>
      </w:r>
      <w:r>
        <w:br/>
      </w:r>
      <w:r>
        <w:t xml:space="preserve">    (b) love</w:t>
      </w:r>
      <w:r>
        <w:br/>
      </w:r>
      <w:r>
        <w:t xml:space="preserve">    (c) avoid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The disson</w:t>
      </w:r>
      <w:r>
        <w:rPr>
          <w:b/>
          <w:bCs/>
        </w:rPr>
        <w:t xml:space="preserve">ant chords gave the music a jagged, unsettling feeling.</w:t>
      </w:r>
      <w:r>
        <w:br/>
      </w:r>
      <w:r>
        <w:t xml:space="preserve">    (a) baseball:  pitches thrown with little spin (so that they move in an unpredictable manner)</w:t>
      </w:r>
      <w:r>
        <w:br/>
      </w:r>
      <w:r>
        <w:t xml:space="preserve">    (b) the quality of accepting what happens without trying to take control or reacting strongly</w:t>
      </w:r>
      <w:r>
        <w:br/>
      </w:r>
      <w:r>
        <w:t xml:space="preserve">    (c) harsh or clashing sound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ecstatic</w:t>
      </w:r>
      <w:r>
        <w:rPr>
          <w:b/>
          <w:bCs/>
        </w:rPr>
        <w:t xml:space="preserve"> </w:t>
      </w:r>
      <w:r>
        <w:rPr>
          <w:b/>
          <w:bCs/>
        </w:rPr>
        <w:t xml:space="preserve">when her team won the championship.</w:t>
      </w:r>
      <w:r>
        <w:br/>
      </w:r>
      <w:r>
        <w:t xml:space="preserve">    (a) exhausted</w:t>
      </w:r>
      <w:r>
        <w:br/>
      </w:r>
      <w:r>
        <w:t xml:space="preserve">    (b) thrilled</w:t>
      </w:r>
      <w:r>
        <w:br/>
      </w:r>
      <w:r>
        <w:t xml:space="preserve">    (c) furious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both entertains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edifies</w:t>
      </w:r>
      <w:r>
        <w:rPr>
          <w:b/>
          <w:bCs/>
        </w:rPr>
        <w:t xml:space="preserve"> </w:t>
      </w:r>
      <w:r>
        <w:rPr>
          <w:b/>
          <w:bCs/>
        </w:rPr>
        <w:t xml:space="preserve">when she speaks.</w:t>
      </w:r>
      <w:r>
        <w:br/>
      </w:r>
      <w:r>
        <w:t xml:space="preserve">    (a) puzzles listeners</w:t>
      </w:r>
      <w:r>
        <w:br/>
      </w:r>
      <w:r>
        <w:t xml:space="preserve">    (b) learns from others</w:t>
      </w:r>
      <w:r>
        <w:br/>
      </w:r>
      <w:r>
        <w:t xml:space="preserve">    (c) teaches or instructs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Night and day we live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incessant</w:t>
      </w:r>
      <w:r>
        <w:rPr>
          <w:b/>
          <w:bCs/>
        </w:rPr>
        <w:t xml:space="preserve"> </w:t>
      </w:r>
      <w:r>
        <w:rPr>
          <w:b/>
          <w:bCs/>
        </w:rPr>
        <w:t xml:space="preserve">noise of the city.</w:t>
      </w:r>
      <w:r>
        <w:br/>
      </w:r>
      <w:r>
        <w:t xml:space="preserve">    (a) pleasant</w:t>
      </w:r>
      <w:r>
        <w:br/>
      </w:r>
      <w:r>
        <w:t xml:space="preserve">    (b) loud</w:t>
      </w:r>
      <w:r>
        <w:br/>
      </w:r>
      <w:r>
        <w:t xml:space="preserve">    (c) continuous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an evening of many stories and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mirth</w:t>
      </w:r>
      <w:r>
        <w:rPr>
          <w:b/>
          <w:bCs/>
        </w:rPr>
        <w:t xml:space="preserve">.</w:t>
      </w:r>
      <w:r>
        <w:br/>
      </w:r>
      <w:r>
        <w:t xml:space="preserve">    (a) warm friendship</w:t>
      </w:r>
      <w:r>
        <w:br/>
      </w:r>
      <w:r>
        <w:t xml:space="preserve">    (b) fun and laughter</w:t>
      </w:r>
      <w:r>
        <w:br/>
      </w:r>
      <w:r>
        <w:t xml:space="preserve">    (c) fond memories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myopic</w:t>
      </w:r>
      <w:r>
        <w:rPr>
          <w:b/>
          <w:bCs/>
        </w:rPr>
        <w:t xml:space="preserve">, but my contacts correct for it.</w:t>
      </w:r>
      <w:r>
        <w:br/>
      </w:r>
      <w:r>
        <w:t xml:space="preserve">    (a) unable to see close objects clearly</w:t>
      </w:r>
      <w:r>
        <w:br/>
      </w:r>
      <w:r>
        <w:t xml:space="preserve">    (b) unable to see well in dim light</w:t>
      </w:r>
      <w:r>
        <w:br/>
      </w:r>
      <w:r>
        <w:t xml:space="preserve">    (c) unable to see distant objects clearly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answered in a polite tone, but her answer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opaque</w:t>
      </w:r>
      <w:r>
        <w:rPr>
          <w:b/>
          <w:bCs/>
        </w:rPr>
        <w:t xml:space="preserve">.</w:t>
      </w:r>
      <w:r>
        <w:br/>
      </w:r>
      <w:r>
        <w:t xml:space="preserve">    (a) not understandable</w:t>
      </w:r>
      <w:r>
        <w:br/>
      </w:r>
      <w:r>
        <w:t xml:space="preserve">    (b) not what was hoped</w:t>
      </w:r>
      <w:r>
        <w:br/>
      </w:r>
      <w:r>
        <w:t xml:space="preserve">    (c) not polite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attack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Pearl Harbor</w:t>
      </w:r>
      <w:r>
        <w:rPr>
          <w:b/>
          <w:bCs/>
        </w:rPr>
        <w:t xml:space="preserve">, President Roosevelt began his speech, "Yesterday, December 7, 1941—a date which will live in infamy..."</w:t>
      </w:r>
      <w:r>
        <w:br/>
      </w:r>
      <w:r>
        <w:t xml:space="preserve">    (a) Hawaiian harbor where U.S. naval base was surprise attacked--leading to the United States entering World War II</w:t>
      </w:r>
      <w:r>
        <w:br/>
      </w:r>
      <w:r>
        <w:t xml:space="preserve">    (b) Hawaiian harbor where U.S. naval base was surprise attacked--leading to the United States entering World War I</w:t>
      </w:r>
      <w:r>
        <w:br/>
      </w:r>
      <w:r>
        <w:t xml:space="preserve">    (c) California harbor where U.S. naval base was surprise attacked--leading to the United States entering World War II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Moors crossed the Mediterranean into the Iberian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peninsula</w:t>
      </w:r>
      <w:r>
        <w:rPr>
          <w:b/>
          <w:bCs/>
        </w:rPr>
        <w:t xml:space="preserve">.</w:t>
      </w:r>
      <w:r>
        <w:br/>
      </w:r>
      <w:r>
        <w:t xml:space="preserve">    (a) large land mass surrounded by water</w:t>
      </w:r>
      <w:r>
        <w:br/>
      </w:r>
      <w:r>
        <w:t xml:space="preserve">    (b) large land mass projecting into a body of water</w:t>
      </w:r>
      <w:r>
        <w:br/>
      </w:r>
      <w:r>
        <w:t xml:space="preserve">    (c) large land mass that is relatively flat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Thomas Edison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prolific</w:t>
      </w:r>
      <w:r>
        <w:rPr>
          <w:b/>
          <w:bCs/>
        </w:rPr>
        <w:t xml:space="preserve"> </w:t>
      </w:r>
      <w:r>
        <w:rPr>
          <w:b/>
          <w:bCs/>
        </w:rPr>
        <w:t xml:space="preserve">inventor, holding over a thousand US patents.</w:t>
      </w:r>
      <w:r>
        <w:br/>
      </w:r>
      <w:r>
        <w:t xml:space="preserve">    (a) little understood</w:t>
      </w:r>
      <w:r>
        <w:br/>
      </w:r>
      <w:r>
        <w:t xml:space="preserve">    (b) producing abundantly</w:t>
      </w:r>
      <w:r>
        <w:br/>
      </w:r>
      <w:r>
        <w:t xml:space="preserve">    (c) highly creative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not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receptive</w:t>
      </w:r>
      <w:r>
        <w:rPr>
          <w:b/>
          <w:bCs/>
        </w:rPr>
        <w:t xml:space="preserve"> </w:t>
      </w:r>
      <w:r>
        <w:rPr>
          <w:b/>
          <w:bCs/>
        </w:rPr>
        <w:t xml:space="preserve">to advice, believing she already knew the best course of action.</w:t>
      </w:r>
      <w:r>
        <w:br/>
      </w:r>
      <w:r>
        <w:t xml:space="preserve">    (a) fond of jokes</w:t>
      </w:r>
      <w:r>
        <w:br/>
      </w:r>
      <w:r>
        <w:t xml:space="preserve">    (b) open to suggestions</w:t>
      </w:r>
      <w:r>
        <w:br/>
      </w:r>
      <w:r>
        <w:t xml:space="preserve">    (c) quick to 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made the bed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sensuous</w:t>
      </w:r>
      <w:r>
        <w:rPr>
          <w:b/>
          <w:bCs/>
        </w:rPr>
        <w:t xml:space="preserve"> </w:t>
      </w:r>
      <w:r>
        <w:rPr>
          <w:b/>
          <w:bCs/>
        </w:rPr>
        <w:t xml:space="preserve">silk sheets.</w:t>
      </w:r>
      <w:r>
        <w:br/>
      </w:r>
      <w:r>
        <w:t xml:space="preserve">    (a) pleasing to touch</w:t>
      </w:r>
      <w:r>
        <w:br/>
      </w:r>
      <w:r>
        <w:t xml:space="preserve">    (b) smooth to the touch</w:t>
      </w:r>
      <w:r>
        <w:br/>
      </w:r>
      <w:r>
        <w:t xml:space="preserve">    (c) cool to the touch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witch wore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talisman</w:t>
      </w:r>
      <w:r>
        <w:rPr>
          <w:b/>
          <w:bCs/>
        </w:rPr>
        <w:t xml:space="preserve"> </w:t>
      </w:r>
      <w:r>
        <w:rPr>
          <w:b/>
          <w:bCs/>
        </w:rPr>
        <w:t xml:space="preserve">around her neck which she believed protected her from evil.</w:t>
      </w:r>
      <w:r>
        <w:br/>
      </w:r>
      <w:r>
        <w:t xml:space="preserve">    (a) chain thought to have magical power</w:t>
      </w:r>
      <w:r>
        <w:br/>
      </w:r>
      <w:r>
        <w:t xml:space="preserve">    (b) garlic necklace thought to have magical power</w:t>
      </w:r>
      <w:r>
        <w:br/>
      </w:r>
      <w:r>
        <w:t xml:space="preserve">    (c) object thought to have magical power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vacuous</w:t>
      </w:r>
      <w:r>
        <w:rPr>
          <w:b/>
          <w:bCs/>
        </w:rPr>
        <w:t xml:space="preserve"> </w:t>
      </w:r>
      <w:r>
        <w:rPr>
          <w:b/>
          <w:bCs/>
        </w:rPr>
        <w:t xml:space="preserve">comments were either off topic or erroneous.</w:t>
      </w:r>
      <w:r>
        <w:br/>
      </w:r>
      <w:r>
        <w:t xml:space="preserve">    (a) dumb</w:t>
      </w:r>
      <w:r>
        <w:br/>
      </w:r>
      <w:r>
        <w:t xml:space="preserve">    (b) emotion-filled</w:t>
      </w:r>
      <w:r>
        <w:br/>
      </w:r>
      <w:r>
        <w:t xml:space="preserve">    (c) side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wistful</w:t>
      </w:r>
      <w:r>
        <w:rPr>
          <w:b/>
          <w:bCs/>
        </w:rPr>
        <w:t xml:space="preserve">, dreamy look as she thought about how life would change if she could get a good job.</w:t>
      </w:r>
      <w:r>
        <w:br/>
      </w:r>
      <w:r>
        <w:t xml:space="preserve">    (a) showing determination</w:t>
      </w:r>
      <w:r>
        <w:br/>
      </w:r>
      <w:r>
        <w:t xml:space="preserve">    (b) showing optimism</w:t>
      </w:r>
      <w:r>
        <w:br/>
      </w:r>
      <w:r>
        <w:t xml:space="preserve">    (c) showing longing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need someone with both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zeal</w:t>
      </w:r>
      <w:r>
        <w:rPr>
          <w:b/>
          <w:bCs/>
        </w:rPr>
        <w:t xml:space="preserve"> </w:t>
      </w:r>
      <w:r>
        <w:rPr>
          <w:b/>
          <w:bCs/>
        </w:rPr>
        <w:t xml:space="preserve">and ability.</w:t>
      </w:r>
      <w:r>
        <w:br/>
      </w:r>
      <w:r>
        <w:t xml:space="preserve">    (a) honesty</w:t>
      </w:r>
      <w:r>
        <w:br/>
      </w:r>
      <w:r>
        <w:t xml:space="preserve">    (b) enthusiasm</w:t>
      </w:r>
      <w:r>
        <w:br/>
      </w:r>
      <w:r>
        <w:t xml:space="preserve">    (c) patience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2026-07-31T17:54:47Z</dcterms:created>
  <dcterms:modified xsi:type="dcterms:W3CDTF">2026-07-31T17:54:47Z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