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6942bfb56c31d48fadc926181feec7d674ebb"/>
    <w:p>
      <w:pPr>
        <w:pStyle w:val="Heading1"/>
      </w:pPr>
      <w:r>
        <w:rPr>
          <w:b/>
          <w:bCs/>
        </w:rPr>
        <w:t xml:space="preserve">For Esme:—with Love and Squalor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my notes should cause the groom ... an uneasy moment or two, so much the better. Nobody's aiming to please, here. More, really,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edify</w:t>
      </w:r>
      <w:r>
        <w:rPr>
          <w:b/>
          <w:bCs/>
        </w:rPr>
        <w:t xml:space="preserve">, to instruct.</w:t>
      </w:r>
      <w:r>
        <w:br/>
      </w:r>
      <w:r>
        <w:t xml:space="preserve">    (a) disagree</w:t>
      </w:r>
      <w:r>
        <w:br/>
      </w:r>
      <w:r>
        <w:t xml:space="preserve">    (b) to teach (instruct)</w:t>
      </w:r>
      <w:r>
        <w:br/>
      </w:r>
      <w:r>
        <w:t xml:space="preserve">    (c) subtract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given a steady,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opaque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the quality of feeling angry or unhappy about having to accept something not liked</w:t>
      </w:r>
      <w:r>
        <w:br/>
      </w:r>
      <w:r>
        <w:t xml:space="preserve">    (b) an argument attributed to one's opponent that is weaker than their actual argument</w:t>
      </w:r>
      <w:r>
        <w:br/>
      </w:r>
      <w:r>
        <w:t xml:space="preserve">    (c) hard to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gathered that the singing part of the rehearsal was over, and before the coach's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dissonant</w:t>
      </w:r>
      <w:r>
        <w:rPr>
          <w:b/>
          <w:bCs/>
        </w:rPr>
        <w:t xml:space="preserve"> </w:t>
      </w:r>
      <w:r>
        <w:rPr>
          <w:b/>
          <w:bCs/>
        </w:rPr>
        <w:t xml:space="preserve">speaking voice could entirely break the spell the children's singing had cast, I got up and left the church.</w:t>
      </w:r>
      <w:r>
        <w:br/>
      </w:r>
      <w:r>
        <w:t xml:space="preserve">    (a) baseball:  pitches thrown with little spin (so that they move in an unpredictable manner)</w:t>
      </w:r>
      <w:r>
        <w:br/>
      </w:r>
      <w:r>
        <w:t xml:space="preserve">    (b) the quality of accepting what happens without trying to take control or reacting strongly</w:t>
      </w:r>
      <w:r>
        <w:br/>
      </w:r>
      <w:r>
        <w:t xml:space="preserve">    (c) clashing, harsh, or out of harmony -- either in sound or in ideas, actions, or appearance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"Yes; quite," said my guest, in the clear, unmistakable voice of a small-talk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detester</w:t>
      </w:r>
      <w:r>
        <w:rPr>
          <w:b/>
          <w:bCs/>
        </w:rPr>
        <w:t xml:space="preserve">.</w:t>
      </w:r>
      <w:r>
        <w:br/>
      </w:r>
      <w:r>
        <w:t xml:space="preserve">    (a) intense disliker (someone who intensely dislikes)</w:t>
      </w:r>
      <w:r>
        <w:br/>
      </w:r>
      <w:r>
        <w:t xml:space="preserve">    (b) someone who verbally disagrees</w:t>
      </w:r>
      <w:r>
        <w:br/>
      </w:r>
      <w:r>
        <w:t xml:space="preserve">    (c) something that emits radiation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, in many ways.</w:t>
      </w:r>
      <w:r>
        <w:br/>
      </w:r>
      <w:r>
        <w:t xml:space="preserve">    (a) relating to pleasure from the body's senses rather than from the intellect</w:t>
      </w:r>
      <w:r>
        <w:br/>
      </w:r>
      <w:r>
        <w:t xml:space="preserve">    (b) most extreme as in final, best, worst, most important, or most fundamental</w:t>
      </w:r>
      <w:r>
        <w:br/>
      </w:r>
      <w:r>
        <w:t xml:space="preserve">    (c) the state or degree of having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waited,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receptively</w:t>
      </w:r>
      <w:r>
        <w:rPr>
          <w:b/>
          <w:bCs/>
        </w:rPr>
        <w:t xml:space="preserve">, for further information, but none came.</w:t>
      </w:r>
      <w:r>
        <w:br/>
      </w:r>
      <w:r>
        <w:t xml:space="preserve">    (a) in a manner that is open to arguments, ideas, or change</w:t>
      </w:r>
      <w:r>
        <w:br/>
      </w:r>
      <w:r>
        <w:t xml:space="preserve">    (b) in a doubtful manner (regarding the truth of something)</w:t>
      </w:r>
      <w:r>
        <w:br/>
      </w:r>
      <w:r>
        <w:t xml:space="preserve">    (c) inadequately (in a manner that does not provide enough)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saw that I was looking at him, he closed his eyes, sleepily, angelically, then stuck out his tongue—an appendage of startling length—and gave out what in my country would have been a glorious tribute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myopic</w:t>
      </w:r>
      <w:r>
        <w:rPr>
          <w:b/>
          <w:bCs/>
        </w:rPr>
        <w:t xml:space="preserve"> </w:t>
      </w:r>
      <w:r>
        <w:rPr>
          <w:b/>
          <w:bCs/>
        </w:rPr>
        <w:t xml:space="preserve">baseball umpire.</w:t>
      </w:r>
      <w:r>
        <w:br/>
      </w:r>
      <w:r>
        <w:t xml:space="preserve">    (a) relating to a Christian ceremony signifying spiritual cleansing and rebirth  OR  relating to a challenging experience that initiates or purifies</w:t>
      </w:r>
      <w:r>
        <w:br/>
      </w:r>
      <w:r>
        <w:t xml:space="preserve">    (b) unable to see distant objects clearly</w:t>
      </w:r>
      <w:r>
        <w:br/>
      </w:r>
      <w:r>
        <w:br/>
      </w:r>
      <w:r>
        <w:t xml:space="preserve">or (figuratively):  not thinking or understanding beyond immediate effect to future or broader effect</w:t>
      </w:r>
      <w:r>
        <w:br/>
      </w:r>
      <w:r>
        <w:t xml:space="preserve">    (c) of an organism in the early stages of development prior to birth, hatching, or sprouting  OR  of anything in an early stage of development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have a dry sense of humor, haven't you?" she said--</w:t>
      </w:r>
      <w:r>
        <w:rPr>
          <w:b/>
          <w:bCs/>
          <w:u w:val="single"/>
        </w:rPr>
        <w:t xml:space="preserve">wistfully</w:t>
      </w:r>
      <w:r>
        <w:rPr>
          <w:b/>
          <w:bCs/>
        </w:rPr>
        <w:t xml:space="preserve">. "Father said I have no sense of humor at all."</w:t>
      </w:r>
      <w:r>
        <w:br/>
      </w:r>
      <w:r>
        <w:t xml:space="preserve">    (a) with longing or unfulfilled desire</w:t>
      </w:r>
      <w:r>
        <w:br/>
      </w:r>
      <w:r>
        <w:t xml:space="preserve">    (b) following as a result of something</w:t>
      </w:r>
      <w:r>
        <w:br/>
      </w:r>
      <w:r>
        <w:t xml:space="preserve">    (c) in a manner that involves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then looked at me with his exposed eyes, which were full of slowly subsiding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mirth</w:t>
      </w:r>
      <w:r>
        <w:rPr>
          <w:b/>
          <w:bCs/>
        </w:rPr>
        <w:t xml:space="preserve"> </w:t>
      </w:r>
      <w:r>
        <w:rPr>
          <w:b/>
          <w:bCs/>
        </w:rPr>
        <w:t xml:space="preserve">and the pride of someone who knows a really good riddle or two.</w:t>
      </w:r>
      <w:r>
        <w:br/>
      </w:r>
      <w:r>
        <w:t xml:space="preserve">    (a) started (a fire)</w:t>
      </w:r>
      <w:r>
        <w:br/>
      </w:r>
      <w:r>
        <w:t xml:space="preserve">    (b) restart (a fire)</w:t>
      </w:r>
      <w:r>
        <w:br/>
      </w:r>
      <w:r>
        <w:t xml:space="preserve">    (c) fun and laughter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</w:t>
      </w:r>
      <w:r>
        <w:rPr>
          <w:b/>
          <w:bCs/>
        </w:rPr>
        <w:t xml:space="preserve"> </w:t>
      </w:r>
      <w:r>
        <w:rPr>
          <w:b/>
          <w:bCs/>
        </w:rPr>
        <w:t xml:space="preserve">reader.</w:t>
      </w:r>
      <w:r>
        <w:br/>
      </w:r>
      <w:r>
        <w:t xml:space="preserve">    (a) full of strong desire for something</w:t>
      </w:r>
      <w:r>
        <w:br/>
      </w:r>
      <w:r>
        <w:t xml:space="preserve">    (b) in a manner that takes on or adopts</w:t>
      </w:r>
      <w:r>
        <w:br/>
      </w:r>
      <w:r>
        <w:t xml:space="preserve">    (c) enthusiastic or strongly interested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said that I wasn't terribly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.</w:t>
      </w:r>
      <w:r>
        <w:br/>
      </w:r>
      <w:r>
        <w:t xml:space="preserve">    (a) sincerity (realness)</w:t>
      </w:r>
      <w:r>
        <w:br/>
      </w:r>
      <w:r>
        <w:t xml:space="preserve">    (b) sensible and careful</w:t>
      </w:r>
      <w:r>
        <w:br/>
      </w:r>
      <w:r>
        <w:t xml:space="preserve">    (c) productive (in his writing)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a cigarette from a pack on the table and lit it with fingers that bumped gently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one another.</w:t>
      </w:r>
      <w:r>
        <w:br/>
      </w:r>
      <w:r>
        <w:t xml:space="preserve">    (a) with anxiety</w:t>
      </w:r>
      <w:r>
        <w:br/>
      </w:r>
      <w:r>
        <w:t xml:space="preserve">    (b) thoughtfully</w:t>
      </w:r>
      <w:r>
        <w:br/>
      </w:r>
      <w:r>
        <w:t xml:space="preserve">    (c) continuously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Corporal Z, who had called for him at the hospital, still drove a jeep combat-style, with the windshield down on the hood,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armistice</w:t>
      </w:r>
      <w:r>
        <w:rPr>
          <w:b/>
          <w:bCs/>
        </w:rPr>
        <w:t xml:space="preserve"> </w:t>
      </w:r>
      <w:r>
        <w:rPr>
          <w:b/>
          <w:bCs/>
        </w:rPr>
        <w:t xml:space="preserve">or no armistice.</w:t>
      </w:r>
      <w:r>
        <w:br/>
      </w:r>
      <w:r>
        <w:t xml:space="preserve">    (a) agreement to temporarily stop fighting a war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reached behind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and picked out a book that stood against the wall.</w:t>
      </w:r>
      <w:r>
        <w:br/>
      </w:r>
      <w:r>
        <w:t xml:space="preserve">    (a) passages food and drink follow between the back of mouths and the stomachs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pieces of something that has been destroyed; or trash that is lying around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with far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zeal</w:t>
      </w:r>
      <w:r>
        <w:rPr>
          <w:b/>
          <w:bCs/>
        </w:rPr>
        <w:t xml:space="preserve"> </w:t>
      </w:r>
      <w:r>
        <w:rPr>
          <w:b/>
          <w:bCs/>
        </w:rPr>
        <w:t xml:space="preserve">than he had done anything in weeks, he...</w:t>
      </w:r>
      <w:r>
        <w:br/>
      </w:r>
      <w:r>
        <w:t xml:space="preserve">    (a) active interest and enthusiasm</w:t>
      </w:r>
      <w:r>
        <w:br/>
      </w:r>
      <w:r>
        <w:t xml:space="preserve">    (b) relating to the chest (thorax)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left-hand pocket he was wearing the Combat Infantrymen's Badge (which, technically, he wasn't authorized to wear), the European Theatre ribbon, with five bronze battle stars in it (instead of a lone silver one, which was the equivalent of five bronze ones), and the pre-</w:t>
      </w:r>
      <w:r>
        <w:rPr>
          <w:b/>
          <w:bCs/>
          <w:u w:val="single"/>
        </w:rPr>
        <w:t xml:space="preserve">Pearl Harbor</w:t>
      </w:r>
      <w:r>
        <w:rPr>
          <w:b/>
          <w:bCs/>
        </w:rPr>
        <w:t xml:space="preserve"> </w:t>
      </w:r>
      <w:r>
        <w:rPr>
          <w:b/>
          <w:bCs/>
        </w:rPr>
        <w:t xml:space="preserve">service ribbon.</w:t>
      </w:r>
      <w:r>
        <w:br/>
      </w:r>
      <w:r>
        <w:t xml:space="preserve">    (a) 1692 trials where fear and unfair accusations led to executing people thought to be witches</w:t>
      </w:r>
      <w:r>
        <w:br/>
      </w:r>
      <w:r>
        <w:t xml:space="preserve">    (b) Hawaiian harbor where U.S. naval base was surprise attacked by the Japanese on 7 Dec 1941</w:t>
      </w:r>
      <w:r>
        <w:br/>
      </w:r>
      <w:r>
        <w:t xml:space="preserve">    (c) the treaty imposed on Germany by the Allied powers in 1920 after the end of World War I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Smoking, 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vacuously</w:t>
      </w:r>
      <w:r>
        <w:rPr>
          <w:b/>
          <w:bCs/>
        </w:rPr>
        <w:t xml:space="preserve"> </w:t>
      </w:r>
      <w:r>
        <w:rPr>
          <w:b/>
          <w:bCs/>
        </w:rPr>
        <w:t xml:space="preserve">around the room.</w:t>
      </w:r>
      <w:r>
        <w:br/>
      </w:r>
      <w:r>
        <w:t xml:space="preserve">    (a) in a manner lacking intelligent thought</w:t>
      </w:r>
      <w:r>
        <w:br/>
      </w:r>
      <w:r>
        <w:t xml:space="preserve">    (b) enthusiastically or with great interest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Charles and I are both quite concerned about you; we hope you were not among those who made the first initial assault upon the Cotentin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Peninsula</w:t>
      </w:r>
      <w:r>
        <w:rPr>
          <w:b/>
          <w:bCs/>
        </w:rPr>
        <w:t xml:space="preserve">.</w:t>
      </w:r>
      <w:r>
        <w:br/>
      </w:r>
      <w:r>
        <w:t xml:space="preserve">    (a) a line of elevated terrain from which a continent's rivers flow in two different directions</w:t>
      </w:r>
      <w:r>
        <w:br/>
      </w:r>
      <w:r>
        <w:t xml:space="preserve">    (b) geological area where a river divides before entering a larger body of water</w:t>
      </w:r>
      <w:r>
        <w:br/>
      </w:r>
      <w:r>
        <w:t xml:space="preserve">    (c) a large mass of land projecting into a body of water -- especially if connected to the larger land mass by an isthmus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quite certain that you will use it to greater advantage in these difficult days than I ever can and that you will accept it as a lucky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talisman</w:t>
      </w:r>
      <w:r>
        <w:rPr>
          <w:b/>
          <w:bCs/>
        </w:rPr>
        <w:t xml:space="preserve">.</w:t>
      </w:r>
      <w:r>
        <w:br/>
      </w:r>
      <w:r>
        <w:t xml:space="preserve">    (a) a small object or piece of jewelry thought to have magical power -- especially to protect against evil</w:t>
      </w:r>
      <w:r>
        <w:br/>
      </w:r>
      <w:r>
        <w:t xml:space="preserve">    (b) a collection of things on public display  OR  a detailed explanation or background of a specific topic</w:t>
      </w:r>
      <w:r>
        <w:br/>
      </w:r>
      <w:r>
        <w:t xml:space="preserve">    (c) the process of assigning a value on or judging the worth of something; or the result of such a process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suddenly,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ecstatically</w:t>
      </w:r>
      <w:r>
        <w:rPr>
          <w:b/>
          <w:bCs/>
        </w:rPr>
        <w:t xml:space="preserve">, he felt sleepy.</w:t>
      </w:r>
      <w:r>
        <w:br/>
      </w:r>
      <w:r>
        <w:t xml:space="preserve">    (a) with intense happiness</w:t>
      </w:r>
      <w:r>
        <w:br/>
      </w:r>
      <w:r>
        <w:t xml:space="preserve">    (b) done on purpose</w:t>
      </w:r>
      <w:r>
        <w:br/>
      </w:r>
      <w:r>
        <w:t xml:space="preserve">    (c) in a sad manner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2026-07-31T17:54:48Z</dcterms:created>
  <dcterms:modified xsi:type="dcterms:W3CDTF">2026-07-31T17:54:48Z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