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1af30a1ae84a22e698d67ef62460b657da463d"/>
    <w:p>
      <w:pPr>
        <w:pStyle w:val="Heading1"/>
      </w:pPr>
      <w:r>
        <w:rPr>
          <w:b/>
          <w:bCs/>
        </w:rPr>
        <w:t xml:space="preserve">Flowers for Algernon — Short Story</w:t>
      </w:r>
      <w:r>
        <w:br/>
      </w:r>
      <w:r>
        <w:rPr>
          <w:i/>
          <w:iCs/>
        </w:rPr>
        <w:t xml:space="preserve">Daniel Keyes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acquire</w:t>
      </w:r>
      <w:r>
        <w:rPr>
          <w:b/>
          <w:bCs/>
        </w:rPr>
        <w:t xml:space="preserve"> </w:t>
      </w:r>
      <w:r>
        <w:rPr>
          <w:b/>
          <w:bCs/>
        </w:rPr>
        <w:t xml:space="preserve">nuclear weapons.</w:t>
      </w:r>
      <w:r>
        <w:br/>
      </w:r>
      <w:r>
        <w:t xml:space="preserve">    (a) obtain (get)</w:t>
      </w:r>
      <w:r>
        <w:br/>
      </w:r>
      <w:r>
        <w:t xml:space="preserve">    (b) eliminate (get rid of)</w:t>
      </w:r>
      <w:r>
        <w:br/>
      </w:r>
      <w:r>
        <w:t xml:space="preserve">    (c) disguise or hide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 </w:t>
      </w:r>
      <w:r>
        <w:rPr>
          <w:b/>
          <w:bCs/>
        </w:rPr>
        <w:t xml:space="preserve">is much more common in the movies than it is in life.</w:t>
      </w:r>
      <w:r>
        <w:br/>
      </w:r>
      <w:r>
        <w:t xml:space="preserve">    (a) love at first sight</w:t>
      </w:r>
      <w:r>
        <w:br/>
      </w:r>
      <w:r>
        <w:t xml:space="preserve">    (b) loss of memory</w:t>
      </w:r>
      <w:r>
        <w:br/>
      </w:r>
      <w:r>
        <w:t xml:space="preserve">    (c) a minor gunshot wound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instinctively grabbed at the gun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conscious</w:t>
      </w:r>
      <w:r>
        <w:rPr>
          <w:b/>
          <w:bCs/>
        </w:rPr>
        <w:t xml:space="preserve"> </w:t>
      </w:r>
      <w:r>
        <w:rPr>
          <w:b/>
          <w:bCs/>
        </w:rPr>
        <w:t xml:space="preserve">thought.</w:t>
      </w:r>
      <w:r>
        <w:br/>
      </w:r>
      <w:r>
        <w:t xml:space="preserve">    (a) being aware</w:t>
      </w:r>
      <w:r>
        <w:br/>
      </w:r>
      <w:r>
        <w:t xml:space="preserve">    (b) being afraid</w:t>
      </w:r>
      <w:r>
        <w:br/>
      </w:r>
      <w:r>
        <w:t xml:space="preserve">    (c) being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not allow members to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our code of ethics.</w:t>
      </w:r>
      <w:r>
        <w:br/>
      </w:r>
      <w:r>
        <w:t xml:space="preserve">    (a) in opposition to</w:t>
      </w:r>
      <w:r>
        <w:br/>
      </w:r>
      <w:r>
        <w:t xml:space="preserve">    (b) without understanding</w:t>
      </w:r>
      <w:r>
        <w:br/>
      </w:r>
      <w:r>
        <w:t xml:space="preserve">    (c) prior to creating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Shortly after the invasion, the security for most Iraqi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deteriorated</w:t>
      </w:r>
      <w:r>
        <w:rPr>
          <w:b/>
          <w:bCs/>
        </w:rPr>
        <w:t xml:space="preserve">.</w:t>
      </w:r>
      <w:r>
        <w:br/>
      </w:r>
      <w:r>
        <w:t xml:space="preserve">    (a) became worse</w:t>
      </w:r>
      <w:r>
        <w:br/>
      </w:r>
      <w:r>
        <w:t xml:space="preserve">    (b) became a top priority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Scientist do not know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functions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nutrient performs.</w:t>
      </w:r>
      <w:r>
        <w:br/>
      </w:r>
      <w:r>
        <w:t xml:space="preserve">    (a) mathematical calculations</w:t>
      </w:r>
      <w:r>
        <w:br/>
      </w:r>
      <w:r>
        <w:t xml:space="preserve">    (b) transitions in form</w:t>
      </w:r>
      <w:r>
        <w:br/>
      </w:r>
      <w:r>
        <w:t xml:space="preserve">    (c) natural activities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 working to reduce the rate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illiteracy</w:t>
      </w:r>
      <w:r>
        <w:rPr>
          <w:b/>
          <w:bCs/>
        </w:rPr>
        <w:t xml:space="preserve">.</w:t>
      </w:r>
      <w:r>
        <w:br/>
      </w:r>
      <w:r>
        <w:t xml:space="preserve">    (a) living in poverty</w:t>
      </w:r>
      <w:r>
        <w:br/>
      </w:r>
      <w:r>
        <w:t xml:space="preserve">    (b) inability to read and write</w:t>
      </w:r>
      <w:r>
        <w:br/>
      </w:r>
      <w:r>
        <w:t xml:space="preserve">    (c) lacking of health care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vision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impaired</w:t>
      </w:r>
      <w:r>
        <w:rPr>
          <w:b/>
          <w:bCs/>
        </w:rPr>
        <w:t xml:space="preserve">.</w:t>
      </w:r>
      <w:r>
        <w:br/>
      </w:r>
      <w:r>
        <w:t xml:space="preserve">    (a) weak</w:t>
      </w:r>
      <w:r>
        <w:br/>
      </w:r>
      <w:r>
        <w:t xml:space="preserve">    (b) strong</w:t>
      </w:r>
      <w:r>
        <w:br/>
      </w:r>
      <w:r>
        <w:t xml:space="preserve">    (c) average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</w:t>
      </w:r>
      <w:r>
        <w:rPr>
          <w:b/>
          <w:bCs/>
        </w:rPr>
        <w:t xml:space="preserve"> </w:t>
      </w:r>
      <w:r>
        <w:rPr>
          <w:b/>
          <w:bCs/>
        </w:rPr>
        <w:t xml:space="preserve">which candidate she supports.</w:t>
      </w:r>
      <w:r>
        <w:br/>
      </w:r>
      <w:r>
        <w:t xml:space="preserve">    (a) express of show</w:t>
      </w:r>
      <w:r>
        <w:br/>
      </w:r>
      <w:r>
        <w:t xml:space="preserve">    (b) decide</w:t>
      </w:r>
      <w:r>
        <w:br/>
      </w:r>
      <w:r>
        <w:t xml:space="preserve">    (c) hide or disguise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working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laboratory</w:t>
      </w:r>
      <w:r>
        <w:rPr>
          <w:b/>
          <w:bCs/>
        </w:rPr>
        <w:t xml:space="preserve">.</w:t>
      </w:r>
      <w:r>
        <w:br/>
      </w:r>
      <w:r>
        <w:t xml:space="preserve">    (a) manufacturing workplace</w:t>
      </w:r>
      <w:r>
        <w:br/>
      </w:r>
      <w:r>
        <w:t xml:space="preserve">    (b) repair workplace</w:t>
      </w:r>
      <w:r>
        <w:br/>
      </w:r>
      <w:r>
        <w:t xml:space="preserve">    (c) science workplace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 describe her actions but not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motivation</w:t>
      </w:r>
      <w:r>
        <w:rPr>
          <w:b/>
          <w:bCs/>
        </w:rPr>
        <w:t xml:space="preserve">.</w:t>
      </w:r>
      <w:r>
        <w:br/>
      </w:r>
      <w:r>
        <w:t xml:space="preserve">    (a) future</w:t>
      </w:r>
      <w:r>
        <w:br/>
      </w:r>
      <w:r>
        <w:t xml:space="preserve">    (b) reason</w:t>
      </w:r>
      <w:r>
        <w:br/>
      </w:r>
      <w:r>
        <w:t xml:space="preserve">    (c)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enhanced</w:t>
      </w:r>
      <w:r>
        <w:br/>
      </w:r>
      <w:r>
        <w:t xml:space="preserve">    (b) blocked</w:t>
      </w:r>
      <w:r>
        <w:br/>
      </w:r>
      <w:r>
        <w:t xml:space="preserve">    (c) made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Sales increased for three straight years, but now they seem to have hit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plateau</w:t>
      </w:r>
      <w:r>
        <w:rPr>
          <w:b/>
          <w:bCs/>
        </w:rPr>
        <w:t xml:space="preserve">.</w:t>
      </w:r>
      <w:r>
        <w:br/>
      </w:r>
      <w:r>
        <w:t xml:space="preserve">    (a) time of little change</w:t>
      </w:r>
      <w:r>
        <w:br/>
      </w:r>
      <w:r>
        <w:t xml:space="preserve">    (b) time of rapid decrease</w:t>
      </w:r>
      <w:r>
        <w:br/>
      </w:r>
      <w:r>
        <w:t xml:space="preserve">    (c) time of rapid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PS</w:t>
      </w:r>
      <w:r>
        <w:rPr>
          <w:b/>
          <w:bCs/>
        </w:rPr>
        <w:t xml:space="preserve">: Bella says she misses you too.</w:t>
      </w:r>
      <w:r>
        <w:br/>
      </w:r>
      <w:r>
        <w:t xml:space="preserve">    (a) an abbreviation for "postscript" placed before a final recap of a letter</w:t>
      </w:r>
      <w:r>
        <w:br/>
      </w:r>
      <w:r>
        <w:t xml:space="preserve">    (b) an abbreviation for "postscript" indicating that the letter is confidential</w:t>
      </w:r>
      <w:r>
        <w:br/>
      </w:r>
      <w:r>
        <w:t xml:space="preserve">    (c) an abbreviation for "postscript" placed before a final note at the end of a letter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only have they not made progress, 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regressed</w:t>
      </w:r>
      <w:r>
        <w:rPr>
          <w:b/>
          <w:bCs/>
        </w:rPr>
        <w:t xml:space="preserve">.</w:t>
      </w:r>
      <w:r>
        <w:br/>
      </w:r>
      <w:r>
        <w:t xml:space="preserve">    (a) got lost</w:t>
      </w:r>
      <w:r>
        <w:br/>
      </w:r>
      <w:r>
        <w:t xml:space="preserve">    (b) quit trying</w:t>
      </w:r>
      <w:r>
        <w:br/>
      </w:r>
      <w:r>
        <w:t xml:space="preserve">    (c) got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revenge was a motive, 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subconscious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without awareness</w:t>
      </w:r>
      <w:r>
        <w:br/>
      </w:r>
      <w:r>
        <w:t xml:space="preserve">    (c) well-disguised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performance goal should be expressed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tangible</w:t>
      </w:r>
      <w:r>
        <w:rPr>
          <w:b/>
          <w:bCs/>
        </w:rPr>
        <w:t xml:space="preserve">, measurable objective, against which actual achievement can be compared.</w:t>
      </w:r>
      <w:r>
        <w:br/>
      </w:r>
      <w:r>
        <w:t xml:space="preserve">    (a) important</w:t>
      </w:r>
      <w:r>
        <w:br/>
      </w:r>
      <w:r>
        <w:t xml:space="preserve">    (b) highly profitable</w:t>
      </w:r>
      <w:r>
        <w:br/>
      </w:r>
      <w:r>
        <w:t xml:space="preserve">    (c) easily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technique</w:t>
      </w:r>
      <w:r>
        <w:rPr>
          <w:b/>
          <w:bCs/>
        </w:rPr>
        <w:t xml:space="preserve"> </w:t>
      </w:r>
      <w:r>
        <w:rPr>
          <w:b/>
          <w:bCs/>
        </w:rPr>
        <w:t xml:space="preserve">I use for dealing with anger is to wait ten seconds before responding.</w:t>
      </w:r>
      <w:r>
        <w:br/>
      </w:r>
      <w:r>
        <w:t xml:space="preserve">    (a) solution to anger</w:t>
      </w:r>
      <w:r>
        <w:br/>
      </w:r>
      <w:r>
        <w:t xml:space="preserve">    (b) habit</w:t>
      </w:r>
      <w:r>
        <w:br/>
      </w:r>
      <w:r>
        <w:t xml:space="preserve">    (c) way of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reduced locations where mosquito eggs can mature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therefore</w:t>
      </w:r>
      <w:r>
        <w:rPr>
          <w:b/>
          <w:bCs/>
        </w:rPr>
        <w:t xml:space="preserve"> </w:t>
      </w:r>
      <w:r>
        <w:rPr>
          <w:b/>
          <w:bCs/>
        </w:rPr>
        <w:t xml:space="preserve">reduced the number of mosquitoes.</w:t>
      </w:r>
      <w:r>
        <w:br/>
      </w:r>
      <w:r>
        <w:t xml:space="preserve">    (a) in spite of that</w:t>
      </w:r>
      <w:r>
        <w:br/>
      </w:r>
      <w:r>
        <w:t xml:space="preserve">    (b) in addition</w:t>
      </w:r>
      <w:r>
        <w:br/>
      </w:r>
      <w:r>
        <w:t xml:space="preserve">    (c) for that reason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2026-07-31T15:17:43Z</dcterms:created>
  <dcterms:modified xsi:type="dcterms:W3CDTF">2026-07-31T15:17:43Z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