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d9095c26f3792351e1af4d27eba01562215bff"/>
    <w:p>
      <w:pPr>
        <w:pStyle w:val="Heading1"/>
      </w:pPr>
      <w:r>
        <w:rPr>
          <w:b/>
          <w:bCs/>
        </w:rPr>
        <w:t xml:space="preserve">Flowers for Algernon — Short Story</w:t>
      </w:r>
      <w:r>
        <w:br/>
      </w:r>
      <w:r>
        <w:rPr>
          <w:i/>
          <w:iCs/>
        </w:rPr>
        <w:t xml:space="preserve">Daniel Keyes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objectives in my literature class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</w:t>
      </w:r>
      <w:r>
        <w:rPr>
          <w:b/>
          <w:bCs/>
        </w:rPr>
        <w:t xml:space="preserve"> </w:t>
      </w:r>
      <w:r>
        <w:rPr>
          <w:b/>
          <w:bCs/>
        </w:rPr>
        <w:t xml:space="preserve">my students with different cultures.</w:t>
      </w:r>
      <w:r>
        <w:br/>
      </w:r>
      <w:r>
        <w:t xml:space="preserve">    (a) make familiar</w:t>
      </w:r>
      <w:r>
        <w:br/>
      </w:r>
      <w:r>
        <w:t xml:space="preserve">    (b) make a list for</w:t>
      </w:r>
      <w:r>
        <w:br/>
      </w:r>
      <w:r>
        <w:t xml:space="preserve">    (c) make surprised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are waiting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analysis</w:t>
      </w:r>
      <w:r>
        <w:rPr>
          <w:b/>
          <w:bCs/>
        </w:rPr>
        <w:t xml:space="preserve"> </w:t>
      </w:r>
      <w:r>
        <w:rPr>
          <w:b/>
          <w:bCs/>
        </w:rPr>
        <w:t xml:space="preserve">of the DNA.</w:t>
      </w:r>
      <w:r>
        <w:br/>
      </w:r>
      <w:r>
        <w:t xml:space="preserve">    (a) detailed examination</w:t>
      </w:r>
      <w:r>
        <w:br/>
      </w:r>
      <w:r>
        <w:t xml:space="preserve">    (b) sample</w:t>
      </w:r>
      <w:r>
        <w:br/>
      </w:r>
      <w:r>
        <w:t xml:space="preserve">    (c)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avoid</w:t>
      </w:r>
      <w:r>
        <w:br/>
      </w:r>
      <w:r>
        <w:t xml:space="preserve">    (b) think about</w:t>
      </w:r>
      <w:r>
        <w:br/>
      </w:r>
      <w:r>
        <w:t xml:space="preserve">    (c) assign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does not 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ingredients.</w:t>
      </w:r>
      <w:r>
        <w:br/>
      </w:r>
      <w:r>
        <w:t xml:space="preserve">    (a) grown non-locally</w:t>
      </w:r>
      <w:r>
        <w:br/>
      </w:r>
      <w:r>
        <w:t xml:space="preserve">    (b) containing gluten</w:t>
      </w:r>
      <w:r>
        <w:br/>
      </w:r>
      <w:r>
        <w:t xml:space="preserve">    (c) made by humans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cerebral</w:t>
      </w:r>
      <w:r>
        <w:rPr>
          <w:b/>
          <w:bCs/>
        </w:rPr>
        <w:t xml:space="preserve"> </w:t>
      </w:r>
      <w:r>
        <w:rPr>
          <w:b/>
          <w:bCs/>
        </w:rPr>
        <w:t xml:space="preserve">hemorrhage.</w:t>
      </w:r>
      <w:r>
        <w:br/>
      </w:r>
      <w:r>
        <w:t xml:space="preserve">    (a) related to the stomach</w:t>
      </w:r>
      <w:r>
        <w:br/>
      </w:r>
      <w:r>
        <w:t xml:space="preserve">    (b) related to the brain</w:t>
      </w:r>
      <w:r>
        <w:br/>
      </w:r>
      <w:r>
        <w:t xml:space="preserve">    (c) related to the chest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Israeli-Palestinian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</w:t>
      </w:r>
      <w:r>
        <w:rPr>
          <w:b/>
          <w:bCs/>
        </w:rPr>
        <w:t xml:space="preserve"> </w:t>
      </w:r>
      <w:r>
        <w:rPr>
          <w:b/>
          <w:bCs/>
        </w:rPr>
        <w:t xml:space="preserve">flared up again in Jerusalem.</w:t>
      </w:r>
      <w:r>
        <w:br/>
      </w:r>
      <w:r>
        <w:t xml:space="preserve">    (a) struggle</w:t>
      </w:r>
      <w:r>
        <w:br/>
      </w:r>
      <w:r>
        <w:t xml:space="preserve">    (b) border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cowered</w:t>
      </w:r>
      <w:r>
        <w:rPr>
          <w:b/>
          <w:bCs/>
        </w:rPr>
        <w:t xml:space="preserve"> </w:t>
      </w:r>
      <w:r>
        <w:rPr>
          <w:b/>
          <w:bCs/>
        </w:rPr>
        <w:t xml:space="preserve">behind her big sister.</w:t>
      </w:r>
      <w:r>
        <w:br/>
      </w:r>
      <w:r>
        <w:t xml:space="preserve">    (a) walked proudly</w:t>
      </w:r>
      <w:r>
        <w:br/>
      </w:r>
      <w:r>
        <w:t xml:space="preserve">    (b) fearfully hid</w:t>
      </w:r>
      <w:r>
        <w:br/>
      </w:r>
      <w:r>
        <w:t xml:space="preserve">    (c) walked slowly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attract</w:t>
      </w:r>
      <w:r>
        <w:br/>
      </w:r>
      <w:r>
        <w:t xml:space="preserve">    (b) entertain</w:t>
      </w:r>
      <w:r>
        <w:br/>
      </w:r>
      <w:r>
        <w:t xml:space="preserve">    (c) lie to or mislead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Lava is flowing from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fissure</w:t>
      </w:r>
      <w:r>
        <w:rPr>
          <w:b/>
          <w:bCs/>
        </w:rPr>
        <w:t xml:space="preserve"> </w:t>
      </w:r>
      <w:r>
        <w:rPr>
          <w:b/>
          <w:bCs/>
        </w:rPr>
        <w:t xml:space="preserve">that is ten miles east of the main crater.</w:t>
      </w:r>
      <w:r>
        <w:br/>
      </w:r>
      <w:r>
        <w:t xml:space="preserve">    (a) long narrow crack</w:t>
      </w:r>
      <w:r>
        <w:br/>
      </w:r>
      <w:r>
        <w:t xml:space="preserve">    (b) volcano</w:t>
      </w:r>
      <w:r>
        <w:br/>
      </w:r>
      <w:r>
        <w:t xml:space="preserve">    (c) large mountain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hypothesized</w:t>
      </w:r>
      <w:r>
        <w:rPr>
          <w:b/>
          <w:bCs/>
        </w:rPr>
        <w:t xml:space="preserve"> </w:t>
      </w:r>
      <w:r>
        <w:rPr>
          <w:b/>
          <w:bCs/>
        </w:rPr>
        <w:t xml:space="preserve">the existence of Pluto before its discovery.</w:t>
      </w:r>
      <w:r>
        <w:br/>
      </w:r>
      <w:r>
        <w:t xml:space="preserve">    (a) disbelieved</w:t>
      </w:r>
      <w:r>
        <w:br/>
      </w:r>
      <w:r>
        <w:t xml:space="preserve">    (b) theorized</w:t>
      </w:r>
      <w:r>
        <w:br/>
      </w:r>
      <w:r>
        <w:t xml:space="preserve">    (c) fantasized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Einstein's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intellectual</w:t>
      </w:r>
      <w:r>
        <w:rPr>
          <w:b/>
          <w:bCs/>
        </w:rPr>
        <w:t xml:space="preserve"> </w:t>
      </w:r>
      <w:r>
        <w:rPr>
          <w:b/>
          <w:bCs/>
        </w:rPr>
        <w:t xml:space="preserve">achievements and originality have made 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Einstein</w:t>
      </w:r>
      <w:r>
        <w:rPr>
          <w:b/>
          <w:bCs/>
        </w:rPr>
        <w:t xml:space="preserve"> </w:t>
      </w:r>
      <w:r>
        <w:rPr>
          <w:b/>
          <w:bCs/>
        </w:rPr>
        <w:t xml:space="preserve">synonymous with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genius</w:t>
      </w:r>
      <w:r>
        <w:rPr>
          <w:b/>
          <w:bCs/>
        </w:rPr>
        <w:t xml:space="preserve">.</w:t>
      </w:r>
      <w:r>
        <w:br/>
      </w:r>
      <w:r>
        <w:t xml:space="preserve">    (a) related to physics</w:t>
      </w:r>
      <w:r>
        <w:br/>
      </w:r>
      <w:r>
        <w:t xml:space="preserve">    (b) related to science</w:t>
      </w:r>
      <w:r>
        <w:br/>
      </w:r>
      <w:r>
        <w:t xml:space="preserve">    (c) related to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American's have a hard time understanding that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</w:t>
      </w:r>
      <w:r>
        <w:rPr>
          <w:b/>
          <w:bCs/>
        </w:rPr>
        <w:t xml:space="preserve"> </w:t>
      </w:r>
      <w:r>
        <w:rPr>
          <w:b/>
          <w:bCs/>
        </w:rPr>
        <w:t xml:space="preserve">Islam is to invite violence.</w:t>
      </w:r>
      <w:r>
        <w:br/>
      </w:r>
      <w:r>
        <w:t xml:space="preserve">    (a) discriminate against</w:t>
      </w:r>
      <w:r>
        <w:br/>
      </w:r>
      <w:r>
        <w:t xml:space="preserve">    (b) not believe in</w:t>
      </w:r>
      <w:r>
        <w:br/>
      </w:r>
      <w:r>
        <w:t xml:space="preserve">    (c) make fun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from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neurological</w:t>
      </w:r>
      <w:r>
        <w:rPr>
          <w:b/>
          <w:bCs/>
        </w:rPr>
        <w:t xml:space="preserve"> </w:t>
      </w:r>
      <w:r>
        <w:rPr>
          <w:b/>
          <w:bCs/>
        </w:rPr>
        <w:t xml:space="preserve">disorder.</w:t>
      </w:r>
      <w:r>
        <w:br/>
      </w:r>
      <w:r>
        <w:t xml:space="preserve">    (a) cardiovascular system</w:t>
      </w:r>
      <w:r>
        <w:br/>
      </w:r>
      <w:r>
        <w:t xml:space="preserve">    (b) nervous system</w:t>
      </w:r>
      <w:r>
        <w:br/>
      </w:r>
      <w:r>
        <w:t xml:space="preserve">    (c) respiratory system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self-centered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opportunism</w:t>
      </w:r>
      <w:r>
        <w:rPr>
          <w:b/>
          <w:bCs/>
        </w:rPr>
        <w:t xml:space="preserve"> </w:t>
      </w:r>
      <w:r>
        <w:rPr>
          <w:b/>
          <w:bCs/>
        </w:rPr>
        <w:t xml:space="preserve">has not gone unnoticed.</w:t>
      </w:r>
      <w:r>
        <w:br/>
      </w:r>
      <w:r>
        <w:t xml:space="preserve">    (a) morality</w:t>
      </w:r>
      <w:r>
        <w:br/>
      </w:r>
      <w:r>
        <w:t xml:space="preserve">    (b) taking advantage</w:t>
      </w:r>
      <w:r>
        <w:br/>
      </w:r>
      <w:r>
        <w:t xml:space="preserve">    (c) smallness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progressive</w:t>
      </w:r>
      <w:r>
        <w:rPr>
          <w:b/>
          <w:bCs/>
        </w:rPr>
        <w:t xml:space="preserve"> </w:t>
      </w:r>
      <w:r>
        <w:rPr>
          <w:b/>
          <w:bCs/>
        </w:rPr>
        <w:t xml:space="preserve">paralysis.</w:t>
      </w:r>
      <w:r>
        <w:br/>
      </w:r>
      <w:r>
        <w:t xml:space="preserve">    (a) treatable</w:t>
      </w:r>
      <w:r>
        <w:br/>
      </w:r>
      <w:r>
        <w:t xml:space="preserve">    (b) gradually increasing</w:t>
      </w:r>
      <w:r>
        <w:br/>
      </w:r>
      <w:r>
        <w:t xml:space="preserve">    (c) sudden onset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diagram is like a map that draws states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proportional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population rather than their geographic size.</w:t>
      </w:r>
      <w:r>
        <w:br/>
      </w:r>
      <w:r>
        <w:t xml:space="preserve">    (a) related in size</w:t>
      </w:r>
      <w:r>
        <w:br/>
      </w:r>
      <w:r>
        <w:t xml:space="preserve">    (b) with color according</w:t>
      </w:r>
      <w:r>
        <w:br/>
      </w:r>
      <w:r>
        <w:t xml:space="preserve">    (c) in order according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refuted</w:t>
      </w:r>
      <w:r>
        <w:rPr>
          <w:b/>
          <w:bCs/>
        </w:rPr>
        <w:t xml:space="preserve"> </w:t>
      </w:r>
      <w:r>
        <w:rPr>
          <w:b/>
          <w:bCs/>
        </w:rPr>
        <w:t xml:space="preserve">the argument.</w:t>
      </w:r>
      <w:r>
        <w:br/>
      </w:r>
      <w:r>
        <w:t xml:space="preserve">    (a) avoided</w:t>
      </w:r>
      <w:r>
        <w:br/>
      </w:r>
      <w:r>
        <w:t xml:space="preserve">    (b) argued against</w:t>
      </w:r>
      <w:r>
        <w:br/>
      </w:r>
      <w:r>
        <w:t xml:space="preserve">    (c) complained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 is concerned that further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stimulus</w:t>
      </w:r>
      <w:r>
        <w:rPr>
          <w:b/>
          <w:bCs/>
        </w:rPr>
        <w:t xml:space="preserve"> </w:t>
      </w:r>
      <w:r>
        <w:rPr>
          <w:b/>
          <w:bCs/>
        </w:rPr>
        <w:t xml:space="preserve">will lead to inflation.</w:t>
      </w:r>
      <w:r>
        <w:br/>
      </w:r>
      <w:r>
        <w:t xml:space="preserve">    (a) encouragement of growth</w:t>
      </w:r>
      <w:r>
        <w:br/>
      </w:r>
      <w:r>
        <w:t xml:space="preserve">    (b) unemployment</w:t>
      </w:r>
      <w:r>
        <w:br/>
      </w:r>
      <w:r>
        <w:t xml:space="preserve">    (c) interest rates increases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 to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traditional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ceremony compete with bridesmaids and a white dress.</w:t>
      </w:r>
      <w:r>
        <w:br/>
      </w:r>
      <w:r>
        <w:t xml:space="preserve">    (a) in the grand style</w:t>
      </w:r>
      <w:r>
        <w:br/>
      </w:r>
      <w:r>
        <w:t xml:space="preserve">    (b) in the long-established style</w:t>
      </w:r>
      <w:r>
        <w:br/>
      </w:r>
      <w:r>
        <w:t xml:space="preserve">    (c) in the modern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vacuous</w:t>
      </w:r>
      <w:r>
        <w:rPr>
          <w:b/>
          <w:bCs/>
        </w:rPr>
        <w:t xml:space="preserve"> </w:t>
      </w:r>
      <w:r>
        <w:rPr>
          <w:b/>
          <w:bCs/>
        </w:rPr>
        <w:t xml:space="preserve">comments were either off topic or erroneous.</w:t>
      </w:r>
      <w:r>
        <w:br/>
      </w:r>
      <w:r>
        <w:t xml:space="preserve">    (a) emotion-filled</w:t>
      </w:r>
      <w:r>
        <w:br/>
      </w:r>
      <w:r>
        <w:t xml:space="preserve">    (b) dumb</w:t>
      </w:r>
      <w:r>
        <w:br/>
      </w:r>
      <w:r>
        <w:t xml:space="preserve">    (c) side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2026-07-31T15:17:44Z</dcterms:created>
  <dcterms:modified xsi:type="dcterms:W3CDTF">2026-07-31T15:17:44Z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