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3b250fc927df2110b1d0f6e4fc69b9a20ca678c"/>
    <w:p>
      <w:pPr>
        <w:pStyle w:val="Heading1"/>
      </w:pPr>
      <w:r>
        <w:rPr>
          <w:b/>
          <w:bCs/>
        </w:rPr>
        <w:t xml:space="preserve">Flowers for Algernon — Short Story</w:t>
      </w:r>
      <w:r>
        <w:br/>
      </w:r>
      <w:r>
        <w:rPr>
          <w:i/>
          <w:iCs/>
        </w:rPr>
        <w:t xml:space="preserve">Daniel Keyes</w:t>
      </w:r>
      <w:r>
        <w:br/>
      </w:r>
      <w:r>
        <w:rPr>
          <w:b/>
          <w:bCs/>
        </w:rPr>
        <w:t xml:space="preserve">Extra Credit 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I just looked up the word in the dictionary Dr Strauss gave me. the word is</w:t>
      </w:r>
      <w:r>
        <w:rPr>
          <w:b/>
          <w:bCs/>
        </w:rPr>
        <w:t xml:space="preserve"> </w:t>
      </w:r>
      <w:r>
        <w:rPr>
          <w:b/>
          <w:bCs/>
          <w:i/>
          <w:iCs/>
        </w:rPr>
        <w:t xml:space="preserve">subconscious. adj. Of the nature of mental operations yet not present in consciousness; as, subconscious</w:t>
      </w:r>
      <w:r>
        <w:rPr>
          <w:b/>
          <w:bCs/>
          <w:i/>
          <w:iCs/>
        </w:rPr>
        <w:t xml:space="preserve"> </w:t>
      </w:r>
      <w:r>
        <w:rPr>
          <w:b/>
          <w:bCs/>
          <w:i/>
          <w:iCs/>
          <w:u w:val="single"/>
        </w:rPr>
        <w:t xml:space="preserve">conflict</w:t>
      </w:r>
      <w:r>
        <w:rPr>
          <w:b/>
          <w:bCs/>
          <w:i/>
          <w:iCs/>
        </w:rPr>
        <w:t xml:space="preserve"> </w:t>
      </w:r>
      <w:r>
        <w:rPr>
          <w:b/>
          <w:bCs/>
          <w:i/>
          <w:iCs/>
        </w:rPr>
        <w:t xml:space="preserve">of desires.</w:t>
      </w:r>
      <w:r>
        <w:br/>
      </w:r>
      <w:r>
        <w:t xml:space="preserve">    (a) combining</w:t>
      </w:r>
      <w:r>
        <w:br/>
      </w:r>
      <w:r>
        <w:t xml:space="preserve">    (b) struggle</w:t>
      </w:r>
      <w:r>
        <w:br/>
      </w:r>
      <w:r>
        <w:t xml:space="preserve">    (c) understanding</w:t>
      </w:r>
    </w:p>
    <w:p>
      <w:pPr>
        <w:pStyle w:val="Compact"/>
        <w:numPr>
          <w:ilvl w:val="0"/>
          <w:numId w:val="1001"/>
        </w:numPr>
      </w:pPr>
      <w:r>
        <w:rPr>
          <w:b/>
          <w:bCs/>
        </w:rPr>
        <w:t xml:space="preserve">Dr. Nemur said that Dr. Strauss was nothing but an</w:t>
      </w:r>
      <w:r>
        <w:rPr>
          <w:b/>
          <w:bCs/>
        </w:rPr>
        <w:t xml:space="preserve"> </w:t>
      </w:r>
      <w:r>
        <w:rPr>
          <w:b/>
          <w:bCs/>
          <w:u w:val="single"/>
        </w:rPr>
        <w:t xml:space="preserve">opportunist</w:t>
      </w:r>
      <w:r>
        <w:rPr>
          <w:b/>
          <w:bCs/>
        </w:rPr>
        <w:t xml:space="preserve"> </w:t>
      </w:r>
      <w:r>
        <w:rPr>
          <w:b/>
          <w:bCs/>
        </w:rPr>
        <w:t xml:space="preserve">who was trying to ride to glory on his coattails.</w:t>
      </w:r>
      <w:r>
        <w:br/>
      </w:r>
      <w:r>
        <w:t xml:space="preserve">    (a) someone who takes advantage of others</w:t>
      </w:r>
      <w:r>
        <w:br/>
      </w:r>
      <w:r>
        <w:t xml:space="preserve">    (b) someone who takes advantage of unplanned circumstances</w:t>
      </w:r>
      <w:r>
        <w:br/>
      </w:r>
      <w:r>
        <w:t xml:space="preserve">    (c) someone who is optimistic</w:t>
      </w:r>
    </w:p>
    <w:p>
      <w:pPr>
        <w:pStyle w:val="Compact"/>
        <w:numPr>
          <w:ilvl w:val="0"/>
          <w:numId w:val="1001"/>
        </w:numPr>
      </w:pPr>
      <w:r>
        <w:rPr>
          <w:b/>
          <w:bCs/>
        </w:rPr>
        <w:t xml:space="preserve">He was educated in the</w:t>
      </w:r>
      <w:r>
        <w:rPr>
          <w:b/>
          <w:bCs/>
        </w:rPr>
        <w:t xml:space="preserve"> </w:t>
      </w:r>
      <w:r>
        <w:rPr>
          <w:b/>
          <w:bCs/>
          <w:u w:val="single"/>
        </w:rPr>
        <w:t xml:space="preserve">tradition</w:t>
      </w:r>
      <w:r>
        <w:rPr>
          <w:b/>
          <w:bCs/>
        </w:rPr>
        <w:t xml:space="preserve"> </w:t>
      </w:r>
      <w:r>
        <w:rPr>
          <w:b/>
          <w:bCs/>
        </w:rPr>
        <w:t xml:space="preserve">of narrow specialization; the broader aspects of background were neglected far more than necessary--</w:t>
      </w:r>
      <w:r>
        <w:br/>
      </w:r>
      <w:r>
        <w:t xml:space="preserve">    (a) experimental way</w:t>
      </w:r>
      <w:r>
        <w:br/>
      </w:r>
      <w:r>
        <w:t xml:space="preserve">    (b) normal manner</w:t>
      </w:r>
      <w:r>
        <w:br/>
      </w:r>
      <w:r>
        <w:t xml:space="preserve">    (c) new way</w:t>
      </w:r>
    </w:p>
    <w:p>
      <w:pPr>
        <w:pStyle w:val="Compact"/>
        <w:numPr>
          <w:ilvl w:val="0"/>
          <w:numId w:val="1001"/>
        </w:numPr>
      </w:pPr>
      <w:r>
        <w:rPr>
          <w:b/>
          <w:bCs/>
        </w:rPr>
        <w:t xml:space="preserve">He was educated in the tradition of narrow specialization; the broader aspects of background were neglected far more than necessary-even for a</w:t>
      </w:r>
      <w:r>
        <w:rPr>
          <w:b/>
          <w:bCs/>
        </w:rPr>
        <w:t xml:space="preserve"> </w:t>
      </w:r>
      <w:r>
        <w:rPr>
          <w:b/>
          <w:bCs/>
          <w:u w:val="single"/>
        </w:rPr>
        <w:t xml:space="preserve">neurosurgeon</w:t>
      </w:r>
      <w:r>
        <w:rPr>
          <w:b/>
          <w:bCs/>
        </w:rPr>
        <w:t xml:space="preserve">.</w:t>
      </w:r>
      <w:r>
        <w:br/>
      </w:r>
      <w:r>
        <w:t xml:space="preserve">    (a) heart surgeon</w:t>
      </w:r>
      <w:r>
        <w:br/>
      </w:r>
      <w:r>
        <w:t xml:space="preserve">    (b) vascular surgeon</w:t>
      </w:r>
      <w:r>
        <w:br/>
      </w:r>
      <w:r>
        <w:t xml:space="preserve">    (c) brain surgeon</w:t>
      </w:r>
    </w:p>
    <w:p>
      <w:pPr>
        <w:pStyle w:val="Compact"/>
        <w:numPr>
          <w:ilvl w:val="0"/>
          <w:numId w:val="1001"/>
        </w:numPr>
      </w:pPr>
      <w:r>
        <w:rPr>
          <w:b/>
          <w:bCs/>
        </w:rPr>
        <w:t xml:space="preserve">It was as if he'd hidden this part of himself in order to</w:t>
      </w:r>
      <w:r>
        <w:rPr>
          <w:b/>
          <w:bCs/>
        </w:rPr>
        <w:t xml:space="preserve"> </w:t>
      </w:r>
      <w:r>
        <w:rPr>
          <w:b/>
          <w:bCs/>
          <w:u w:val="single"/>
        </w:rPr>
        <w:t xml:space="preserve">deceive</w:t>
      </w:r>
      <w:r>
        <w:rPr>
          <w:b/>
          <w:bCs/>
        </w:rPr>
        <w:t xml:space="preserve"> </w:t>
      </w:r>
      <w:r>
        <w:rPr>
          <w:b/>
          <w:bCs/>
        </w:rPr>
        <w:t xml:space="preserve">me, pretending--as do many people I've discovered--to be what he is not. No one I've ever known is what he appears to be on the surface.</w:t>
      </w:r>
      <w:r>
        <w:br/>
      </w:r>
      <w:r>
        <w:t xml:space="preserve">    (a) mislead</w:t>
      </w:r>
      <w:r>
        <w:br/>
      </w:r>
      <w:r>
        <w:t xml:space="preserve">    (b) help</w:t>
      </w:r>
      <w:r>
        <w:br/>
      </w:r>
      <w:r>
        <w:t xml:space="preserve">    (c) strengthen</w:t>
      </w:r>
    </w:p>
    <w:p>
      <w:pPr>
        <w:pStyle w:val="Compact"/>
        <w:numPr>
          <w:ilvl w:val="0"/>
          <w:numId w:val="1001"/>
        </w:numPr>
      </w:pPr>
      <w:r>
        <w:rPr>
          <w:b/>
          <w:bCs/>
        </w:rPr>
        <w:t xml:space="preserve">I thought he was</w:t>
      </w:r>
      <w:r>
        <w:rPr>
          <w:b/>
          <w:bCs/>
        </w:rPr>
        <w:t xml:space="preserve"> </w:t>
      </w:r>
      <w:r>
        <w:rPr>
          <w:b/>
          <w:bCs/>
          <w:u w:val="single"/>
        </w:rPr>
        <w:t xml:space="preserve">mocking</w:t>
      </w:r>
      <w:r>
        <w:rPr>
          <w:b/>
          <w:bCs/>
        </w:rPr>
        <w:t xml:space="preserve"> </w:t>
      </w:r>
      <w:r>
        <w:rPr>
          <w:b/>
          <w:bCs/>
        </w:rPr>
        <w:t xml:space="preserve">me and I'm oversensitive at being made fun of.</w:t>
      </w:r>
      <w:r>
        <w:br/>
      </w:r>
      <w:r>
        <w:t xml:space="preserve">    (a) making fun of</w:t>
      </w:r>
      <w:r>
        <w:br/>
      </w:r>
      <w:r>
        <w:t xml:space="preserve">    (b) trying to hurt</w:t>
      </w:r>
      <w:r>
        <w:br/>
      </w:r>
      <w:r>
        <w:t xml:space="preserve">    (c) ignoring</w:t>
      </w:r>
    </w:p>
    <w:p>
      <w:pPr>
        <w:pStyle w:val="Compact"/>
        <w:numPr>
          <w:ilvl w:val="0"/>
          <w:numId w:val="1001"/>
        </w:numPr>
      </w:pPr>
      <w:r>
        <w:rPr>
          <w:b/>
          <w:bCs/>
        </w:rPr>
        <w:t xml:space="preserve">How was I to know that a highly respected psychoexperimentalist like Nemur was</w:t>
      </w:r>
      <w:r>
        <w:rPr>
          <w:b/>
          <w:bCs/>
        </w:rPr>
        <w:t xml:space="preserve"> </w:t>
      </w:r>
      <w:r>
        <w:rPr>
          <w:b/>
          <w:bCs/>
          <w:u w:val="single"/>
        </w:rPr>
        <w:t xml:space="preserve">unacquainted</w:t>
      </w:r>
      <w:r>
        <w:rPr>
          <w:b/>
          <w:bCs/>
        </w:rPr>
        <w:t xml:space="preserve"> </w:t>
      </w:r>
      <w:r>
        <w:rPr>
          <w:b/>
          <w:bCs/>
        </w:rPr>
        <w:t xml:space="preserve">with Hindustani and Chinese?</w:t>
      </w:r>
      <w:r>
        <w:br/>
      </w:r>
      <w:r>
        <w:t xml:space="preserve">    (a) enjoyed to excess</w:t>
      </w:r>
      <w:r>
        <w:br/>
      </w:r>
      <w:r>
        <w:t xml:space="preserve">    (b) not familiar</w:t>
      </w:r>
      <w:r>
        <w:br/>
      </w:r>
      <w:r>
        <w:t xml:space="preserve">    (c) also expert</w:t>
      </w:r>
    </w:p>
    <w:p>
      <w:pPr>
        <w:pStyle w:val="Compact"/>
        <w:numPr>
          <w:ilvl w:val="0"/>
          <w:numId w:val="1001"/>
        </w:numPr>
      </w:pPr>
      <w:r>
        <w:rPr>
          <w:b/>
          <w:bCs/>
        </w:rPr>
        <w:t xml:space="preserve">I asked Dr. Strauss how Nemur could</w:t>
      </w:r>
      <w:r>
        <w:rPr>
          <w:b/>
          <w:bCs/>
        </w:rPr>
        <w:t xml:space="preserve"> </w:t>
      </w:r>
      <w:r>
        <w:rPr>
          <w:b/>
          <w:bCs/>
          <w:u w:val="single"/>
        </w:rPr>
        <w:t xml:space="preserve">refute</w:t>
      </w:r>
      <w:r>
        <w:rPr>
          <w:b/>
          <w:bCs/>
        </w:rPr>
        <w:t xml:space="preserve"> </w:t>
      </w:r>
      <w:r>
        <w:rPr>
          <w:b/>
          <w:bCs/>
        </w:rPr>
        <w:t xml:space="preserve">Rahajamati's attack on his method and results if Nemur couldn't even read them in the first place.</w:t>
      </w:r>
      <w:r>
        <w:br/>
      </w:r>
      <w:r>
        <w:t xml:space="preserve">    (a) understand</w:t>
      </w:r>
      <w:r>
        <w:br/>
      </w:r>
      <w:r>
        <w:t xml:space="preserve">    (b) add to</w:t>
      </w:r>
      <w:r>
        <w:br/>
      </w:r>
      <w:r>
        <w:t xml:space="preserve">    (c) prove false</w:t>
      </w:r>
    </w:p>
    <w:p>
      <w:pPr>
        <w:pStyle w:val="Compact"/>
        <w:numPr>
          <w:ilvl w:val="0"/>
          <w:numId w:val="1001"/>
        </w:numPr>
      </w:pPr>
      <w:r>
        <w:rPr>
          <w:b/>
          <w:bCs/>
        </w:rPr>
        <w:t xml:space="preserve">I suspect I'm</w:t>
      </w:r>
      <w:r>
        <w:rPr>
          <w:b/>
          <w:bCs/>
        </w:rPr>
        <w:t xml:space="preserve"> </w:t>
      </w:r>
      <w:r>
        <w:rPr>
          <w:b/>
          <w:bCs/>
          <w:u w:val="single"/>
        </w:rPr>
        <w:t xml:space="preserve">approaching</w:t>
      </w:r>
      <w:r>
        <w:rPr>
          <w:b/>
          <w:bCs/>
        </w:rPr>
        <w:t xml:space="preserve"> </w:t>
      </w:r>
      <w:r>
        <w:rPr>
          <w:b/>
          <w:bCs/>
        </w:rPr>
        <w:t xml:space="preserve">her on the wrong level. No matter what I try to discuss with her, I am unable to communicate.</w:t>
      </w:r>
      <w:r>
        <w:br/>
      </w:r>
      <w:r>
        <w:t xml:space="preserve">    (a) walking up to</w:t>
      </w:r>
      <w:r>
        <w:br/>
      </w:r>
      <w:r>
        <w:t xml:space="preserve">    (b) communicating in a particular way</w:t>
      </w:r>
      <w:r>
        <w:br/>
      </w:r>
      <w:r>
        <w:t xml:space="preserve">    (c) getting nearer in time</w:t>
      </w:r>
    </w:p>
    <w:p>
      <w:pPr>
        <w:pStyle w:val="Compact"/>
        <w:numPr>
          <w:ilvl w:val="0"/>
          <w:numId w:val="1001"/>
        </w:numPr>
      </w:pPr>
      <w:r>
        <w:rPr>
          <w:b/>
          <w:bCs/>
        </w:rPr>
        <w:t xml:space="preserve">When the owner came to see what the excitement was about, the boy</w:t>
      </w:r>
      <w:r>
        <w:rPr>
          <w:b/>
          <w:bCs/>
        </w:rPr>
        <w:t xml:space="preserve"> </w:t>
      </w:r>
      <w:r>
        <w:rPr>
          <w:b/>
          <w:bCs/>
          <w:u w:val="single"/>
        </w:rPr>
        <w:t xml:space="preserve">cowered</w:t>
      </w:r>
      <w:r>
        <w:rPr>
          <w:b/>
          <w:bCs/>
        </w:rPr>
        <w:t xml:space="preserve"> </w:t>
      </w:r>
      <w:r>
        <w:rPr>
          <w:b/>
          <w:bCs/>
        </w:rPr>
        <w:t xml:space="preserve">as if he expected to be struck and threw up his arms as if to ward off the blow.</w:t>
      </w:r>
      <w:r>
        <w:br/>
      </w:r>
      <w:r>
        <w:t xml:space="preserve">    (a) cried</w:t>
      </w:r>
      <w:r>
        <w:br/>
      </w:r>
      <w:r>
        <w:t xml:space="preserve">    (b) showed fear</w:t>
      </w:r>
      <w:r>
        <w:br/>
      </w:r>
      <w:r>
        <w:t xml:space="preserve">    (c) got aggressive</w:t>
      </w:r>
    </w:p>
    <w:p>
      <w:pPr>
        <w:pStyle w:val="Compact"/>
        <w:numPr>
          <w:ilvl w:val="0"/>
          <w:numId w:val="1001"/>
        </w:numPr>
      </w:pPr>
      <w:r>
        <w:rPr>
          <w:b/>
          <w:bCs/>
        </w:rPr>
        <w:t xml:space="preserve">His vacant eyes moved across the crowd of amused onlookers, he slowly mirrored their smiles and finally broke into an uncertain grin at the joke which he obviously did not understand. I felt sick inside as I looked at his dull,</w:t>
      </w:r>
      <w:r>
        <w:rPr>
          <w:b/>
          <w:bCs/>
        </w:rPr>
        <w:t xml:space="preserve"> </w:t>
      </w:r>
      <w:r>
        <w:rPr>
          <w:b/>
          <w:bCs/>
          <w:u w:val="single"/>
        </w:rPr>
        <w:t xml:space="preserve">vacuous</w:t>
      </w:r>
      <w:r>
        <w:rPr>
          <w:b/>
          <w:bCs/>
        </w:rPr>
        <w:t xml:space="preserve"> </w:t>
      </w:r>
      <w:r>
        <w:rPr>
          <w:b/>
          <w:bCs/>
        </w:rPr>
        <w:t xml:space="preserve">smile--the wide, bright eyes of a child, uncertain but eager to please.</w:t>
      </w:r>
      <w:r>
        <w:br/>
      </w:r>
      <w:r>
        <w:t xml:space="preserve">    (a) gradually growing larger</w:t>
      </w:r>
      <w:r>
        <w:br/>
      </w:r>
      <w:r>
        <w:t xml:space="preserve">    (b) lacking intelligent thought</w:t>
      </w:r>
      <w:r>
        <w:br/>
      </w:r>
      <w:r>
        <w:t xml:space="preserve">    (c) lacking true joy</w:t>
      </w:r>
    </w:p>
    <w:p>
      <w:pPr>
        <w:pStyle w:val="Compact"/>
        <w:numPr>
          <w:ilvl w:val="0"/>
          <w:numId w:val="1001"/>
        </w:numPr>
      </w:pPr>
      <w:r>
        <w:rPr>
          <w:b/>
          <w:bCs/>
        </w:rPr>
        <w:t xml:space="preserve">A child may not know how to feed itself, or what to eat, yet it knows of hunger. This then is what I was like, I never knew. Even with my gift of</w:t>
      </w:r>
      <w:r>
        <w:rPr>
          <w:b/>
          <w:bCs/>
        </w:rPr>
        <w:t xml:space="preserve"> </w:t>
      </w:r>
      <w:r>
        <w:rPr>
          <w:b/>
          <w:bCs/>
          <w:u w:val="single"/>
        </w:rPr>
        <w:t xml:space="preserve">intellectual</w:t>
      </w:r>
      <w:r>
        <w:rPr>
          <w:b/>
          <w:bCs/>
        </w:rPr>
        <w:t xml:space="preserve"> </w:t>
      </w:r>
      <w:r>
        <w:rPr>
          <w:b/>
          <w:bCs/>
        </w:rPr>
        <w:t xml:space="preserve">awareness, I never really knew.</w:t>
      </w:r>
      <w:r>
        <w:br/>
      </w:r>
      <w:r>
        <w:t xml:space="preserve">    (a) related to medical secrets</w:t>
      </w:r>
      <w:r>
        <w:br/>
      </w:r>
      <w:r>
        <w:t xml:space="preserve">    (b) related to natural hunger</w:t>
      </w:r>
      <w:r>
        <w:br/>
      </w:r>
      <w:r>
        <w:t xml:space="preserve">    (c) related to intelligent thought</w:t>
      </w:r>
    </w:p>
    <w:p>
      <w:pPr>
        <w:pStyle w:val="Compact"/>
        <w:numPr>
          <w:ilvl w:val="0"/>
          <w:numId w:val="1001"/>
        </w:numPr>
      </w:pPr>
      <w:r>
        <w:rPr>
          <w:b/>
          <w:bCs/>
        </w:rPr>
        <w:t xml:space="preserve">I have included in my report all of my formulae, as well as mathematical</w:t>
      </w:r>
      <w:r>
        <w:rPr>
          <w:b/>
          <w:bCs/>
        </w:rPr>
        <w:t xml:space="preserve"> </w:t>
      </w:r>
      <w:r>
        <w:rPr>
          <w:b/>
          <w:bCs/>
          <w:u w:val="single"/>
        </w:rPr>
        <w:t xml:space="preserve">analysis</w:t>
      </w:r>
      <w:r>
        <w:rPr>
          <w:b/>
          <w:bCs/>
        </w:rPr>
        <w:t xml:space="preserve"> </w:t>
      </w:r>
      <w:r>
        <w:rPr>
          <w:b/>
          <w:bCs/>
        </w:rPr>
        <w:t xml:space="preserve">in the appendix.</w:t>
      </w:r>
      <w:r>
        <w:br/>
      </w:r>
      <w:r>
        <w:t xml:space="preserve">    (a) notes</w:t>
      </w:r>
      <w:r>
        <w:br/>
      </w:r>
      <w:r>
        <w:t xml:space="preserve">    (b) psychiatric treatment</w:t>
      </w:r>
      <w:r>
        <w:br/>
      </w:r>
      <w:r>
        <w:t xml:space="preserve">    (c) detailed examination</w:t>
      </w:r>
    </w:p>
    <w:p>
      <w:pPr>
        <w:pStyle w:val="Compact"/>
        <w:numPr>
          <w:ilvl w:val="0"/>
          <w:numId w:val="1001"/>
        </w:numPr>
      </w:pPr>
      <w:r>
        <w:rPr>
          <w:b/>
          <w:bCs/>
        </w:rPr>
        <w:t xml:space="preserve">There are also strong indications of</w:t>
      </w:r>
      <w:r>
        <w:rPr>
          <w:b/>
          <w:bCs/>
        </w:rPr>
        <w:t xml:space="preserve"> </w:t>
      </w:r>
      <w:r>
        <w:rPr>
          <w:b/>
          <w:bCs/>
          <w:u w:val="single"/>
        </w:rPr>
        <w:t xml:space="preserve">progressive</w:t>
      </w:r>
      <w:r>
        <w:rPr>
          <w:b/>
          <w:bCs/>
        </w:rPr>
        <w:t xml:space="preserve"> </w:t>
      </w:r>
      <w:r>
        <w:rPr>
          <w:b/>
          <w:bCs/>
        </w:rPr>
        <w:t xml:space="preserve">amnesia.</w:t>
      </w:r>
      <w:r>
        <w:br/>
      </w:r>
      <w:r>
        <w:t xml:space="preserve">    (a) gradually getting more severe</w:t>
      </w:r>
      <w:r>
        <w:br/>
      </w:r>
      <w:r>
        <w:t xml:space="preserve">    (b) making progress so things get better</w:t>
      </w:r>
      <w:r>
        <w:br/>
      </w:r>
      <w:r>
        <w:t xml:space="preserve">    (c) temporary or interrupted</w:t>
      </w:r>
    </w:p>
    <w:p>
      <w:pPr>
        <w:pStyle w:val="Compact"/>
        <w:numPr>
          <w:ilvl w:val="0"/>
          <w:numId w:val="1001"/>
        </w:numPr>
      </w:pPr>
      <w:r>
        <w:rPr>
          <w:b/>
          <w:bCs/>
        </w:rPr>
        <w:t xml:space="preserve">The surgical</w:t>
      </w:r>
      <w:r>
        <w:rPr>
          <w:b/>
          <w:bCs/>
        </w:rPr>
        <w:t xml:space="preserve"> </w:t>
      </w:r>
      <w:r>
        <w:rPr>
          <w:b/>
          <w:bCs/>
          <w:u w:val="single"/>
        </w:rPr>
        <w:t xml:space="preserve">stimulus</w:t>
      </w:r>
      <w:r>
        <w:rPr>
          <w:b/>
          <w:bCs/>
        </w:rPr>
        <w:t xml:space="preserve"> </w:t>
      </w:r>
      <w:r>
        <w:rPr>
          <w:b/>
          <w:bCs/>
        </w:rPr>
        <w:t xml:space="preserve">to which we were both subjected has resulted in an intensification and acceleration of all mental processes.</w:t>
      </w:r>
      <w:r>
        <w:br/>
      </w:r>
      <w:r>
        <w:t xml:space="preserve">    (a) something good that happens</w:t>
      </w:r>
      <w:r>
        <w:br/>
      </w:r>
      <w:r>
        <w:t xml:space="preserve">    (b) something that causes a reaction</w:t>
      </w:r>
      <w:r>
        <w:br/>
      </w:r>
      <w:r>
        <w:t xml:space="preserve">    (c) something bad that happens</w:t>
      </w:r>
    </w:p>
    <w:p>
      <w:pPr>
        <w:pStyle w:val="Compact"/>
        <w:numPr>
          <w:ilvl w:val="0"/>
          <w:numId w:val="1001"/>
        </w:numPr>
      </w:pPr>
      <w:r>
        <w:rPr>
          <w:b/>
          <w:bCs/>
        </w:rPr>
        <w:t xml:space="preserve">The</w:t>
      </w:r>
      <w:r>
        <w:rPr>
          <w:b/>
          <w:bCs/>
        </w:rPr>
        <w:t xml:space="preserve"> </w:t>
      </w:r>
      <w:r>
        <w:rPr>
          <w:b/>
          <w:bCs/>
          <w:u w:val="single"/>
        </w:rPr>
        <w:t xml:space="preserve">hypothesis</w:t>
      </w:r>
      <w:r>
        <w:rPr>
          <w:b/>
          <w:bCs/>
        </w:rPr>
        <w:t xml:space="preserve"> </w:t>
      </w:r>
      <w:r>
        <w:rPr>
          <w:b/>
          <w:bCs/>
        </w:rPr>
        <w:t xml:space="preserve">here proven may be described simply in the following terms: Artificially increased intelligence deteriorates at a rate of time directly proportional to the quantity of the increase.</w:t>
      </w:r>
      <w:r>
        <w:br/>
      </w:r>
      <w:r>
        <w:t xml:space="preserve">    (a) fantasy</w:t>
      </w:r>
      <w:r>
        <w:br/>
      </w:r>
      <w:r>
        <w:t xml:space="preserve">    (b) story</w:t>
      </w:r>
      <w:r>
        <w:br/>
      </w:r>
      <w:r>
        <w:t xml:space="preserve">    (c) theory</w:t>
      </w:r>
    </w:p>
    <w:p>
      <w:pPr>
        <w:pStyle w:val="Compact"/>
        <w:numPr>
          <w:ilvl w:val="0"/>
          <w:numId w:val="1001"/>
        </w:numPr>
      </w:pPr>
      <w:r>
        <w:rPr>
          <w:b/>
          <w:bCs/>
          <w:u w:val="single"/>
        </w:rPr>
        <w:t xml:space="preserve">Artificially</w:t>
      </w:r>
      <w:r>
        <w:rPr>
          <w:b/>
          <w:bCs/>
        </w:rPr>
        <w:t xml:space="preserve"> </w:t>
      </w:r>
      <w:r>
        <w:rPr>
          <w:b/>
          <w:bCs/>
        </w:rPr>
        <w:t xml:space="preserve">increased intelligence deteriorates at a rate of time directly proportional to the quantity of the increase.</w:t>
      </w:r>
      <w:r>
        <w:br/>
      </w:r>
      <w:r>
        <w:t xml:space="preserve">    (a) occurring in a traditional manner</w:t>
      </w:r>
      <w:r>
        <w:br/>
      </w:r>
      <w:r>
        <w:t xml:space="preserve">    (b) occurring very rapidly</w:t>
      </w:r>
      <w:r>
        <w:br/>
      </w:r>
      <w:r>
        <w:t xml:space="preserve">    (c) technologically created</w:t>
      </w:r>
    </w:p>
    <w:p>
      <w:pPr>
        <w:pStyle w:val="Compact"/>
        <w:numPr>
          <w:ilvl w:val="0"/>
          <w:numId w:val="1001"/>
        </w:numPr>
      </w:pPr>
      <w:r>
        <w:rPr>
          <w:b/>
          <w:bCs/>
        </w:rPr>
        <w:t xml:space="preserve">Artificially increased intelligence deteriorates at a rate of time directly</w:t>
      </w:r>
      <w:r>
        <w:rPr>
          <w:b/>
          <w:bCs/>
        </w:rPr>
        <w:t xml:space="preserve"> </w:t>
      </w:r>
      <w:r>
        <w:rPr>
          <w:b/>
          <w:bCs/>
          <w:u w:val="single"/>
        </w:rPr>
        <w:t xml:space="preserve">proportional</w:t>
      </w:r>
      <w:r>
        <w:rPr>
          <w:b/>
          <w:bCs/>
        </w:rPr>
        <w:t xml:space="preserve"> </w:t>
      </w:r>
      <w:r>
        <w:rPr>
          <w:b/>
          <w:bCs/>
        </w:rPr>
        <w:t xml:space="preserve">to the quantity of the increase.</w:t>
      </w:r>
      <w:r>
        <w:br/>
      </w:r>
      <w:r>
        <w:t xml:space="preserve">    (a) related in color</w:t>
      </w:r>
      <w:r>
        <w:br/>
      </w:r>
      <w:r>
        <w:t xml:space="preserve">    (b) related in shape</w:t>
      </w:r>
      <w:r>
        <w:br/>
      </w:r>
      <w:r>
        <w:t xml:space="preserve">    (c) related in amount</w:t>
      </w:r>
    </w:p>
    <w:p>
      <w:pPr>
        <w:pStyle w:val="Compact"/>
        <w:numPr>
          <w:ilvl w:val="0"/>
          <w:numId w:val="1001"/>
        </w:numPr>
      </w:pPr>
      <w:r>
        <w:rPr>
          <w:b/>
          <w:bCs/>
        </w:rPr>
        <w:t xml:space="preserve">His brain had decreased in weight and there was a general smoothing out of</w:t>
      </w:r>
      <w:r>
        <w:rPr>
          <w:b/>
          <w:bCs/>
        </w:rPr>
        <w:t xml:space="preserve"> </w:t>
      </w:r>
      <w:r>
        <w:rPr>
          <w:b/>
          <w:bCs/>
          <w:u w:val="single"/>
        </w:rPr>
        <w:t xml:space="preserve">cerebral</w:t>
      </w:r>
      <w:r>
        <w:rPr>
          <w:b/>
          <w:bCs/>
        </w:rPr>
        <w:t xml:space="preserve"> </w:t>
      </w:r>
      <w:r>
        <w:rPr>
          <w:b/>
          <w:bCs/>
        </w:rPr>
        <w:t xml:space="preserve">convolutions as well as a deepening and broadening of brain fissures.</w:t>
      </w:r>
      <w:r>
        <w:br/>
      </w:r>
      <w:r>
        <w:t xml:space="preserve">    (a) brain</w:t>
      </w:r>
      <w:r>
        <w:br/>
      </w:r>
      <w:r>
        <w:t xml:space="preserve">    (b) wrinkled</w:t>
      </w:r>
      <w:r>
        <w:br/>
      </w:r>
      <w:r>
        <w:t xml:space="preserve">    (c) many</w:t>
      </w:r>
    </w:p>
    <w:p>
      <w:pPr>
        <w:pStyle w:val="Compact"/>
        <w:numPr>
          <w:ilvl w:val="0"/>
          <w:numId w:val="1001"/>
        </w:numPr>
      </w:pPr>
      <w:r>
        <w:rPr>
          <w:b/>
          <w:bCs/>
        </w:rPr>
        <w:t xml:space="preserve">His brain had decreased in weight and there was a general smoothing out of cerebral convolutions as well as a deepening and broadening of brain</w:t>
      </w:r>
      <w:r>
        <w:rPr>
          <w:b/>
          <w:bCs/>
        </w:rPr>
        <w:t xml:space="preserve"> </w:t>
      </w:r>
      <w:r>
        <w:rPr>
          <w:b/>
          <w:bCs/>
          <w:u w:val="single"/>
        </w:rPr>
        <w:t xml:space="preserve">fissures</w:t>
      </w:r>
      <w:r>
        <w:rPr>
          <w:b/>
          <w:bCs/>
        </w:rPr>
        <w:t xml:space="preserve">.</w:t>
      </w:r>
      <w:r>
        <w:br/>
      </w:r>
      <w:r>
        <w:t xml:space="preserve">    (a) severe scarring</w:t>
      </w:r>
      <w:r>
        <w:br/>
      </w:r>
      <w:r>
        <w:t xml:space="preserve">    (b) long narrow creases</w:t>
      </w:r>
      <w:r>
        <w:br/>
      </w:r>
      <w:r>
        <w:t xml:space="preserve">    (c) bumps or ridges</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2026-07-31T15:17:44Z</dcterms:created>
  <dcterms:modified xsi:type="dcterms:W3CDTF">2026-07-31T15:17:44Z</dcterms:modified>
</cp:coreProperties>
</file>

<file path=docProps/custom.xml><?xml version="1.0" encoding="utf-8"?>
<Properties xmlns="http://schemas.openxmlformats.org/officeDocument/2006/custom-properties" xmlns:vt="http://schemas.openxmlformats.org/officeDocument/2006/docPropsVTypes"/>
</file>