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59fe534e42d6988a14086ee225dbe1cf7d6954"/>
    <w:p>
      <w:pPr>
        <w:pStyle w:val="Heading1"/>
      </w:pPr>
      <w:r>
        <w:rPr>
          <w:b/>
          <w:bCs/>
        </w:rPr>
        <w:t xml:space="preserve">Flowers for Algernon — Novel</w:t>
      </w:r>
      <w:r>
        <w:br/>
      </w:r>
      <w:r>
        <w:rPr>
          <w:i/>
          <w:iCs/>
        </w:rPr>
        <w:t xml:space="preserve">Daniel Keyes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Theres the SUBCONSCIOUS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CONSCIOUS</w:t>
      </w:r>
      <w:r>
        <w:rPr>
          <w:b/>
          <w:bCs/>
        </w:rPr>
        <w:t xml:space="preserve"> </w:t>
      </w:r>
      <w:r>
        <w:rPr>
          <w:b/>
          <w:bCs/>
        </w:rPr>
        <w:t xml:space="preserve">(thats how you spell it) and one dont tell the other what its doing.</w:t>
      </w:r>
      <w:r>
        <w:br/>
      </w:r>
      <w:r>
        <w:t xml:space="preserve">    (a) mental activity of which one is unaware</w:t>
      </w:r>
      <w:r>
        <w:br/>
      </w:r>
      <w:r>
        <w:t xml:space="preserve">    (b) mental activity that is shared with others</w:t>
      </w:r>
      <w:r>
        <w:br/>
      </w:r>
      <w:r>
        <w:t xml:space="preserve">    (c) mental activity of which one is aware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didn't see much of the first picture because I was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conscious</w:t>
      </w:r>
      <w:r>
        <w:rPr>
          <w:b/>
          <w:bCs/>
        </w:rPr>
        <w:t xml:space="preserve"> </w:t>
      </w:r>
      <w:r>
        <w:rPr>
          <w:b/>
          <w:bCs/>
        </w:rPr>
        <w:t xml:space="preserve">of her sitting next to me.</w:t>
      </w:r>
      <w:r>
        <w:br/>
      </w:r>
      <w:r>
        <w:t xml:space="preserve">    (a) aware</w:t>
      </w:r>
      <w:r>
        <w:br/>
      </w:r>
      <w:r>
        <w:t xml:space="preserve">    (b) angry</w:t>
      </w:r>
      <w:r>
        <w:br/>
      </w:r>
      <w:r>
        <w:t xml:space="preserve">    (c) afraid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blamed Matt for not watching me, for leaving us alone together, and she beat me with a strap until I was nearly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unconscious</w:t>
      </w:r>
      <w:r>
        <w:rPr>
          <w:b/>
          <w:bCs/>
        </w:rPr>
        <w:t xml:space="preserve">.</w:t>
      </w:r>
      <w:r>
        <w:br/>
      </w:r>
      <w:r>
        <w:t xml:space="preserve">    (a) cried out</w:t>
      </w:r>
      <w:r>
        <w:br/>
      </w:r>
      <w:r>
        <w:t xml:space="preserve">    (b) senseless with rage</w:t>
      </w:r>
      <w:r>
        <w:br/>
      </w:r>
      <w:r>
        <w:t xml:space="preserve">    (c) not aware of anything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intellectual</w:t>
      </w:r>
      <w:r>
        <w:rPr>
          <w:b/>
          <w:bCs/>
        </w:rPr>
        <w:t xml:space="preserve"> </w:t>
      </w:r>
      <w:r>
        <w:rPr>
          <w:b/>
          <w:bCs/>
        </w:rPr>
        <w:t xml:space="preserve">growth is going to outstrip your emotional growth.</w:t>
      </w:r>
      <w:r>
        <w:br/>
      </w:r>
      <w:r>
        <w:t xml:space="preserve">    (a) related to emotions</w:t>
      </w:r>
      <w:r>
        <w:br/>
      </w:r>
      <w:r>
        <w:t xml:space="preserve">    (b) related to height</w:t>
      </w:r>
      <w:r>
        <w:br/>
      </w:r>
      <w:r>
        <w:t xml:space="preserve">    (c) related to intelligence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Dr. Strauss says that it means I've reached a point where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subconscious</w:t>
      </w:r>
      <w:r>
        <w:rPr>
          <w:b/>
          <w:bCs/>
        </w:rPr>
        <w:t xml:space="preserve"> </w:t>
      </w:r>
      <w:r>
        <w:rPr>
          <w:b/>
          <w:bCs/>
        </w:rPr>
        <w:t xml:space="preserve">is trying to block my conscious from remembering.</w:t>
      </w:r>
      <w:r>
        <w:br/>
      </w:r>
      <w:r>
        <w:t xml:space="preserve">    (a) mental activity of which one is aware</w:t>
      </w:r>
      <w:r>
        <w:br/>
      </w:r>
      <w:r>
        <w:t xml:space="preserve">    (b) mental activity of which one is unaware</w:t>
      </w:r>
      <w:r>
        <w:br/>
      </w:r>
      <w:r>
        <w:t xml:space="preserve">    (c) mental activity that is shared with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sudden memory shows him that his hatred is really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directed</w:t>
      </w:r>
      <w:r>
        <w:rPr>
          <w:b/>
          <w:bCs/>
        </w:rPr>
        <w:t xml:space="preserve"> </w:t>
      </w:r>
      <w:r>
        <w:rPr>
          <w:b/>
          <w:bCs/>
        </w:rPr>
        <w:t xml:space="preserve">at a depraved governess who had terrified him with frightening stories and left a flaw in his personality.</w:t>
      </w:r>
      <w:r>
        <w:br/>
      </w:r>
      <w:r>
        <w:t xml:space="preserve">    (a) greatly annoyed</w:t>
      </w:r>
      <w:r>
        <w:br/>
      </w:r>
      <w:r>
        <w:t xml:space="preserve">    (b) aimed or focused</w:t>
      </w:r>
      <w:r>
        <w:br/>
      </w:r>
      <w:r>
        <w:t xml:space="preserve">    (c) took on or adopted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Strauss again brought up my need to speak and write simply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directly</w:t>
      </w:r>
      <w:r>
        <w:rPr>
          <w:b/>
          <w:bCs/>
        </w:rPr>
        <w:t xml:space="preserve"> </w:t>
      </w:r>
      <w:r>
        <w:rPr>
          <w:b/>
          <w:bCs/>
        </w:rPr>
        <w:t xml:space="preserve">so that people will understand me.</w:t>
      </w:r>
      <w:r>
        <w:br/>
      </w:r>
      <w:r>
        <w:t xml:space="preserve">    (a) suddenly and unexpectedly</w:t>
      </w:r>
      <w:r>
        <w:br/>
      </w:r>
      <w:r>
        <w:t xml:space="preserve">    (b) with seriousness and dignity</w:t>
      </w:r>
      <w:r>
        <w:br/>
      </w:r>
      <w:r>
        <w:t xml:space="preserve">    (c) in an uncomplicated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Artificially-induced intelligence deteriorates at a rate of time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directly</w:t>
      </w:r>
      <w:r>
        <w:rPr>
          <w:b/>
          <w:bCs/>
        </w:rPr>
        <w:t xml:space="preserve"> </w:t>
      </w:r>
      <w:r>
        <w:rPr>
          <w:b/>
          <w:bCs/>
        </w:rPr>
        <w:t xml:space="preserve">proportional to the quantity of the increase.</w:t>
      </w:r>
      <w:r>
        <w:br/>
      </w:r>
      <w:r>
        <w:t xml:space="preserve">    (a) in a complicated manner</w:t>
      </w:r>
      <w:r>
        <w:br/>
      </w:r>
      <w:r>
        <w:t xml:space="preserve">    (b) in a traditional manner</w:t>
      </w:r>
      <w:r>
        <w:br/>
      </w:r>
      <w:r>
        <w:t xml:space="preserve">    (c) exactly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Your anger is 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out of proportion</w:t>
      </w:r>
      <w:r>
        <w:rPr>
          <w:b/>
          <w:bCs/>
        </w:rPr>
        <w:t xml:space="preserve"> </w:t>
      </w:r>
      <w:r>
        <w:rPr>
          <w:b/>
          <w:bCs/>
        </w:rPr>
        <w:t xml:space="preserve">to what's happened.</w:t>
      </w:r>
      <w:r>
        <w:br/>
      </w:r>
      <w:r>
        <w:t xml:space="preserve">    (a) frustration</w:t>
      </w:r>
      <w:r>
        <w:br/>
      </w:r>
      <w:r>
        <w:t xml:space="preserve">    (b) appropriate range</w:t>
      </w:r>
      <w:r>
        <w:br/>
      </w:r>
      <w:r>
        <w:t xml:space="preserve">    (c) empathy or sympathy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I'm not talking about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I.Q.</w:t>
      </w:r>
      <w:r>
        <w:rPr>
          <w:b/>
          <w:bCs/>
        </w:rPr>
        <w:t xml:space="preserve"> </w:t>
      </w:r>
      <w:r>
        <w:rPr>
          <w:b/>
          <w:bCs/>
        </w:rPr>
        <w:t xml:space="preserve">It's your attitude toward people—you're not the same kind of human being—</w:t>
      </w:r>
      <w:r>
        <w:br/>
      </w:r>
      <w:r>
        <w:t xml:space="preserve">    (a) measure of personality</w:t>
      </w:r>
      <w:r>
        <w:br/>
      </w:r>
      <w:r>
        <w:t xml:space="preserve">    (b) measure of kindness</w:t>
      </w:r>
      <w:r>
        <w:br/>
      </w:r>
      <w:r>
        <w:t xml:space="preserve">    (c) measure of intelligence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First there will have to be physical and mental tests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determine</w:t>
      </w:r>
      <w:r>
        <w:rPr>
          <w:b/>
          <w:bCs/>
        </w:rPr>
        <w:t xml:space="preserve"> </w:t>
      </w:r>
      <w:r>
        <w:rPr>
          <w:b/>
          <w:bCs/>
        </w:rPr>
        <w:t xml:space="preserve">the causes of the pathology.</w:t>
      </w:r>
      <w:r>
        <w:br/>
      </w:r>
      <w:r>
        <w:t xml:space="preserve">    (a) discover</w:t>
      </w:r>
      <w:r>
        <w:br/>
      </w:r>
      <w:r>
        <w:t xml:space="preserve">    (b) write down</w:t>
      </w:r>
      <w:r>
        <w:br/>
      </w:r>
      <w:r>
        <w:t xml:space="preserve">    (c) discuss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Instead of the careful,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determined</w:t>
      </w:r>
      <w:r>
        <w:rPr>
          <w:b/>
          <w:bCs/>
        </w:rPr>
        <w:t xml:space="preserve"> </w:t>
      </w:r>
      <w:r>
        <w:rPr>
          <w:b/>
          <w:bCs/>
        </w:rPr>
        <w:t xml:space="preserve">movements down the maze corridors, his actions are rushed and out of control.</w:t>
      </w:r>
      <w:r>
        <w:br/>
      </w:r>
      <w:r>
        <w:t xml:space="preserve">    (a) slow and cautious</w:t>
      </w:r>
      <w:r>
        <w:br/>
      </w:r>
      <w:r>
        <w:t xml:space="preserve">    (b) repeated</w:t>
      </w:r>
      <w:r>
        <w:br/>
      </w:r>
      <w:r>
        <w:t xml:space="preserve">    (c) firm in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always been straightforward with me—more so than most of the others—but when he described the white mouse who had been given intelligence, he was as pompous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artificial</w:t>
      </w:r>
      <w:r>
        <w:rPr>
          <w:b/>
          <w:bCs/>
        </w:rPr>
        <w:t xml:space="preserve"> </w:t>
      </w:r>
      <w:r>
        <w:rPr>
          <w:b/>
          <w:bCs/>
        </w:rPr>
        <w:t xml:space="preserve">as the others.</w:t>
      </w:r>
      <w:r>
        <w:br/>
      </w:r>
      <w:r>
        <w:t xml:space="preserve">    (a) insincere</w:t>
      </w:r>
      <w:r>
        <w:br/>
      </w:r>
      <w:r>
        <w:t xml:space="preserve">    (b) confusing</w:t>
      </w:r>
      <w:r>
        <w:br/>
      </w:r>
      <w:r>
        <w:t xml:space="preserve">    (c) sincere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hypothesis here proved may be described most simply in the following terms: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Artificially</w:t>
      </w:r>
      <w:r>
        <w:rPr>
          <w:b/>
          <w:bCs/>
        </w:rPr>
        <w:t xml:space="preserve">-induced intelligence deteriorates at a rate of time directly proportional to the quantity of the increase.</w:t>
      </w:r>
      <w:r>
        <w:br/>
      </w:r>
      <w:r>
        <w:t xml:space="preserve">    (a) done through nutrition</w:t>
      </w:r>
      <w:r>
        <w:br/>
      </w:r>
      <w:r>
        <w:t xml:space="preserve">    (b) done in a sad manner</w:t>
      </w:r>
      <w:r>
        <w:br/>
      </w:r>
      <w:r>
        <w:t xml:space="preserve">    (c) done with human technology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Algernon's behavior is becoming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erratic</w:t>
      </w:r>
      <w:r>
        <w:rPr>
          <w:b/>
          <w:bCs/>
        </w:rPr>
        <w:t xml:space="preserve"> </w:t>
      </w:r>
      <w:r>
        <w:rPr>
          <w:b/>
          <w:bCs/>
        </w:rPr>
        <w:t xml:space="preserve">again.</w:t>
      </w:r>
      <w:r>
        <w:br/>
      </w:r>
      <w:r>
        <w:t xml:space="preserve">    (a) immature</w:t>
      </w:r>
      <w:r>
        <w:br/>
      </w:r>
      <w:r>
        <w:t xml:space="preserve">    (b) irregular</w:t>
      </w:r>
      <w:r>
        <w:br/>
      </w:r>
      <w:r>
        <w:t xml:space="preserve">    (c) depressed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been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lab</w:t>
      </w:r>
      <w:r>
        <w:rPr>
          <w:b/>
          <w:bCs/>
        </w:rPr>
        <w:t xml:space="preserve"> </w:t>
      </w:r>
      <w:r>
        <w:rPr>
          <w:b/>
          <w:bCs/>
        </w:rPr>
        <w:t xml:space="preserve">many times before this, but now I was here to learn everything it had to offer.</w:t>
      </w:r>
      <w:r>
        <w:br/>
      </w:r>
      <w:r>
        <w:t xml:space="preserve">    (a) repair workplace</w:t>
      </w:r>
      <w:r>
        <w:br/>
      </w:r>
      <w:r>
        <w:t xml:space="preserve">    (b) science workplace</w:t>
      </w:r>
      <w:r>
        <w:br/>
      </w:r>
      <w:r>
        <w:t xml:space="preserve">    (c) manufacturing workplace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hypothesis</w:t>
      </w:r>
      <w:r>
        <w:rPr>
          <w:b/>
          <w:bCs/>
        </w:rPr>
        <w:t xml:space="preserve"> </w:t>
      </w:r>
      <w:r>
        <w:rPr>
          <w:b/>
          <w:bCs/>
        </w:rPr>
        <w:t xml:space="preserve">here proved may be described most simply in the following terms: Artificially-induced intelligence deteriorates at a rate of time directly proportional to the quantity of the increase.</w:t>
      </w:r>
      <w:r>
        <w:br/>
      </w:r>
      <w:r>
        <w:t xml:space="preserve">    (a) sad fact</w:t>
      </w:r>
      <w:r>
        <w:br/>
      </w:r>
      <w:r>
        <w:t xml:space="preserve">    (b) experiment</w:t>
      </w:r>
      <w:r>
        <w:br/>
      </w:r>
      <w:r>
        <w:t xml:space="preserve">    (c) theory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Artificially-</w:t>
      </w:r>
      <w:r>
        <w:rPr>
          <w:b/>
          <w:bCs/>
          <w:u w:val="single"/>
        </w:rPr>
        <w:t xml:space="preserve">induced</w:t>
      </w:r>
      <w:r>
        <w:rPr>
          <w:b/>
          <w:bCs/>
        </w:rPr>
        <w:t xml:space="preserve"> </w:t>
      </w:r>
      <w:r>
        <w:rPr>
          <w:b/>
          <w:bCs/>
        </w:rPr>
        <w:t xml:space="preserve">intelligence deteriorates at a rate of time directly proportional to the quantity of the increase.</w:t>
      </w:r>
      <w:r>
        <w:br/>
      </w:r>
      <w:r>
        <w:t xml:space="preserve">    (a) increased</w:t>
      </w:r>
      <w:r>
        <w:br/>
      </w:r>
      <w:r>
        <w:t xml:space="preserve">    (b) experimented</w:t>
      </w:r>
      <w:r>
        <w:br/>
      </w:r>
      <w:r>
        <w:t xml:space="preserve">    (c) caused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Artificially-induced intelligence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deteriorates</w:t>
      </w:r>
      <w:r>
        <w:rPr>
          <w:b/>
          <w:bCs/>
        </w:rPr>
        <w:t xml:space="preserve"> </w:t>
      </w:r>
      <w:r>
        <w:rPr>
          <w:b/>
          <w:bCs/>
        </w:rPr>
        <w:t xml:space="preserve">at a rate of time directly proportional to the quantity of the increase.</w:t>
      </w:r>
      <w:r>
        <w:br/>
      </w:r>
      <w:r>
        <w:t xml:space="preserve">    (a) increases</w:t>
      </w:r>
      <w:r>
        <w:br/>
      </w:r>
      <w:r>
        <w:t xml:space="preserve">    (b) gets better</w:t>
      </w:r>
      <w:r>
        <w:br/>
      </w:r>
      <w:r>
        <w:t xml:space="preserve">    (c) gets worse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Artificially-induced intelligence deteriorates at a rate of time directly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proportional</w:t>
      </w:r>
      <w:r>
        <w:rPr>
          <w:b/>
          <w:bCs/>
        </w:rPr>
        <w:t xml:space="preserve"> </w:t>
      </w:r>
      <w:r>
        <w:rPr>
          <w:b/>
          <w:bCs/>
        </w:rPr>
        <w:t xml:space="preserve">to the quantity of the increase.</w:t>
      </w:r>
      <w:r>
        <w:br/>
      </w:r>
      <w:r>
        <w:t xml:space="preserve">    (a) related in shape</w:t>
      </w:r>
      <w:r>
        <w:br/>
      </w:r>
      <w:r>
        <w:t xml:space="preserve">    (b) related in amount</w:t>
      </w:r>
      <w:r>
        <w:br/>
      </w:r>
      <w:r>
        <w:t xml:space="preserve">    (c) too large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2026-07-31T20:25:55Z</dcterms:created>
  <dcterms:modified xsi:type="dcterms:W3CDTF">2026-07-31T20:25:55Z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