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5a1cb2679039e69a6f1181903a2765ccca6f65"/>
    <w:p>
      <w:pPr>
        <w:pStyle w:val="Heading1"/>
      </w:pPr>
      <w:r>
        <w:rPr>
          <w:b/>
          <w:bCs/>
        </w:rPr>
        <w:t xml:space="preserve">Flags of Our Fathers</w:t>
      </w:r>
      <w:r>
        <w:br/>
      </w:r>
      <w:r>
        <w:rPr>
          <w:i/>
          <w:iCs/>
        </w:rPr>
        <w:t xml:space="preserve">James Bradley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passage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adapted</w:t>
      </w:r>
      <w:r>
        <w:rPr>
          <w:b/>
          <w:bCs/>
        </w:rPr>
        <w:t xml:space="preserve"> </w:t>
      </w:r>
      <w:r>
        <w:rPr>
          <w:b/>
          <w:bCs/>
        </w:rPr>
        <w:t xml:space="preserve">from Ralph Ellison,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Invisible Man</w:t>
      </w:r>
      <w:r>
        <w:rPr>
          <w:b/>
          <w:bCs/>
        </w:rPr>
        <w:t xml:space="preserve"> </w:t>
      </w:r>
      <w:r>
        <w:rPr>
          <w:b/>
          <w:bCs/>
        </w:rPr>
        <w:t xml:space="preserve">©1952.</w:t>
      </w:r>
      <w:r>
        <w:br/>
      </w:r>
      <w:r>
        <w:t xml:space="preserve">    (a) read</w:t>
      </w:r>
      <w:r>
        <w:br/>
      </w:r>
      <w:r>
        <w:t xml:space="preserve">    (b) copied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What's on today's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agenda</w:t>
      </w:r>
      <w:r>
        <w:rPr>
          <w:b/>
          <w:bCs/>
        </w:rPr>
        <w:t xml:space="preserve">?</w:t>
      </w:r>
      <w:r>
        <w:br/>
      </w:r>
      <w:r>
        <w:t xml:space="preserve">    (a) items in the news</w:t>
      </w:r>
      <w:r>
        <w:br/>
      </w:r>
      <w:r>
        <w:t xml:space="preserve">    (b) items to ignore</w:t>
      </w:r>
      <w:r>
        <w:br/>
      </w:r>
      <w:r>
        <w:t xml:space="preserve">    (c) items to discuss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What's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agenda</w:t>
      </w:r>
      <w:r>
        <w:rPr>
          <w:b/>
          <w:bCs/>
        </w:rPr>
        <w:t xml:space="preserve"> </w:t>
      </w:r>
      <w:r>
        <w:rPr>
          <w:b/>
          <w:bCs/>
        </w:rPr>
        <w:t xml:space="preserve">today?</w:t>
      </w:r>
      <w:r>
        <w:br/>
      </w:r>
      <w:r>
        <w:t xml:space="preserve">    (a) task list</w:t>
      </w:r>
      <w:r>
        <w:br/>
      </w:r>
      <w:r>
        <w:t xml:space="preserve">    (b) television</w:t>
      </w:r>
      <w:r>
        <w:br/>
      </w:r>
      <w:r>
        <w:t xml:space="preserve">    (c) menu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plaque was placed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commemorate</w:t>
      </w:r>
      <w:r>
        <w:rPr>
          <w:b/>
          <w:bCs/>
        </w:rPr>
        <w:t xml:space="preserve"> </w:t>
      </w:r>
      <w:r>
        <w:rPr>
          <w:b/>
          <w:bCs/>
        </w:rPr>
        <w:t xml:space="preserve">the scientists who made the discovery possible.</w:t>
      </w:r>
      <w:r>
        <w:br/>
      </w:r>
      <w:r>
        <w:t xml:space="preserve">    (a) identify or label</w:t>
      </w:r>
      <w:r>
        <w:br/>
      </w:r>
      <w:r>
        <w:t xml:space="preserve">    (b) honor or remember</w:t>
      </w:r>
      <w:r>
        <w:br/>
      </w:r>
      <w:r>
        <w:t xml:space="preserve">    (c) replace or remove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furloughed</w:t>
      </w:r>
      <w:r>
        <w:rPr>
          <w:b/>
          <w:bCs/>
        </w:rPr>
        <w:t xml:space="preserve"> </w:t>
      </w:r>
      <w:r>
        <w:rPr>
          <w:b/>
          <w:bCs/>
        </w:rPr>
        <w:t xml:space="preserve">employees on the third shift.</w:t>
      </w:r>
      <w:r>
        <w:br/>
      </w:r>
      <w:r>
        <w:t xml:space="preserve">    (a) gave raises to</w:t>
      </w:r>
      <w:r>
        <w:br/>
      </w:r>
      <w:r>
        <w:t xml:space="preserve">    (b) ordered not do come to work</w:t>
      </w:r>
      <w:r>
        <w:br/>
      </w:r>
      <w:r>
        <w:t xml:space="preserve">    (c) fired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Elvis Presley remains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icon</w:t>
      </w:r>
      <w:r>
        <w:rPr>
          <w:b/>
          <w:bCs/>
        </w:rPr>
        <w:t xml:space="preserve"> </w:t>
      </w:r>
      <w:r>
        <w:rPr>
          <w:b/>
          <w:bCs/>
        </w:rPr>
        <w:t xml:space="preserve">of rock and roll music.</w:t>
      </w:r>
      <w:r>
        <w:br/>
      </w:r>
      <w:r>
        <w:t xml:space="preserve">    (a) a minor figure</w:t>
      </w:r>
      <w:r>
        <w:br/>
      </w:r>
      <w:r>
        <w:t xml:space="preserve">    (b) a famous symbol</w:t>
      </w:r>
      <w:r>
        <w:br/>
      </w:r>
      <w:r>
        <w:t xml:space="preserve">    (c) a harsh critic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believes we have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</w:t>
      </w:r>
      <w:r>
        <w:rPr>
          <w:b/>
          <w:bCs/>
        </w:rPr>
        <w:t xml:space="preserve"> </w:t>
      </w:r>
      <w:r>
        <w:rPr>
          <w:b/>
          <w:bCs/>
        </w:rPr>
        <w:t xml:space="preserve">soul.</w:t>
      </w:r>
      <w:r>
        <w:br/>
      </w:r>
      <w:r>
        <w:t xml:space="preserve">    (a) conflicted</w:t>
      </w:r>
      <w:r>
        <w:br/>
      </w:r>
      <w:r>
        <w:t xml:space="preserve">    (b) perfect in every way</w:t>
      </w:r>
      <w:r>
        <w:br/>
      </w:r>
      <w:r>
        <w:t xml:space="preserve">    (c) lasting forever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elaborate upon</w:t>
      </w:r>
      <w:r>
        <w:br/>
      </w:r>
      <w:r>
        <w:t xml:space="preserve">    (b) translate</w:t>
      </w:r>
      <w:r>
        <w:br/>
      </w:r>
      <w:r>
        <w:t xml:space="preserve">    (c) refute (prove false)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a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careless</w:t>
      </w:r>
      <w:r>
        <w:rPr>
          <w:b/>
          <w:bCs/>
        </w:rPr>
        <w:t xml:space="preserve"> </w:t>
      </w:r>
      <w:r>
        <w:rPr>
          <w:b/>
          <w:bCs/>
        </w:rPr>
        <w:t xml:space="preserve">if there is a lawsuit?</w:t>
      </w:r>
      <w:r>
        <w:br/>
      </w:r>
      <w:r>
        <w:t xml:space="preserve">    (a) understand</w:t>
      </w:r>
      <w:r>
        <w:br/>
      </w:r>
      <w:r>
        <w:t xml:space="preserve">    (b) ignore</w:t>
      </w:r>
      <w:r>
        <w:br/>
      </w:r>
      <w:r>
        <w:t xml:space="preserve">    (c) insist 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Intuitively</w:t>
      </w:r>
      <w:r>
        <w:rPr>
          <w:b/>
          <w:bCs/>
        </w:rPr>
        <w:t xml:space="preserve">, I knew not to trust her.</w:t>
      </w:r>
      <w:r>
        <w:br/>
      </w:r>
      <w:r>
        <w:t xml:space="preserve">    (a) instinctively</w:t>
      </w:r>
      <w:r>
        <w:br/>
      </w:r>
      <w:r>
        <w:t xml:space="preserve">    (b) logically</w:t>
      </w:r>
      <w:r>
        <w:br/>
      </w:r>
      <w:r>
        <w:t xml:space="preserve">    (c) conclusively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store only sells gender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neutral</w:t>
      </w:r>
      <w:r>
        <w:rPr>
          <w:b/>
          <w:bCs/>
        </w:rPr>
        <w:t xml:space="preserve"> </w:t>
      </w:r>
      <w:r>
        <w:rPr>
          <w:b/>
          <w:bCs/>
        </w:rPr>
        <w:t xml:space="preserve">clothing.</w:t>
      </w:r>
      <w:r>
        <w:br/>
      </w:r>
      <w:r>
        <w:t xml:space="preserve">    (a) specific (clothes made to be worn only by men or only women)</w:t>
      </w:r>
      <w:r>
        <w:br/>
      </w:r>
      <w:r>
        <w:t xml:space="preserve">    (b) not affected (clothes made to be worn regardless of gender)</w:t>
      </w:r>
      <w:r>
        <w:br/>
      </w:r>
      <w:r>
        <w:t xml:space="preserve">    (c) colored (pink for women, blue for men)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 apartments I've looked at have such boring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neutral</w:t>
      </w:r>
      <w:r>
        <w:rPr>
          <w:b/>
          <w:bCs/>
        </w:rPr>
        <w:t xml:space="preserve"> </w:t>
      </w:r>
      <w:r>
        <w:rPr>
          <w:b/>
          <w:bCs/>
        </w:rPr>
        <w:t xml:space="preserve">colors.</w:t>
      </w:r>
      <w:r>
        <w:br/>
      </w:r>
      <w:r>
        <w:t xml:space="preserve">    (a) thoughtful of all circumstances and consequences</w:t>
      </w:r>
      <w:r>
        <w:br/>
      </w:r>
      <w:r>
        <w:t xml:space="preserve">    (b) bland (not striking in appearance)</w:t>
      </w:r>
      <w:r>
        <w:br/>
      </w:r>
      <w:r>
        <w:t xml:space="preserve">    (c) magnificent and luxurious -- usually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Also, try to see it from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before you make up your mind.</w:t>
      </w:r>
      <w:r>
        <w:br/>
      </w:r>
      <w:r>
        <w:t xml:space="preserve">    (a) timeframe</w:t>
      </w:r>
      <w:r>
        <w:br/>
      </w:r>
      <w:r>
        <w:t xml:space="preserve">    (b) education level</w:t>
      </w:r>
      <w:r>
        <w:br/>
      </w:r>
      <w:r>
        <w:t xml:space="preserve">    (c) way of looking at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defending champions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prevailed</w:t>
      </w:r>
      <w:r>
        <w:rPr>
          <w:b/>
          <w:bCs/>
        </w:rPr>
        <w:t xml:space="preserve"> </w:t>
      </w:r>
      <w:r>
        <w:rPr>
          <w:b/>
          <w:bCs/>
        </w:rPr>
        <w:t xml:space="preserve">again.</w:t>
      </w:r>
      <w:r>
        <w:br/>
      </w:r>
      <w:r>
        <w:t xml:space="preserve">    (a) visited</w:t>
      </w:r>
      <w:r>
        <w:br/>
      </w:r>
      <w:r>
        <w:t xml:space="preserve">    (b) won</w:t>
      </w:r>
      <w:r>
        <w:br/>
      </w:r>
      <w:r>
        <w:t xml:space="preserve">    (c) competed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 time,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prevailing</w:t>
      </w:r>
      <w:r>
        <w:rPr>
          <w:b/>
          <w:bCs/>
        </w:rPr>
        <w:t xml:space="preserve"> </w:t>
      </w:r>
      <w:r>
        <w:rPr>
          <w:b/>
          <w:bCs/>
        </w:rPr>
        <w:t xml:space="preserve">belief was that trans fats were healthier than butter.</w:t>
      </w:r>
      <w:r>
        <w:br/>
      </w:r>
      <w:r>
        <w:t xml:space="preserve">    (a) most common</w:t>
      </w:r>
      <w:r>
        <w:br/>
      </w:r>
      <w:r>
        <w:t xml:space="preserve">    (b) mistaken</w:t>
      </w:r>
      <w:r>
        <w:br/>
      </w:r>
      <w:r>
        <w:t xml:space="preserve">    (c) less common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awakened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twilight</w:t>
      </w:r>
      <w:r>
        <w:rPr>
          <w:b/>
          <w:bCs/>
        </w:rPr>
        <w:t xml:space="preserve"> </w:t>
      </w:r>
      <w:r>
        <w:rPr>
          <w:b/>
          <w:bCs/>
        </w:rPr>
        <w:t xml:space="preserve">sky but did not know if the sun was setting or rising.</w:t>
      </w:r>
      <w:r>
        <w:br/>
      </w:r>
      <w:r>
        <w:t xml:space="preserve">    (a) the light from the sky between daylight and darkness</w:t>
      </w:r>
      <w:r>
        <w:br/>
      </w:r>
      <w:r>
        <w:t xml:space="preserve">    (b) the light from the sky just before sunrise</w:t>
      </w:r>
      <w:r>
        <w:br/>
      </w:r>
      <w:r>
        <w:t xml:space="preserve">    (c) the light from the sky just after sunset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more considerate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twilight</w:t>
      </w:r>
      <w:r>
        <w:rPr>
          <w:b/>
          <w:bCs/>
        </w:rPr>
        <w:t xml:space="preserve"> </w:t>
      </w:r>
      <w:r>
        <w:rPr>
          <w:b/>
          <w:bCs/>
        </w:rPr>
        <w:t xml:space="preserve">of her career.</w:t>
      </w:r>
      <w:r>
        <w:br/>
      </w:r>
      <w:r>
        <w:t xml:space="preserve">    (a) the light from the sky just before sunrise</w:t>
      </w:r>
      <w:r>
        <w:br/>
      </w:r>
      <w:r>
        <w:t xml:space="preserve">    (b) the light from the sky just before darkness</w:t>
      </w:r>
      <w:r>
        <w:br/>
      </w:r>
      <w:r>
        <w:t xml:space="preserve">    (c) a condition of decline following successes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served her country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valor</w:t>
      </w:r>
      <w:r>
        <w:rPr>
          <w:b/>
          <w:bCs/>
        </w:rPr>
        <w:t xml:space="preserve">.</w:t>
      </w:r>
      <w:r>
        <w:br/>
      </w:r>
      <w:r>
        <w:t xml:space="preserve">    (a) enthusiasm</w:t>
      </w:r>
      <w:r>
        <w:br/>
      </w:r>
      <w:r>
        <w:t xml:space="preserve">    (b) wisdom</w:t>
      </w:r>
      <w:r>
        <w:br/>
      </w:r>
      <w:r>
        <w:t xml:space="preserve">    (c) 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evolutionary benefit theory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is supported by studies showing that a person's desire for revenge increases when others see their mistreatment.</w:t>
      </w:r>
      <w:r>
        <w:br/>
      </w:r>
      <w:r>
        <w:t xml:space="preserve">    (a) fairness</w:t>
      </w:r>
      <w:r>
        <w:br/>
      </w:r>
      <w:r>
        <w:t xml:space="preserve">    (b) status</w:t>
      </w:r>
      <w:r>
        <w:br/>
      </w:r>
      <w:r>
        <w:t xml:space="preserve">    (c) revenge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threw herself into work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with intensity</w:t>
      </w:r>
      <w:r>
        <w:br/>
      </w:r>
      <w:r>
        <w:t xml:space="preserve">    (b) with careful thought</w:t>
      </w:r>
      <w:r>
        <w:br/>
      </w:r>
      <w:r>
        <w:t xml:space="preserve">    (c) with reluctance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2026-07-31T17:57:41Z</dcterms:created>
  <dcterms:modified xsi:type="dcterms:W3CDTF">2026-07-31T17:57:41Z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