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9a93ab8bbb90e3e815ce0304daaaaff3610ae30"/>
    <w:p>
      <w:pPr>
        <w:pStyle w:val="Heading1"/>
      </w:pPr>
      <w:r>
        <w:rPr>
          <w:b/>
          <w:bCs/>
        </w:rPr>
        <w:t xml:space="preserve">Flags of Our Fathers</w:t>
      </w:r>
      <w:r>
        <w:br/>
      </w:r>
      <w:r>
        <w:rPr>
          <w:i/>
          <w:iCs/>
        </w:rPr>
        <w:t xml:space="preserve">James Bradley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gave them a kind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immortality</w:t>
      </w:r>
      <w:r>
        <w:rPr>
          <w:b/>
          <w:bCs/>
        </w:rPr>
        <w:t xml:space="preserve">—a faceless immortality.</w:t>
      </w:r>
      <w:r>
        <w:br/>
      </w:r>
      <w:r>
        <w:t xml:space="preserve">    (a) with or based on basic beliefs</w:t>
      </w:r>
      <w:r>
        <w:br/>
      </w:r>
      <w:r>
        <w:t xml:space="preserve">    (b) eternal life (to live forever)</w:t>
      </w:r>
      <w:r>
        <w:br/>
      </w:r>
      <w:r>
        <w:t xml:space="preserve">    (c) someone who disturbs or annoys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flagraising on Iwo Jima became a symbol of the island, the mountain, the battle; of World War II; of the highest ideals of the nation,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valor</w:t>
      </w:r>
      <w:r>
        <w:rPr>
          <w:b/>
          <w:bCs/>
        </w:rPr>
        <w:t xml:space="preserve"> </w:t>
      </w:r>
      <w:r>
        <w:rPr>
          <w:b/>
          <w:bCs/>
        </w:rPr>
        <w:t xml:space="preserve">incarnate.</w:t>
      </w:r>
      <w:r>
        <w:br/>
      </w:r>
      <w:r>
        <w:t xml:space="preserve">    (a) exceedingly powerful bomb whose energy comes from the splitting of atoms</w:t>
      </w:r>
      <w:r>
        <w:br/>
      </w:r>
      <w:r>
        <w:t xml:space="preserve">    (b) a long race that is shorter than the typical long race of about 26 miles</w:t>
      </w:r>
      <w:r>
        <w:br/>
      </w:r>
      <w:r>
        <w:t xml:space="preserve">    (c) exceptional or heroic courage when facing danger -- especially in battle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For these six, history had a different set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agendas</w:t>
      </w:r>
      <w:r>
        <w:rPr>
          <w:b/>
          <w:bCs/>
        </w:rPr>
        <w:t xml:space="preserve">.</w:t>
      </w:r>
      <w:r>
        <w:br/>
      </w:r>
      <w:r>
        <w:t xml:space="preserve">    (a) settings or situations in which things occur</w:t>
      </w:r>
      <w:r>
        <w:br/>
      </w:r>
      <w:r>
        <w:t xml:space="preserve">    (b) list of objectives</w:t>
      </w:r>
      <w:r>
        <w:br/>
      </w:r>
      <w:r>
        <w:t xml:space="preserve">    (c) evidence -- especially statements in a trial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spring gave way to summer, Spearhead accelerated into the culminating elements of its training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agenda</w:t>
      </w:r>
      <w:r>
        <w:rPr>
          <w:b/>
          <w:bCs/>
        </w:rPr>
        <w:t xml:space="preserve">.</w:t>
      </w:r>
      <w:r>
        <w:br/>
      </w:r>
      <w:r>
        <w:t xml:space="preserve">    (a) list of objectives</w:t>
      </w:r>
      <w:r>
        <w:br/>
      </w:r>
      <w:r>
        <w:t xml:space="preserve">    (b) a particular way of seeing or thinking about things</w:t>
      </w:r>
      <w:r>
        <w:br/>
      </w:r>
      <w:r>
        <w:t xml:space="preserve">    (c) collection of star systems held together by gravity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town was caught in the lingering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twilight</w:t>
      </w:r>
      <w:r>
        <w:rPr>
          <w:b/>
          <w:bCs/>
        </w:rPr>
        <w:t xml:space="preserve"> </w:t>
      </w:r>
      <w:r>
        <w:rPr>
          <w:b/>
          <w:bCs/>
        </w:rPr>
        <w:t xml:space="preserve">of a prior time, a way of life less typical of the Depression than of the Belle Epoque.</w:t>
      </w:r>
      <w:r>
        <w:br/>
      </w:r>
      <w:r>
        <w:t xml:space="preserve">    (a) relating to properties of sound or hearing</w:t>
      </w:r>
      <w:r>
        <w:br/>
      </w:r>
      <w:r>
        <w:t xml:space="preserve">    (b) time of decline following prior growth</w:t>
      </w:r>
      <w:r>
        <w:br/>
      </w:r>
      <w:r>
        <w:t xml:space="preserve">    (c) something accepted as true (without proof)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twilight</w:t>
      </w:r>
      <w:r>
        <w:rPr>
          <w:b/>
          <w:bCs/>
        </w:rPr>
        <w:t xml:space="preserve"> </w:t>
      </w:r>
      <w:r>
        <w:rPr>
          <w:b/>
          <w:bCs/>
        </w:rPr>
        <w:t xml:space="preserve">settled in, the rawboned Texan moved among the boys of what was now his squad, giving orders for everyone to dig in and align themselves with a good field of fire.</w:t>
      </w:r>
      <w:r>
        <w:br/>
      </w:r>
      <w:r>
        <w:t xml:space="preserve">    (a) light from the moon</w:t>
      </w:r>
      <w:r>
        <w:br/>
      </w:r>
      <w:r>
        <w:t xml:space="preserve">    (b) the time of day between daylight and darkness</w:t>
      </w:r>
      <w:r>
        <w:br/>
      </w:r>
      <w:r>
        <w:t xml:space="preserve">    (c) light from the stars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remarkable thing, given the decades of thievery and ruination of the Pimas, is the legacy of dignity and forbearance 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prevails</w:t>
      </w:r>
      <w:r>
        <w:rPr>
          <w:b/>
          <w:bCs/>
        </w:rPr>
        <w:t xml:space="preserve"> </w:t>
      </w:r>
      <w:r>
        <w:rPr>
          <w:b/>
          <w:bCs/>
        </w:rPr>
        <w:t xml:space="preserve">amid their exploited culture.</w:t>
      </w:r>
      <w:r>
        <w:br/>
      </w:r>
      <w:r>
        <w:t xml:space="preserve">    (a) is most common or influential</w:t>
      </w:r>
      <w:r>
        <w:br/>
      </w:r>
      <w:r>
        <w:t xml:space="preserve">    (b) compensates for a loss; or pays a reward</w:t>
      </w:r>
      <w:r>
        <w:br/>
      </w:r>
      <w:r>
        <w:t xml:space="preserve">    (c) learns, discovers, or decides in advance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would be at Camp Pendleton that the 5th Division learned the skills needed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prevail</w:t>
      </w:r>
      <w:r>
        <w:rPr>
          <w:b/>
          <w:bCs/>
        </w:rPr>
        <w:t xml:space="preserve"> </w:t>
      </w:r>
      <w:r>
        <w:rPr>
          <w:b/>
          <w:bCs/>
        </w:rPr>
        <w:t xml:space="preserve">on the Road to Tokyo.</w:t>
      </w:r>
      <w:r>
        <w:br/>
      </w:r>
      <w:r>
        <w:t xml:space="preserve">    (a) win or succeed</w:t>
      </w:r>
      <w:r>
        <w:br/>
      </w:r>
      <w:r>
        <w:t xml:space="preserve">    (b) abundant or plentiful</w:t>
      </w:r>
      <w:r>
        <w:br/>
      </w:r>
      <w:r>
        <w:t xml:space="preserve">    (c) a large group of fish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Amoskeag never saw it coming and was too unwieldy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adapt</w:t>
      </w:r>
      <w:r>
        <w:rPr>
          <w:b/>
          <w:bCs/>
        </w:rPr>
        <w:t xml:space="preserve">.</w:t>
      </w:r>
      <w:r>
        <w:br/>
      </w:r>
      <w:r>
        <w:t xml:space="preserve">    (a) alter the regular state of an otherwise stable system</w:t>
      </w:r>
      <w:r>
        <w:br/>
      </w:r>
      <w:r>
        <w:t xml:space="preserve">    (b) change to fit a different situation; or make suitable</w:t>
      </w:r>
      <w:r>
        <w:br/>
      </w:r>
      <w:r>
        <w:t xml:space="preserve">    (c) to spread one-sided information to influence opinions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Using the deceptively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neutral</w:t>
      </w:r>
      <w:r>
        <w:rPr>
          <w:b/>
          <w:bCs/>
        </w:rPr>
        <w:t xml:space="preserve"> </w:t>
      </w:r>
      <w:r>
        <w:rPr>
          <w:b/>
          <w:bCs/>
        </w:rPr>
        <w:t xml:space="preserve">term "Greater East Asia Co-Prosperity Sphere," Japanese propaganda claimed that Japan's aim was to free its neighbors from white colonial rule.</w:t>
      </w:r>
      <w:r>
        <w:br/>
      </w:r>
      <w:r>
        <w:t xml:space="preserve">    (a) most important; or person that is most important</w:t>
      </w:r>
      <w:r>
        <w:br/>
      </w:r>
      <w:r>
        <w:t xml:space="preserve">    (b) serving to help explain or demonstrate something</w:t>
      </w:r>
      <w:r>
        <w:br/>
      </w:r>
      <w:r>
        <w:t xml:space="preserve">    (c) non-controversial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Effortlessly, my father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neutralized</w:t>
      </w:r>
      <w:r>
        <w:rPr>
          <w:b/>
          <w:bCs/>
        </w:rPr>
        <w:t xml:space="preserve"> </w:t>
      </w:r>
      <w:r>
        <w:rPr>
          <w:b/>
          <w:bCs/>
        </w:rPr>
        <w:t xml:space="preserve">the man's intrusive thrust without disturbing the social atmosphere.</w:t>
      </w:r>
      <w:r>
        <w:br/>
      </w:r>
      <w:r>
        <w:t xml:space="preserve">    (a) influenced or effected</w:t>
      </w:r>
      <w:r>
        <w:br/>
      </w:r>
      <w:r>
        <w:t xml:space="preserve">    (b) made to have no effect</w:t>
      </w:r>
      <w:r>
        <w:br/>
      </w:r>
      <w:r>
        <w:t xml:space="preserve">    (c) consistent or the same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if the men in charge of America's Pacific forces were temporarily stunned by the onslaught, America's boys were spoiling for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vengeance</w:t>
      </w:r>
      <w:r>
        <w:rPr>
          <w:b/>
          <w:bCs/>
        </w:rPr>
        <w:t xml:space="preserve">.</w:t>
      </w:r>
      <w:r>
        <w:br/>
      </w:r>
      <w:r>
        <w:t xml:space="preserve">    (a) the act of taking revenge</w:t>
      </w:r>
      <w:r>
        <w:br/>
      </w:r>
      <w:r>
        <w:t xml:space="preserve">    (b) something made from parts</w:t>
      </w:r>
      <w:r>
        <w:br/>
      </w:r>
      <w:r>
        <w:t xml:space="preserve">    (c) something that stands 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Demolitions specialists converged on pillboxes and bunkers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with a vengeance</w:t>
      </w:r>
      <w:r>
        <w:rPr>
          <w:b/>
          <w:bCs/>
        </w:rPr>
        <w:t xml:space="preserve">, relishing their payback for the volume of slaughter those emplacements had dealt out.</w:t>
      </w:r>
      <w:r>
        <w:br/>
      </w:r>
      <w:r>
        <w:t xml:space="preserve">    (a) available cash</w:t>
      </w:r>
      <w:r>
        <w:br/>
      </w:r>
      <w:r>
        <w:t xml:space="preserve">    (b) very important</w:t>
      </w:r>
      <w:r>
        <w:br/>
      </w:r>
      <w:r>
        <w:t xml:space="preserve">    (c) with intensity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Twenty-five, including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interpreter</w:t>
      </w:r>
      <w:r>
        <w:rPr>
          <w:b/>
          <w:bCs/>
        </w:rPr>
        <w:t xml:space="preserve"> </w:t>
      </w:r>
      <w:r>
        <w:rPr>
          <w:b/>
          <w:bCs/>
        </w:rPr>
        <w:t xml:space="preserve">and a Navy surgeon, stepped forward.</w:t>
      </w:r>
      <w:r>
        <w:br/>
      </w:r>
      <w:r>
        <w:t xml:space="preserve">    (a) people who criticize or condemn</w:t>
      </w:r>
      <w:r>
        <w:br/>
      </w:r>
      <w:r>
        <w:t xml:space="preserve">    (b) someone who translates language</w:t>
      </w:r>
      <w:r>
        <w:br/>
      </w:r>
      <w:r>
        <w:t xml:space="preserve">    (c) someone who extensively damages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this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interpretation</w:t>
      </w:r>
      <w:r>
        <w:rPr>
          <w:b/>
          <w:bCs/>
        </w:rPr>
        <w:t xml:space="preserve"> </w:t>
      </w:r>
      <w:r>
        <w:rPr>
          <w:b/>
          <w:bCs/>
        </w:rPr>
        <w:t xml:space="preserve">of Bushido that motivated the Japanese soldiers to fight to the death in a manner the Marines judged fanatical.</w:t>
      </w:r>
      <w:r>
        <w:br/>
      </w:r>
      <w:r>
        <w:t xml:space="preserve">    (a) the time during which something continues</w:t>
      </w:r>
      <w:r>
        <w:br/>
      </w:r>
      <w:r>
        <w:t xml:space="preserve">    (b) meticulousness (care about small details)</w:t>
      </w:r>
      <w:r>
        <w:br/>
      </w:r>
      <w:r>
        <w:t xml:space="preserve">    (c) understanding (of something in a particular way)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intuitive</w:t>
      </w:r>
      <w:r>
        <w:rPr>
          <w:b/>
          <w:bCs/>
        </w:rPr>
        <w:t xml:space="preserve"> </w:t>
      </w:r>
      <w:r>
        <w:rPr>
          <w:b/>
          <w:bCs/>
        </w:rPr>
        <w:t xml:space="preserve">brilliance he'd shown in childhood now focused acutely on the inner subtleties and structures of Marine life.</w:t>
      </w:r>
      <w:r>
        <w:br/>
      </w:r>
      <w:r>
        <w:t xml:space="preserve">    (a) the quality of being without boundaries or limits</w:t>
      </w:r>
      <w:r>
        <w:br/>
      </w:r>
      <w:r>
        <w:t xml:space="preserve">    (b) known instinctively rather than through reasoning</w:t>
      </w:r>
      <w:r>
        <w:br/>
      </w:r>
      <w:r>
        <w:t xml:space="preserve">    (c) suitability; or the degree of having been adapted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Franklin was granted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furlough</w:t>
      </w:r>
      <w:r>
        <w:rPr>
          <w:b/>
          <w:bCs/>
        </w:rPr>
        <w:t xml:space="preserve"> </w:t>
      </w:r>
      <w:r>
        <w:rPr>
          <w:b/>
          <w:bCs/>
        </w:rPr>
        <w:t xml:space="preserve">after boot camp, as were Mike, Ira, and Harlon after they docked in San Diego.</w:t>
      </w:r>
      <w:r>
        <w:br/>
      </w:r>
      <w:r>
        <w:t xml:space="preserve">    (a) a method of artistic painting on a wall by using watercolors on wet plaster; or the painting made in such a manner</w:t>
      </w:r>
      <w:r>
        <w:br/>
      </w:r>
      <w:r>
        <w:t xml:space="preserve">    (b) a temporary leave from work, duty, or confinement, usually granted by an employer, the military, or an institution</w:t>
      </w:r>
      <w:r>
        <w:br/>
      </w:r>
      <w:r>
        <w:t xml:space="preserve">    (c) accept someone's membership though a special procedure such as a ceremony and/or period of instruction and/or test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the Marines climbed, they beheld Iwo Jima for the first time from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perspective</w:t>
      </w:r>
      <w:r>
        <w:rPr>
          <w:b/>
          <w:bCs/>
        </w:rPr>
        <w:t xml:space="preserve"> </w:t>
      </w:r>
      <w:r>
        <w:rPr>
          <w:b/>
          <w:bCs/>
        </w:rPr>
        <w:t xml:space="preserve">of the Japanese.</w:t>
      </w:r>
      <w:r>
        <w:br/>
      </w:r>
      <w:r>
        <w:t xml:space="preserve">    (a) resulting from God's intervention or plan; or lucky</w:t>
      </w:r>
      <w:r>
        <w:br/>
      </w:r>
      <w:r>
        <w:t xml:space="preserve">    (b) a particular way of seeing or thinking about things</w:t>
      </w:r>
      <w:r>
        <w:br/>
      </w:r>
      <w:r>
        <w:t xml:space="preserve">    (c) collection of star systems held together by gravity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Bradleys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commemorative</w:t>
      </w:r>
      <w:r>
        <w:rPr>
          <w:b/>
          <w:bCs/>
        </w:rPr>
        <w:t xml:space="preserve"> </w:t>
      </w:r>
      <w:r>
        <w:rPr>
          <w:b/>
          <w:bCs/>
        </w:rPr>
        <w:t xml:space="preserve">plaque atop Mount Suribachi, April 1998.</w:t>
      </w:r>
      <w:r>
        <w:br/>
      </w:r>
      <w:r>
        <w:t xml:space="preserve">    (a) in honor of</w:t>
      </w:r>
      <w:r>
        <w:br/>
      </w:r>
      <w:r>
        <w:t xml:space="preserve">    (b) storyteller</w:t>
      </w:r>
      <w:r>
        <w:br/>
      </w:r>
      <w:r>
        <w:t xml:space="preserve">    (c) translation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press wanted tales of blood-and-guts heroism from the living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icons</w:t>
      </w:r>
      <w:r>
        <w:rPr>
          <w:b/>
          <w:bCs/>
        </w:rPr>
        <w:t xml:space="preserve"> </w:t>
      </w:r>
      <w:r>
        <w:rPr>
          <w:b/>
          <w:bCs/>
        </w:rPr>
        <w:t xml:space="preserve">in front of them.</w:t>
      </w:r>
      <w:r>
        <w:br/>
      </w:r>
      <w:r>
        <w:t xml:space="preserve">    (a) people widely admired and recognized as symbols</w:t>
      </w:r>
      <w:r>
        <w:br/>
      </w:r>
      <w:r>
        <w:t xml:space="preserve">    (b) people who follow the philosophical &amp; religious system based on the teachings of Laozi</w:t>
      </w:r>
      <w:r>
        <w:br/>
      </w:r>
      <w:r>
        <w:t xml:space="preserve">    (c) psychoanalysis:  that part of people's personality structures that act as a conscience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2026-07-31T17:57:41Z</dcterms:created>
  <dcterms:modified xsi:type="dcterms:W3CDTF">2026-07-31T17:57:41Z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