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0e576a98cd8a585fa0307191f881e18f8a97d6"/>
    <w:p>
      <w:pPr>
        <w:pStyle w:val="Heading1"/>
      </w:pPr>
      <w:r>
        <w:rPr>
          <w:b/>
          <w:bCs/>
        </w:rPr>
        <w:t xml:space="preserve">Fever, 1793</w:t>
      </w:r>
      <w:r>
        <w:br/>
      </w:r>
      <w:r>
        <w:rPr>
          <w:i/>
          <w:iCs/>
        </w:rPr>
        <w:t xml:space="preserve">Laurie Halse Anderson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Epler nodded his head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good</w:t>
      </w:r>
      <w:r>
        <w:br/>
      </w:r>
      <w:r>
        <w:t xml:space="preserve">    (b) with seriousness and dignity</w:t>
      </w:r>
      <w:r>
        <w:br/>
      </w:r>
      <w:r>
        <w:t xml:space="preserve">    (c) in a manner that finds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 no future, was a scamp, possibly even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.</w:t>
      </w:r>
      <w:r>
        <w:br/>
      </w:r>
      <w:r>
        <w:t xml:space="preserve">    (a) important, serious, or dangerous</w:t>
      </w:r>
      <w:r>
        <w:br/>
      </w:r>
      <w:r>
        <w:t xml:space="preserve">    (b) the condition of being different</w:t>
      </w:r>
      <w:r>
        <w:br/>
      </w:r>
      <w:r>
        <w:t xml:space="preserve">    (c) someone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.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soccer player who typically play in the middle third of the field and who assists with both defense and offense</w:t>
      </w:r>
      <w:r>
        <w:br/>
      </w:r>
      <w:r>
        <w:t xml:space="preserve">    (c) improperly bold or disrespectful -- especially toward someone who is older or considered to be of higher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know which is worse,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banishing</w:t>
      </w:r>
      <w:r>
        <w:rPr>
          <w:b/>
          <w:bCs/>
        </w:rPr>
        <w:t xml:space="preserve"> </w:t>
      </w:r>
      <w:r>
        <w:rPr>
          <w:b/>
          <w:bCs/>
        </w:rPr>
        <w:t xml:space="preserve">me to the Ludington farm or marrying me off to an Ogilvie.</w:t>
      </w:r>
      <w:r>
        <w:br/>
      </w:r>
      <w:r>
        <w:t xml:space="preserve">    (a) coming together to form one</w:t>
      </w:r>
      <w:r>
        <w:br/>
      </w:r>
      <w:r>
        <w:t xml:space="preserve">    (b) expelling or getting rid of</w:t>
      </w:r>
      <w:r>
        <w:br/>
      </w:r>
      <w:r>
        <w:t xml:space="preserve">    (c) treating as if of low worth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.</w:t>
      </w:r>
      <w:r>
        <w:br/>
      </w:r>
      <w:r>
        <w:t xml:space="preserve">    (a) convinced (someone) that an idea previously believed was not correct</w:t>
      </w:r>
      <w:r>
        <w:br/>
      </w:r>
      <w:r>
        <w:t xml:space="preserve">    (b) dried out by heat or excessive exposure to sunlight; or very thirsty</w:t>
      </w:r>
      <w:r>
        <w:br/>
      </w:r>
      <w:r>
        <w:t xml:space="preserve">    (c) not with energy redirected from a negative impulse to a positive 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our ill-fated tea party, Mother sent a note to the Ogilvies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Colette's health, but received no response.</w:t>
      </w:r>
      <w:r>
        <w:br/>
      </w:r>
      <w:r>
        <w:t xml:space="preserve">    (a) thinking about or discussing</w:t>
      </w:r>
      <w:r>
        <w:br/>
      </w:r>
      <w:r>
        <w:t xml:space="preserve">    (b) gradually adding or removing</w:t>
      </w:r>
      <w:r>
        <w:br/>
      </w:r>
      <w:r>
        <w:t xml:space="preserve">    (c) asking about or looking into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wiped his hands on his apron and sent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 </w:t>
      </w:r>
      <w:r>
        <w:rPr>
          <w:b/>
          <w:bCs/>
        </w:rPr>
        <w:t xml:space="preserve">for a bucket of ale.</w:t>
      </w:r>
      <w:r>
        <w:br/>
      </w:r>
      <w:r>
        <w:t xml:space="preserve">    (a) person who learns a trade or skill through hands-on experience under a skilled worker; or (as a verb) performance of that kind of work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to expression feelings or thoughts enthusiastically  OR  to squirt or give off (typically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tell you, William, men who stood unafraid before British cannon run in fear from this foul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.</w:t>
      </w:r>
      <w:r>
        <w:br/>
      </w:r>
      <w:r>
        <w:t xml:space="preserve">    (a) a South African whose first language is Afrikaans -- typically descendants of 17th century Dutch settlers</w:t>
      </w:r>
      <w:r>
        <w:br/>
      </w:r>
      <w:r>
        <w:t xml:space="preserve">    (b) something that is not obvious, but noticeable by someone with adequate sensitivity and relevant knowledge</w:t>
      </w:r>
      <w:r>
        <w:br/>
      </w:r>
      <w:r>
        <w:t xml:space="preserve">    (c) severe widespread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 proper physician, but he sees sick folk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prescribes</w:t>
      </w:r>
      <w:r>
        <w:rPr>
          <w:b/>
          <w:bCs/>
        </w:rPr>
        <w:t xml:space="preserve"> </w:t>
      </w:r>
      <w:r>
        <w:rPr>
          <w:b/>
          <w:bCs/>
        </w:rPr>
        <w:t xml:space="preserve">medicines.</w:t>
      </w:r>
      <w:r>
        <w:br/>
      </w:r>
      <w:r>
        <w:t xml:space="preserve">    (a) recommends or requires what should be done  OR  (of a medical doctor) gives medical instructions -- such as writing that a patient should take antibiotics</w:t>
      </w:r>
      <w:r>
        <w:br/>
      </w:r>
      <w:r>
        <w:t xml:space="preserve">    (b) items characterized by narrower parallel folds when closed and wider when open -- such as a door or musical instrument with that characteristic</w:t>
      </w:r>
      <w:r>
        <w:br/>
      </w:r>
      <w:r>
        <w:t xml:space="preserve">    (c) (noun) things that are lighter and draw attention -- such as areas of a painting  OR  (verb) making some things lighter -- such as areas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"I'll pack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hamper</w:t>
      </w:r>
      <w:r>
        <w:rPr>
          <w:b/>
          <w:bCs/>
        </w:rPr>
        <w:t xml:space="preserve"> </w:t>
      </w:r>
      <w:r>
        <w:rPr>
          <w:b/>
          <w:bCs/>
        </w:rPr>
        <w:t xml:space="preserve">of food for your trip," she said.</w:t>
      </w:r>
      <w:r>
        <w:br/>
      </w:r>
      <w:r>
        <w:t xml:space="preserve">    (a) not arousing interest or excitement</w:t>
      </w:r>
      <w:r>
        <w:br/>
      </w:r>
      <w:r>
        <w:t xml:space="preserve">    (b) creates, starts, or sets in a place</w:t>
      </w:r>
      <w:r>
        <w:br/>
      </w:r>
      <w:r>
        <w:t xml:space="preserve">    (c) basket or container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King George squawked and circled above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noisy disturbance</w:t>
      </w:r>
      <w:r>
        <w:br/>
      </w:r>
      <w:r>
        <w:t xml:space="preserve">    (b) size or dimension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Grandfather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recuperate</w:t>
      </w:r>
      <w:r>
        <w:rPr>
          <w:b/>
          <w:bCs/>
        </w:rPr>
        <w:t xml:space="preserve"> </w:t>
      </w:r>
      <w:r>
        <w:rPr>
          <w:b/>
          <w:bCs/>
        </w:rPr>
        <w:t xml:space="preserve">at home with Mother, and I could care for them both.</w:t>
      </w:r>
      <w:r>
        <w:br/>
      </w:r>
      <w:r>
        <w:t xml:space="preserve">    (a) walk in an awkward, shuffling way</w:t>
      </w:r>
      <w:r>
        <w:br/>
      </w:r>
      <w:r>
        <w:t xml:space="preserve">    (b) make someone want to do something</w:t>
      </w:r>
      <w:r>
        <w:br/>
      </w:r>
      <w:r>
        <w:t xml:space="preserve">    (c) to regain good health or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doors to the pantry stood open, and Eliza's crocks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preserves</w:t>
      </w:r>
      <w:r>
        <w:rPr>
          <w:b/>
          <w:bCs/>
        </w:rPr>
        <w:t xml:space="preserve">, the sugar cone, and her spice cabinet were missing.</w:t>
      </w:r>
      <w:r>
        <w:br/>
      </w:r>
      <w:r>
        <w:t xml:space="preserve">    (a) fruit cooked with sugar and sealed (usually in a jar) so it will not spoil</w:t>
      </w:r>
      <w:r>
        <w:br/>
      </w:r>
      <w:r>
        <w:t xml:space="preserve">    (b) documents granting permission to do something</w:t>
      </w:r>
      <w:r>
        <w:br/>
      </w:r>
      <w:r>
        <w:t xml:space="preserve">    (c) instances or results of detailed examinations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collection included mastodon bones, fossils, minerals,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preserved</w:t>
      </w:r>
      <w:r>
        <w:rPr>
          <w:b/>
          <w:bCs/>
        </w:rPr>
        <w:t xml:space="preserve"> </w:t>
      </w:r>
      <w:r>
        <w:rPr>
          <w:b/>
          <w:bCs/>
        </w:rPr>
        <w:t xml:space="preserve">animals such as jackals, mongooses, and bison, along with dozen of species of amphibians, birds, fish, and insects.</w:t>
      </w:r>
      <w:r>
        <w:br/>
      </w:r>
      <w:r>
        <w:t xml:space="preserve">    (a) kept as they were</w:t>
      </w:r>
      <w:r>
        <w:br/>
      </w:r>
      <w:r>
        <w:t xml:space="preserve">    (b) genetically changed through evolution</w:t>
      </w:r>
      <w:r>
        <w:br/>
      </w:r>
      <w:r>
        <w:t xml:space="preserve">    (c) not encouraged or emotionally aroused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needed me back home, not standing in the street in the dead of night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brandishing</w:t>
      </w:r>
      <w:r>
        <w:rPr>
          <w:b/>
          <w:bCs/>
        </w:rPr>
        <w:t xml:space="preserve"> </w:t>
      </w:r>
      <w:r>
        <w:rPr>
          <w:b/>
          <w:bCs/>
        </w:rPr>
        <w:t xml:space="preserve">a bloody sword like a pirate.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waving something or exhibiting it aggressively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moved swiftly, ignoring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taunts</w:t>
      </w:r>
      <w:r>
        <w:rPr>
          <w:b/>
          <w:bCs/>
        </w:rPr>
        <w:t xml:space="preserve"> </w:t>
      </w:r>
      <w:r>
        <w:rPr>
          <w:b/>
          <w:bCs/>
        </w:rPr>
        <w:t xml:space="preserve">and vicious words the men called after them.</w:t>
      </w:r>
      <w:r>
        <w:br/>
      </w:r>
      <w:r>
        <w:t xml:space="preserve">    (a) insults intended to anger, challenge, or upset someone</w:t>
      </w:r>
      <w:r>
        <w:br/>
      </w:r>
      <w:r>
        <w:t xml:space="preserve">    (b) items characterized by narrower parallel folds when closed and wider when open -- such as a door or musical instrument with that characteristic</w:t>
      </w:r>
      <w:r>
        <w:br/>
      </w:r>
      <w:r>
        <w:t xml:space="preserve">    (c) a means of control -- most commonly the straps attached to a bit in a horse's mouth that are used to control it  OR  restrains or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listen to words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, Mattie.</w:t>
      </w:r>
      <w:r>
        <w:br/>
      </w:r>
      <w:r>
        <w:t xml:space="preserve">    (a) hopelessness</w:t>
      </w:r>
      <w:r>
        <w:br/>
      </w:r>
      <w:r>
        <w:t xml:space="preserve">    (b) adjusts a lens to make an image clear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despaired</w:t>
      </w:r>
      <w:r>
        <w:rPr>
          <w:b/>
          <w:bCs/>
        </w:rPr>
        <w:t xml:space="preserve"> </w:t>
      </w:r>
      <w:r>
        <w:rPr>
          <w:b/>
          <w:bCs/>
        </w:rPr>
        <w:t xml:space="preserve">of the hopelessness and confusion.</w:t>
      </w:r>
      <w:r>
        <w:br/>
      </w:r>
      <w:r>
        <w:t xml:space="preserve">    (a) lost hope</w:t>
      </w:r>
      <w:r>
        <w:br/>
      </w:r>
      <w:r>
        <w:t xml:space="preserve">    (b) disagreed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—Richard Allen and Absalom Jones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of the Proceedings of the Black People During the Late Awful Calamity in Philadelphia in the Year 1793.</w:t>
      </w:r>
      <w:r>
        <w:br/>
      </w:r>
      <w:r>
        <w:t xml:space="preserve">    (a) skill</w:t>
      </w:r>
      <w:r>
        <w:br/>
      </w:r>
      <w:r>
        <w:t xml:space="preserve">    (b) story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French Revolution and from the slave revolts in the French West Indies poured into Philadelphia, French fashion and language became very popular.</w:t>
      </w:r>
      <w:r>
        <w:br/>
      </w:r>
      <w:r>
        <w:t xml:space="preserve">    (a) quiet voices; or a quiet voice</w:t>
      </w:r>
      <w:r>
        <w:br/>
      </w:r>
      <w:r>
        <w:t xml:space="preserve">    (b) people who fled their homeland</w:t>
      </w:r>
      <w:r>
        <w:br/>
      </w:r>
      <w:r>
        <w:t xml:space="preserve">    (c) understandings or explanations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2026-07-31T18:58:31Z</dcterms:created>
  <dcterms:modified xsi:type="dcterms:W3CDTF">2026-07-31T18:58:31Z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