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fences-august-wilson-vocabulary-preview"/>
    <w:p>
      <w:pPr>
        <w:pStyle w:val="Heading1"/>
      </w:pPr>
      <w:r>
        <w:rPr>
          <w:b/>
          <w:bCs/>
        </w:rPr>
        <w:t xml:space="preserve">Fences</w:t>
      </w:r>
      <w:r>
        <w:br/>
      </w:r>
      <w:r>
        <w:rPr>
          <w:i/>
          <w:iCs/>
        </w:rPr>
        <w:t xml:space="preserve">August Wilson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accommodate</w:t>
      </w:r>
      <w:r>
        <w:rPr>
          <w:b/>
          <w:bCs/>
        </w:rPr>
        <w:t xml:space="preserve"> </w:t>
      </w:r>
      <w:r>
        <w:rPr>
          <w:b/>
          <w:bCs/>
        </w:rPr>
        <w:t xml:space="preserve">various interests to get a majority.</w:t>
      </w:r>
      <w:r>
        <w:br/>
      </w:r>
      <w:r>
        <w:t xml:space="preserve">    (a) understand</w:t>
      </w:r>
      <w:r>
        <w:br/>
      </w:r>
      <w:r>
        <w:t xml:space="preserve">    (b) adjust to</w:t>
      </w:r>
      <w:r>
        <w:br/>
      </w:r>
      <w:r>
        <w:t xml:space="preserve">    (c) 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describes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archangel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 from the heavens.</w:t>
      </w:r>
      <w:r>
        <w:br/>
      </w:r>
      <w:r>
        <w:t xml:space="preserve">    (a) a chief angel</w:t>
      </w:r>
      <w:r>
        <w:br/>
      </w:r>
      <w:r>
        <w:t xml:space="preserve">    (b) a small demon</w:t>
      </w:r>
      <w:r>
        <w:br/>
      </w:r>
      <w:r>
        <w:t xml:space="preserve">    (c) a lost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 </w:t>
      </w:r>
      <w:r>
        <w:rPr>
          <w:b/>
          <w:bCs/>
        </w:rPr>
        <w:t xml:space="preserve">in Paris at the age of 38.</w:t>
      </w:r>
      <w:r>
        <w:br/>
      </w:r>
      <w:r>
        <w:t xml:space="preserve">    (a) too young</w:t>
      </w:r>
      <w:r>
        <w:br/>
      </w:r>
      <w:r>
        <w:t xml:space="preserve">    (b) extremely poor</w:t>
      </w:r>
      <w:r>
        <w:br/>
      </w:r>
      <w:r>
        <w:t xml:space="preserve">    (c) among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dubious</w:t>
      </w:r>
      <w:r>
        <w:rPr>
          <w:b/>
          <w:bCs/>
        </w:rPr>
        <w:t xml:space="preserve"> </w:t>
      </w:r>
      <w:r>
        <w:rPr>
          <w:b/>
          <w:bCs/>
        </w:rPr>
        <w:t xml:space="preserve">look when he claimed to have met the president.</w:t>
      </w:r>
      <w:r>
        <w:br/>
      </w:r>
      <w:r>
        <w:t xml:space="preserve">    (a) polite</w:t>
      </w:r>
      <w:r>
        <w:br/>
      </w:r>
      <w:r>
        <w:t xml:space="preserve">    (b) joyful</w:t>
      </w:r>
      <w:r>
        <w:br/>
      </w:r>
      <w:r>
        <w:t xml:space="preserve">    (c) doubtful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eloquent</w:t>
      </w:r>
      <w:r>
        <w:rPr>
          <w:b/>
          <w:bCs/>
        </w:rPr>
        <w:t xml:space="preserve"> </w:t>
      </w:r>
      <w:r>
        <w:rPr>
          <w:b/>
          <w:bCs/>
        </w:rPr>
        <w:t xml:space="preserve">speaker at the school.</w:t>
      </w:r>
      <w:r>
        <w:br/>
      </w:r>
      <w:r>
        <w:t xml:space="preserve">    (a) well-spoken</w:t>
      </w:r>
      <w:r>
        <w:br/>
      </w:r>
      <w:r>
        <w:t xml:space="preserve">    (b) popular</w:t>
      </w:r>
      <w:r>
        <w:br/>
      </w:r>
      <w:r>
        <w:t xml:space="preserve">    (c) experienced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 artist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emulate</w:t>
      </w:r>
      <w:r>
        <w:rPr>
          <w:b/>
          <w:bCs/>
        </w:rPr>
        <w:t xml:space="preserve"> </w:t>
      </w:r>
      <w:r>
        <w:rPr>
          <w:b/>
          <w:bCs/>
        </w:rPr>
        <w:t xml:space="preserve">the style of her favorite painter without directly copying it.</w:t>
      </w:r>
      <w:r>
        <w:br/>
      </w:r>
      <w:r>
        <w:t xml:space="preserve">    (a) criticize</w:t>
      </w:r>
      <w:r>
        <w:br/>
      </w:r>
      <w:r>
        <w:t xml:space="preserve">    (b) imitate</w:t>
      </w:r>
      <w:r>
        <w:br/>
      </w:r>
      <w:r>
        <w:t xml:space="preserve">    (c) eliminate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showing</w:t>
      </w:r>
      <w:r>
        <w:br/>
      </w:r>
      <w:r>
        <w:t xml:space="preserve">    (b) exaggerating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business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flourished</w:t>
      </w:r>
      <w:r>
        <w:rPr>
          <w:b/>
          <w:bCs/>
        </w:rPr>
        <w:t xml:space="preserve"> </w:t>
      </w:r>
      <w:r>
        <w:rPr>
          <w:b/>
          <w:bCs/>
        </w:rPr>
        <w:t xml:space="preserve">from day one.</w:t>
      </w:r>
      <w:r>
        <w:br/>
      </w:r>
      <w:r>
        <w:t xml:space="preserve">    (a) grew or developed well</w:t>
      </w:r>
      <w:r>
        <w:br/>
      </w:r>
      <w:r>
        <w:t xml:space="preserve">    (b) struggled to make a profit</w:t>
      </w:r>
      <w:r>
        <w:br/>
      </w:r>
      <w:r>
        <w:t xml:space="preserve">    (c) was a dangerous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necessity</w:t>
      </w:r>
      <w:r>
        <w:br/>
      </w:r>
      <w:r>
        <w:t xml:space="preserve">    (b) ambition</w:t>
      </w:r>
      <w:r>
        <w:br/>
      </w:r>
      <w:r>
        <w:t xml:space="preserve">    (c) cunning and deceit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 time, most of the people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immigrated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United States came from Latin America and Asia.</w:t>
      </w:r>
      <w:r>
        <w:br/>
      </w:r>
      <w:r>
        <w:t xml:space="preserve">    (a) visited</w:t>
      </w:r>
      <w:r>
        <w:br/>
      </w:r>
      <w:r>
        <w:t xml:space="preserve">    (b) relocated</w:t>
      </w:r>
      <w:r>
        <w:br/>
      </w:r>
      <w:r>
        <w:t xml:space="preserve">    (c) exported goods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National Guard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integral</w:t>
      </w:r>
      <w:r>
        <w:rPr>
          <w:b/>
          <w:bCs/>
        </w:rPr>
        <w:t xml:space="preserve"> </w:t>
      </w:r>
      <w:r>
        <w:rPr>
          <w:b/>
          <w:bCs/>
        </w:rPr>
        <w:t xml:space="preserve">part of U.S. armed services.</w:t>
      </w:r>
      <w:r>
        <w:br/>
      </w:r>
      <w:r>
        <w:t xml:space="preserve">    (a) essential</w:t>
      </w:r>
      <w:r>
        <w:br/>
      </w:r>
      <w:r>
        <w:t xml:space="preserve">    (b) unimportant</w:t>
      </w:r>
      <w:r>
        <w:br/>
      </w:r>
      <w:r>
        <w:t xml:space="preserve">    (c) additional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</w:t>
      </w:r>
      <w:r>
        <w:rPr>
          <w:b/>
          <w:bCs/>
        </w:rPr>
        <w:t xml:space="preserve"> </w:t>
      </w:r>
      <w:r>
        <w:rPr>
          <w:b/>
          <w:bCs/>
        </w:rPr>
        <w:t xml:space="preserve">to forget something that important.</w:t>
      </w:r>
      <w:r>
        <w:br/>
      </w:r>
      <w:r>
        <w:t xml:space="preserve">    (a) the state or degree of being less than zero</w:t>
      </w:r>
      <w:r>
        <w:br/>
      </w:r>
      <w:r>
        <w:t xml:space="preserve">    (b) the state or degree of being bad or harmful</w:t>
      </w:r>
      <w:r>
        <w:br/>
      </w:r>
      <w:r>
        <w:t xml:space="preserve">    (c) likely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traditional</w:t>
      </w:r>
      <w:r>
        <w:br/>
      </w:r>
      <w:r>
        <w:t xml:space="preserve">    (b) common</w:t>
      </w:r>
      <w:r>
        <w:br/>
      </w:r>
      <w:r>
        <w:t xml:space="preserve">    (c)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committed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reining in</w:t>
      </w:r>
      <w:r>
        <w:rPr>
          <w:b/>
          <w:bCs/>
        </w:rPr>
        <w:t xml:space="preserve"> </w:t>
      </w:r>
      <w:r>
        <w:rPr>
          <w:b/>
          <w:bCs/>
        </w:rPr>
        <w:t xml:space="preserve">excessive government infringement of personal freedom.</w:t>
      </w:r>
      <w:r>
        <w:br/>
      </w:r>
      <w:r>
        <w:t xml:space="preserve">    (a) discovering</w:t>
      </w:r>
      <w:r>
        <w:br/>
      </w:r>
      <w:r>
        <w:t xml:space="preserve">    (b) restraining</w:t>
      </w:r>
      <w:r>
        <w:br/>
      </w:r>
      <w:r>
        <w:t xml:space="preserve">    (c) exposing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ridiculed</w:t>
      </w:r>
      <w:r>
        <w:rPr>
          <w:b/>
          <w:bCs/>
        </w:rPr>
        <w:t xml:space="preserve"> </w:t>
      </w:r>
      <w:r>
        <w:rPr>
          <w:b/>
          <w:bCs/>
        </w:rPr>
        <w:t xml:space="preserve">him for wearing mismatched socks to school.</w:t>
      </w:r>
      <w:r>
        <w:br/>
      </w:r>
      <w:r>
        <w:t xml:space="preserve">    (a) completely ignored</w:t>
      </w:r>
      <w:r>
        <w:br/>
      </w:r>
      <w:r>
        <w:t xml:space="preserve">    (b) warmly praised</w:t>
      </w:r>
      <w:r>
        <w:br/>
      </w:r>
      <w:r>
        <w:t xml:space="preserve">    (c) mocked or made fun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extremely hard</w:t>
      </w:r>
      <w:r>
        <w:br/>
      </w:r>
      <w:r>
        <w:t xml:space="preserve">    (b) in short supply</w:t>
      </w:r>
      <w:r>
        <w:br/>
      </w:r>
      <w:r>
        <w:t xml:space="preserve">    (c) easily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faced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from independent reviewers.</w:t>
      </w:r>
      <w:r>
        <w:br/>
      </w:r>
      <w:r>
        <w:t xml:space="preserve">    (a) careful examination</w:t>
      </w:r>
      <w:r>
        <w:br/>
      </w:r>
      <w:r>
        <w:t xml:space="preserve">    (b) strong support</w:t>
      </w:r>
      <w:r>
        <w:br/>
      </w:r>
      <w:r>
        <w:t xml:space="preserve">    (c) quick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won five games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, ending their losing streak.</w:t>
      </w:r>
      <w:r>
        <w:br/>
      </w:r>
      <w:r>
        <w:t xml:space="preserve">    (a) panic</w:t>
      </w:r>
      <w:r>
        <w:br/>
      </w:r>
      <w:r>
        <w:t xml:space="preserve">    (b) sequence</w:t>
      </w:r>
      <w:r>
        <w:br/>
      </w:r>
      <w:r>
        <w:t xml:space="preserve">    (c)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taunted</w:t>
      </w:r>
      <w:r>
        <w:rPr>
          <w:b/>
          <w:bCs/>
        </w:rPr>
        <w:t xml:space="preserve"> </w:t>
      </w:r>
      <w:r>
        <w:rPr>
          <w:b/>
          <w:bCs/>
        </w:rPr>
        <w:t xml:space="preserve">her until she responded physically, and then they beat her up.</w:t>
      </w:r>
      <w:r>
        <w:br/>
      </w:r>
      <w:r>
        <w:t xml:space="preserve">    (a) surrounded</w:t>
      </w:r>
      <w:r>
        <w:br/>
      </w:r>
      <w:r>
        <w:t xml:space="preserve">    (b) followed</w:t>
      </w:r>
      <w:r>
        <w:br/>
      </w:r>
      <w:r>
        <w:t xml:space="preserve">    (c) insulted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plane jerked as it went through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turbulence</w:t>
      </w:r>
      <w:r>
        <w:rPr>
          <w:b/>
          <w:bCs/>
        </w:rPr>
        <w:t xml:space="preserve">.</w:t>
      </w:r>
      <w:r>
        <w:br/>
      </w:r>
      <w:r>
        <w:t xml:space="preserve">    (a) climb in altitude</w:t>
      </w:r>
      <w:r>
        <w:br/>
      </w:r>
      <w:r>
        <w:t xml:space="preserve">    (b) irregular wind</w:t>
      </w:r>
      <w:r>
        <w:br/>
      </w:r>
      <w:r>
        <w:t xml:space="preserve">    (c) acceleration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2026-07-31T18:06:13Z</dcterms:created>
  <dcterms:modified xsi:type="dcterms:W3CDTF">2026-07-31T18:06:13Z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