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7d6d2172b83c819937bdb0fbf9b8632f0ddfef1"/>
    <w:p>
      <w:pPr>
        <w:pStyle w:val="Heading1"/>
      </w:pPr>
      <w:r>
        <w:rPr>
          <w:b/>
          <w:bCs/>
        </w:rPr>
        <w:t xml:space="preserve">Fences</w:t>
      </w:r>
      <w:r>
        <w:br/>
      </w:r>
      <w:r>
        <w:rPr>
          <w:i/>
          <w:iCs/>
        </w:rPr>
        <w:t xml:space="preserve">August Wilson</w:t>
      </w:r>
      <w:r>
        <w:br/>
      </w:r>
      <w:r>
        <w:rPr>
          <w:b/>
          <w:bCs/>
        </w:rPr>
        <w:t xml:space="preserve">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One or two chairs of</w:t>
      </w:r>
      <w:r>
        <w:rPr>
          <w:b/>
          <w:bCs/>
        </w:rPr>
        <w:t xml:space="preserve"> </w:t>
      </w:r>
      <w:r>
        <w:rPr>
          <w:b/>
          <w:bCs/>
          <w:u w:val="single"/>
        </w:rPr>
        <w:t xml:space="preserve">dubious</w:t>
      </w:r>
      <w:r>
        <w:rPr>
          <w:b/>
          <w:bCs/>
        </w:rPr>
        <w:t xml:space="preserve"> </w:t>
      </w:r>
      <w:r>
        <w:rPr>
          <w:b/>
          <w:bCs/>
        </w:rPr>
        <w:t xml:space="preserve">value sit at one end where the kitchen window opens onto the porch.</w:t>
      </w:r>
      <w:r>
        <w:br/>
      </w:r>
      <w:r>
        <w:t xml:space="preserve">    (a) relating to realities beyond scientific understanding  OR  inspiring a sense of wonder or mystery; or beyond human comprehension</w:t>
      </w:r>
      <w:r>
        <w:br/>
      </w:r>
      <w:r>
        <w:t xml:space="preserve">    (b) doubtful</w:t>
      </w:r>
      <w:r>
        <w:br/>
      </w:r>
      <w:r>
        <w:t xml:space="preserve">    (c) related to a mental illness most commonly associated with undeveloped social abilities, language, and other communication skills</w:t>
      </w:r>
    </w:p>
    <w:p>
      <w:pPr>
        <w:pStyle w:val="Compact"/>
        <w:numPr>
          <w:ilvl w:val="0"/>
          <w:numId w:val="1001"/>
        </w:numPr>
      </w:pPr>
      <w:r>
        <w:rPr>
          <w:b/>
          <w:bCs/>
        </w:rPr>
        <w:t xml:space="preserve">Near the turn of the century, the</w:t>
      </w:r>
      <w:r>
        <w:rPr>
          <w:b/>
          <w:bCs/>
        </w:rPr>
        <w:t xml:space="preserve"> </w:t>
      </w:r>
      <w:r>
        <w:rPr>
          <w:b/>
          <w:bCs/>
          <w:u w:val="single"/>
        </w:rPr>
        <w:t xml:space="preserve">destitute of</w:t>
      </w:r>
      <w:r>
        <w:rPr>
          <w:b/>
          <w:bCs/>
        </w:rPr>
        <w:t xml:space="preserve"> </w:t>
      </w:r>
      <w:r>
        <w:rPr>
          <w:b/>
          <w:bCs/>
        </w:rPr>
        <w:t xml:space="preserve">Europe sprang on the city with tenacious claws and an honest and solid dream.</w:t>
      </w:r>
      <w:r>
        <w:br/>
      </w:r>
      <w:r>
        <w:t xml:space="preserve">    (a) restrain</w:t>
      </w:r>
      <w:r>
        <w:br/>
      </w:r>
      <w:r>
        <w:t xml:space="preserve">    (b) surrender</w:t>
      </w:r>
      <w:r>
        <w:br/>
      </w:r>
      <w:r>
        <w:t xml:space="preserve">    (c) extremely poor</w:t>
      </w:r>
    </w:p>
    <w:p>
      <w:pPr>
        <w:pStyle w:val="Compact"/>
        <w:numPr>
          <w:ilvl w:val="0"/>
          <w:numId w:val="1001"/>
        </w:numPr>
      </w:pPr>
      <w:r>
        <w:rPr>
          <w:b/>
          <w:bCs/>
        </w:rPr>
        <w:t xml:space="preserve">It nourished itself and offered each man a partnership limited only by his talent, his</w:t>
      </w:r>
      <w:r>
        <w:rPr>
          <w:b/>
          <w:bCs/>
        </w:rPr>
        <w:t xml:space="preserve"> </w:t>
      </w:r>
      <w:r>
        <w:rPr>
          <w:b/>
          <w:bCs/>
          <w:u w:val="single"/>
        </w:rPr>
        <w:t xml:space="preserve">guile</w:t>
      </w:r>
      <w:r>
        <w:rPr>
          <w:b/>
          <w:bCs/>
        </w:rPr>
        <w:t xml:space="preserve">, and his willingness and capacity for hard work.</w:t>
      </w:r>
      <w:r>
        <w:br/>
      </w:r>
      <w:r>
        <w:t xml:space="preserve">    (a) cunning (shrewdness and cleverness)</w:t>
      </w:r>
      <w:r>
        <w:br/>
      </w:r>
      <w:r>
        <w:t xml:space="preserve">    (b) prepare food in a way that keeps it from spoiling</w:t>
      </w:r>
      <w:r>
        <w:br/>
      </w:r>
      <w:r>
        <w:t xml:space="preserve">    (c) treat as a particular type that is considered bad</w:t>
      </w:r>
    </w:p>
    <w:p>
      <w:pPr>
        <w:pStyle w:val="Compact"/>
        <w:numPr>
          <w:ilvl w:val="0"/>
          <w:numId w:val="1001"/>
        </w:numPr>
      </w:pPr>
      <w:r>
        <w:rPr>
          <w:b/>
          <w:bCs/>
        </w:rPr>
        <w:t xml:space="preserve">For the</w:t>
      </w:r>
      <w:r>
        <w:rPr>
          <w:b/>
          <w:bCs/>
        </w:rPr>
        <w:t xml:space="preserve"> </w:t>
      </w:r>
      <w:r>
        <w:rPr>
          <w:b/>
          <w:bCs/>
          <w:u w:val="single"/>
        </w:rPr>
        <w:t xml:space="preserve">immigrants</w:t>
      </w:r>
      <w:r>
        <w:rPr>
          <w:b/>
          <w:bCs/>
        </w:rPr>
        <w:t xml:space="preserve"> </w:t>
      </w:r>
      <w:r>
        <w:rPr>
          <w:b/>
          <w:bCs/>
        </w:rPr>
        <w:t xml:space="preserve">of Europe, a dream dared and won true.</w:t>
      </w:r>
      <w:r>
        <w:br/>
      </w:r>
      <w:r>
        <w:t xml:space="preserve">    (a) people who came to live in a new country</w:t>
      </w:r>
      <w:r>
        <w:br/>
      </w:r>
      <w:r>
        <w:t xml:space="preserve">    (b) oxygen-carrying parts of red blood cells</w:t>
      </w:r>
      <w:r>
        <w:br/>
      </w:r>
      <w:r>
        <w:t xml:space="preserve">    (c) acts of taking something on as one's own</w:t>
      </w:r>
    </w:p>
    <w:p>
      <w:pPr>
        <w:pStyle w:val="Compact"/>
        <w:numPr>
          <w:ilvl w:val="0"/>
          <w:numId w:val="1001"/>
        </w:numPr>
      </w:pPr>
      <w:r>
        <w:rPr>
          <w:b/>
          <w:bCs/>
        </w:rPr>
        <w:t xml:space="preserve">That they could breathe free, finally, and stand to meet life with the force of dignity and whatever</w:t>
      </w:r>
      <w:r>
        <w:rPr>
          <w:b/>
          <w:bCs/>
        </w:rPr>
        <w:t xml:space="preserve"> </w:t>
      </w:r>
      <w:r>
        <w:rPr>
          <w:b/>
          <w:bCs/>
          <w:u w:val="single"/>
        </w:rPr>
        <w:t xml:space="preserve">eloquence</w:t>
      </w:r>
      <w:r>
        <w:rPr>
          <w:b/>
          <w:bCs/>
        </w:rPr>
        <w:t xml:space="preserve"> </w:t>
      </w:r>
      <w:r>
        <w:rPr>
          <w:b/>
          <w:bCs/>
        </w:rPr>
        <w:t xml:space="preserve">the heart could call upon.</w:t>
      </w:r>
      <w:r>
        <w:br/>
      </w:r>
      <w:r>
        <w:t xml:space="preserve">    (a) lowering moral standards</w:t>
      </w:r>
      <w:r>
        <w:br/>
      </w:r>
      <w:r>
        <w:t xml:space="preserve">    (b) changing or not reliable</w:t>
      </w:r>
      <w:r>
        <w:br/>
      </w:r>
      <w:r>
        <w:t xml:space="preserve">    (c) powerful use of language</w:t>
      </w:r>
    </w:p>
    <w:p>
      <w:pPr>
        <w:pStyle w:val="Compact"/>
        <w:numPr>
          <w:ilvl w:val="0"/>
          <w:numId w:val="1001"/>
        </w:numPr>
      </w:pPr>
      <w:r>
        <w:rPr>
          <w:b/>
          <w:bCs/>
        </w:rPr>
        <w:t xml:space="preserve">Life was rich, full, and</w:t>
      </w:r>
      <w:r>
        <w:rPr>
          <w:b/>
          <w:bCs/>
        </w:rPr>
        <w:t xml:space="preserve"> </w:t>
      </w:r>
      <w:r>
        <w:rPr>
          <w:b/>
          <w:bCs/>
          <w:u w:val="single"/>
        </w:rPr>
        <w:t xml:space="preserve">flourishing</w:t>
      </w:r>
      <w:r>
        <w:rPr>
          <w:b/>
          <w:bCs/>
        </w:rPr>
        <w:t xml:space="preserve">.</w:t>
      </w:r>
      <w:r>
        <w:br/>
      </w:r>
      <w:r>
        <w:t xml:space="preserve">    (a) growing or developing well</w:t>
      </w:r>
      <w:r>
        <w:br/>
      </w:r>
      <w:r>
        <w:t xml:space="preserve">    (b) changing through evolution</w:t>
      </w:r>
      <w:r>
        <w:br/>
      </w:r>
      <w:r>
        <w:t xml:space="preserve">    (c) stopping a battle or fight</w:t>
      </w:r>
    </w:p>
    <w:p>
      <w:pPr>
        <w:pStyle w:val="Compact"/>
        <w:numPr>
          <w:ilvl w:val="0"/>
          <w:numId w:val="1001"/>
        </w:numPr>
      </w:pPr>
      <w:r>
        <w:rPr>
          <w:b/>
          <w:bCs/>
        </w:rPr>
        <w:t xml:space="preserve">The Milwaukee Braves won the World Series, and the hot winds of change that would make the sixties a</w:t>
      </w:r>
      <w:r>
        <w:rPr>
          <w:b/>
          <w:bCs/>
        </w:rPr>
        <w:t xml:space="preserve"> </w:t>
      </w:r>
      <w:r>
        <w:rPr>
          <w:b/>
          <w:bCs/>
          <w:u w:val="single"/>
        </w:rPr>
        <w:t xml:space="preserve">turbulent</w:t>
      </w:r>
      <w:r>
        <w:rPr>
          <w:b/>
          <w:bCs/>
        </w:rPr>
        <w:t xml:space="preserve">, racing, dangerous, and provocative decade had not yet begun to blow full.</w:t>
      </w:r>
      <w:r>
        <w:br/>
      </w:r>
      <w:r>
        <w:t xml:space="preserve">    (a) disorderly</w:t>
      </w:r>
      <w:r>
        <w:br/>
      </w:r>
      <w:r>
        <w:t xml:space="preserve">    (b) terrible (vile; disgusting) -- worthy of being strongly disliked and looked down upon</w:t>
      </w:r>
      <w:r>
        <w:br/>
      </w:r>
      <w:r>
        <w:t xml:space="preserve">    (c) not easily influenced or harmed  OR  not capable of being treated in a particular way</w:t>
      </w:r>
    </w:p>
    <w:p>
      <w:pPr>
        <w:pStyle w:val="Compact"/>
        <w:numPr>
          <w:ilvl w:val="0"/>
          <w:numId w:val="1001"/>
        </w:numPr>
      </w:pPr>
      <w:r>
        <w:rPr>
          <w:b/>
          <w:bCs/>
        </w:rPr>
        <w:t xml:space="preserve">Troy is fifty-three years old, a large man with thick, heavy hands; it is this largeness that he strives to fill out and make an</w:t>
      </w:r>
      <w:r>
        <w:rPr>
          <w:b/>
          <w:bCs/>
        </w:rPr>
        <w:t xml:space="preserve"> </w:t>
      </w:r>
      <w:r>
        <w:rPr>
          <w:b/>
          <w:bCs/>
          <w:u w:val="single"/>
        </w:rPr>
        <w:t xml:space="preserve">accommodation</w:t>
      </w:r>
      <w:r>
        <w:rPr>
          <w:b/>
          <w:bCs/>
        </w:rPr>
        <w:t xml:space="preserve"> </w:t>
      </w:r>
      <w:r>
        <w:rPr>
          <w:b/>
          <w:bCs/>
        </w:rPr>
        <w:t xml:space="preserve">with.</w:t>
      </w:r>
      <w:r>
        <w:br/>
      </w:r>
      <w:r>
        <w:t xml:space="preserve">    (a) aka natural right -- a right that is naturally due because of human nature and the natural condition</w:t>
      </w:r>
      <w:r>
        <w:br/>
      </w:r>
      <w:r>
        <w:t xml:space="preserve">    (b) a powerful stimulant drug that increases activity in the brain and nervous system -- often addictive</w:t>
      </w:r>
      <w:r>
        <w:br/>
      </w:r>
      <w:r>
        <w:t xml:space="preserve">    (c) arrangement</w:t>
      </w:r>
    </w:p>
    <w:p>
      <w:pPr>
        <w:pStyle w:val="Compact"/>
        <w:numPr>
          <w:ilvl w:val="0"/>
          <w:numId w:val="1001"/>
        </w:numPr>
      </w:pPr>
      <w:r>
        <w:rPr>
          <w:b/>
          <w:bCs/>
        </w:rPr>
        <w:t xml:space="preserve">His commitment to their friendship of thirty-odd years is rooted in his admiration of Troy's honesty, capacity for hard work, and his strength, which bono seeks to</w:t>
      </w:r>
      <w:r>
        <w:rPr>
          <w:b/>
          <w:bCs/>
        </w:rPr>
        <w:t xml:space="preserve"> </w:t>
      </w:r>
      <w:r>
        <w:rPr>
          <w:b/>
          <w:bCs/>
          <w:u w:val="single"/>
        </w:rPr>
        <w:t xml:space="preserve">emulate</w:t>
      </w:r>
      <w:r>
        <w:rPr>
          <w:b/>
          <w:bCs/>
        </w:rPr>
        <w:t xml:space="preserve">.</w:t>
      </w:r>
      <w:r>
        <w:br/>
      </w:r>
      <w:r>
        <w:t xml:space="preserve">    (a) gradually add or remove</w:t>
      </w:r>
      <w:r>
        <w:br/>
      </w:r>
      <w:r>
        <w:t xml:space="preserve">    (b) feel sadness and regret</w:t>
      </w:r>
      <w:r>
        <w:br/>
      </w:r>
      <w:r>
        <w:t xml:space="preserve">    (c) imitate (copy or match)</w:t>
      </w:r>
    </w:p>
    <w:p>
      <w:pPr>
        <w:pStyle w:val="Compact"/>
        <w:numPr>
          <w:ilvl w:val="0"/>
          <w:numId w:val="1001"/>
        </w:numPr>
      </w:pPr>
      <w:r>
        <w:rPr>
          <w:b/>
          <w:bCs/>
        </w:rPr>
        <w:t xml:space="preserve">Troy is usually the most talkative and at times he can be crude and almost vulgar, though he is capable of rising to</w:t>
      </w:r>
      <w:r>
        <w:rPr>
          <w:b/>
          <w:bCs/>
        </w:rPr>
        <w:t xml:space="preserve"> </w:t>
      </w:r>
      <w:r>
        <w:rPr>
          <w:b/>
          <w:bCs/>
          <w:u w:val="single"/>
        </w:rPr>
        <w:t xml:space="preserve">profound</w:t>
      </w:r>
      <w:r>
        <w:rPr>
          <w:b/>
          <w:bCs/>
        </w:rPr>
        <w:t xml:space="preserve"> </w:t>
      </w:r>
      <w:r>
        <w:rPr>
          <w:b/>
          <w:bCs/>
        </w:rPr>
        <w:t xml:space="preserve">heights of expression.</w:t>
      </w:r>
      <w:r>
        <w:br/>
      </w:r>
      <w:r>
        <w:t xml:space="preserve">    (a) without a tendency to be full of thought</w:t>
      </w:r>
      <w:r>
        <w:br/>
      </w:r>
      <w:r>
        <w:t xml:space="preserve">    (b) lacking a tendency to be full of thought</w:t>
      </w:r>
      <w:r>
        <w:br/>
      </w:r>
      <w:r>
        <w:t xml:space="preserve">    (c) intense (or deep and far-reaching)</w:t>
      </w:r>
    </w:p>
    <w:p>
      <w:pPr>
        <w:pStyle w:val="Compact"/>
        <w:numPr>
          <w:ilvl w:val="0"/>
          <w:numId w:val="1001"/>
        </w:numPr>
      </w:pPr>
      <w:r>
        <w:rPr>
          <w:b/>
          <w:bCs/>
        </w:rPr>
        <w:t xml:space="preserve">a</w:t>
      </w:r>
      <w:r>
        <w:rPr>
          <w:b/>
          <w:bCs/>
        </w:rPr>
        <w:t xml:space="preserve"> </w:t>
      </w:r>
      <w:r>
        <w:rPr>
          <w:b/>
          <w:bCs/>
          <w:u w:val="single"/>
        </w:rPr>
        <w:t xml:space="preserve">succession</w:t>
      </w:r>
      <w:r>
        <w:rPr>
          <w:b/>
          <w:bCs/>
        </w:rPr>
        <w:t xml:space="preserve"> </w:t>
      </w:r>
      <w:r>
        <w:rPr>
          <w:b/>
          <w:bCs/>
        </w:rPr>
        <w:t xml:space="preserve">of abusive men and their babies,</w:t>
      </w:r>
      <w:r>
        <w:br/>
      </w:r>
      <w:r>
        <w:t xml:space="preserve">    (a) series (one after another)</w:t>
      </w:r>
      <w:r>
        <w:br/>
      </w:r>
      <w:r>
        <w:t xml:space="preserve">    (b) job, reservation, booking, or activity</w:t>
      </w:r>
      <w:r>
        <w:br/>
      </w:r>
      <w:r>
        <w:t xml:space="preserve">    (c) thing that affects a result or outcome</w:t>
      </w:r>
    </w:p>
    <w:p>
      <w:pPr>
        <w:pStyle w:val="Compact"/>
        <w:numPr>
          <w:ilvl w:val="0"/>
          <w:numId w:val="1001"/>
        </w:numPr>
      </w:pPr>
      <w:r>
        <w:rPr>
          <w:b/>
          <w:bCs/>
        </w:rPr>
        <w:t xml:space="preserve">Though she doesn't drink, her presence is an</w:t>
      </w:r>
      <w:r>
        <w:rPr>
          <w:b/>
          <w:bCs/>
        </w:rPr>
        <w:t xml:space="preserve"> </w:t>
      </w:r>
      <w:r>
        <w:rPr>
          <w:b/>
          <w:bCs/>
          <w:u w:val="single"/>
        </w:rPr>
        <w:t xml:space="preserve">integral</w:t>
      </w:r>
      <w:r>
        <w:rPr>
          <w:b/>
          <w:bCs/>
        </w:rPr>
        <w:t xml:space="preserve"> </w:t>
      </w:r>
      <w:r>
        <w:rPr>
          <w:b/>
          <w:bCs/>
        </w:rPr>
        <w:t xml:space="preserve">part of the Friday night rituals.</w:t>
      </w:r>
      <w:r>
        <w:br/>
      </w:r>
      <w:r>
        <w:t xml:space="preserve">    (a) extra</w:t>
      </w:r>
      <w:r>
        <w:br/>
      </w:r>
      <w:r>
        <w:t xml:space="preserve">    (b) unimportant</w:t>
      </w:r>
      <w:r>
        <w:br/>
      </w:r>
      <w:r>
        <w:t xml:space="preserve">    (c) an essential part or characteristic</w:t>
      </w:r>
    </w:p>
    <w:p>
      <w:pPr>
        <w:pStyle w:val="Compact"/>
        <w:numPr>
          <w:ilvl w:val="0"/>
          <w:numId w:val="1001"/>
        </w:numPr>
      </w:pPr>
      <w:r>
        <w:rPr>
          <w:b/>
          <w:bCs/>
        </w:rPr>
        <w:t xml:space="preserve">He has come to borrow money from Troy, and while he knows he will be successful, he is uncertain as to what extent his lifestyle will be held up to</w:t>
      </w:r>
      <w:r>
        <w:rPr>
          <w:b/>
          <w:bCs/>
        </w:rPr>
        <w:t xml:space="preserve"> </w:t>
      </w:r>
      <w:r>
        <w:rPr>
          <w:b/>
          <w:bCs/>
          <w:u w:val="single"/>
        </w:rPr>
        <w:t xml:space="preserve">scrutiny</w:t>
      </w:r>
      <w:r>
        <w:rPr>
          <w:b/>
          <w:bCs/>
        </w:rPr>
        <w:t xml:space="preserve"> </w:t>
      </w:r>
      <w:r>
        <w:rPr>
          <w:b/>
          <w:bCs/>
        </w:rPr>
        <w:t xml:space="preserve">and ridicule.</w:t>
      </w:r>
      <w:r>
        <w:br/>
      </w:r>
      <w:r>
        <w:t xml:space="preserve">    (a) a secret agreement or plot</w:t>
      </w:r>
      <w:r>
        <w:br/>
      </w:r>
      <w:r>
        <w:t xml:space="preserve">    (b) careful examination</w:t>
      </w:r>
      <w:r>
        <w:br/>
      </w:r>
      <w:r>
        <w:t xml:space="preserve">    (c) the best or most important</w:t>
      </w:r>
    </w:p>
    <w:p>
      <w:pPr>
        <w:pStyle w:val="Compact"/>
        <w:numPr>
          <w:ilvl w:val="0"/>
          <w:numId w:val="1001"/>
        </w:numPr>
      </w:pPr>
      <w:r>
        <w:rPr>
          <w:b/>
          <w:bCs/>
        </w:rPr>
        <w:t xml:space="preserve">He has come to borrow money from Troy, and while he knows he will be successful, he is uncertain as to what extent his lifestyle will be held up to scrutiny and</w:t>
      </w:r>
      <w:r>
        <w:rPr>
          <w:b/>
          <w:bCs/>
        </w:rPr>
        <w:t xml:space="preserve"> </w:t>
      </w:r>
      <w:r>
        <w:rPr>
          <w:b/>
          <w:bCs/>
          <w:u w:val="single"/>
        </w:rPr>
        <w:t xml:space="preserve">ridicule</w:t>
      </w:r>
      <w:r>
        <w:rPr>
          <w:b/>
          <w:bCs/>
        </w:rPr>
        <w:t xml:space="preserve">.</w:t>
      </w:r>
      <w:r>
        <w:br/>
      </w:r>
      <w:r>
        <w:t xml:space="preserve">    (a) made fun of</w:t>
      </w:r>
      <w:r>
        <w:br/>
      </w:r>
      <w:r>
        <w:t xml:space="preserve">    (b) provide investment funds for something -- such as a business</w:t>
      </w:r>
      <w:r>
        <w:br/>
      </w:r>
      <w:r>
        <w:t xml:space="preserve">    (c) ignore someone's wishes or cause inconvenience or discomfort</w:t>
      </w:r>
    </w:p>
    <w:p>
      <w:pPr>
        <w:pStyle w:val="Compact"/>
        <w:numPr>
          <w:ilvl w:val="0"/>
          <w:numId w:val="1001"/>
        </w:numPr>
      </w:pPr>
      <w:r>
        <w:rPr>
          <w:b/>
          <w:bCs/>
        </w:rPr>
        <w:t xml:space="preserve">He carries an old trumpet tied around his waist and believes with every fiber of his being that he is the</w:t>
      </w:r>
      <w:r>
        <w:rPr>
          <w:b/>
          <w:bCs/>
        </w:rPr>
        <w:t xml:space="preserve"> </w:t>
      </w:r>
      <w:r>
        <w:rPr>
          <w:b/>
          <w:bCs/>
          <w:u w:val="single"/>
        </w:rPr>
        <w:t xml:space="preserve">Archangel</w:t>
      </w:r>
      <w:r>
        <w:rPr>
          <w:b/>
          <w:bCs/>
        </w:rPr>
        <w:t xml:space="preserve"> </w:t>
      </w:r>
      <w:r>
        <w:rPr>
          <w:b/>
          <w:bCs/>
        </w:rPr>
        <w:t xml:space="preserve">Gabriel.</w:t>
      </w:r>
      <w:r>
        <w:br/>
      </w:r>
      <w:r>
        <w:t xml:space="preserve">    (a) untied or released</w:t>
      </w:r>
      <w:r>
        <w:br/>
      </w:r>
      <w:r>
        <w:t xml:space="preserve">    (b) easily set on fire</w:t>
      </w:r>
      <w:r>
        <w:br/>
      </w:r>
      <w:r>
        <w:t xml:space="preserve">    (c) an angel of high rank</w:t>
      </w:r>
    </w:p>
    <w:p>
      <w:pPr>
        <w:pStyle w:val="Compact"/>
        <w:numPr>
          <w:ilvl w:val="0"/>
          <w:numId w:val="1001"/>
        </w:numPr>
      </w:pPr>
      <w:r>
        <w:rPr>
          <w:b/>
          <w:bCs/>
        </w:rPr>
        <w:t xml:space="preserve">I picked up them</w:t>
      </w:r>
      <w:r>
        <w:rPr>
          <w:b/>
          <w:bCs/>
        </w:rPr>
        <w:t xml:space="preserve"> </w:t>
      </w:r>
      <w:r>
        <w:rPr>
          <w:b/>
          <w:bCs/>
          <w:u w:val="single"/>
        </w:rPr>
        <w:t xml:space="preserve">reins</w:t>
      </w:r>
      <w:r>
        <w:rPr>
          <w:b/>
          <w:bCs/>
        </w:rPr>
        <w:t xml:space="preserve"> </w:t>
      </w:r>
      <w:r>
        <w:rPr>
          <w:b/>
          <w:bCs/>
        </w:rPr>
        <w:t xml:space="preserve">and commenced to whupping on him.</w:t>
      </w:r>
      <w:r>
        <w:br/>
      </w:r>
      <w:r>
        <w:t xml:space="preserve">    (a) (verb) intentionally angers, challenges, or upsets someone  OR  (noun) insults or other actions intended to anger, challenge, or upset someone</w:t>
      </w:r>
      <w:r>
        <w:br/>
      </w:r>
      <w:r>
        <w:t xml:space="preserve">    (b) injures the ligaments of a joint by stretching them too far (ligaments are the tough, fibrous bands that connect bones across joints)</w:t>
      </w:r>
      <w:r>
        <w:br/>
      </w:r>
      <w:r>
        <w:t xml:space="preserve">    (c) straps used to control a horse</w:t>
      </w:r>
    </w:p>
    <w:p>
      <w:pPr>
        <w:pStyle w:val="Compact"/>
        <w:numPr>
          <w:ilvl w:val="0"/>
          <w:numId w:val="1001"/>
        </w:numPr>
      </w:pPr>
      <w:r>
        <w:rPr>
          <w:b/>
          <w:bCs/>
        </w:rPr>
        <w:t xml:space="preserve">She's</w:t>
      </w:r>
      <w:r>
        <w:rPr>
          <w:b/>
          <w:bCs/>
        </w:rPr>
        <w:t xml:space="preserve"> </w:t>
      </w:r>
      <w:r>
        <w:rPr>
          <w:b/>
          <w:bCs/>
          <w:u w:val="single"/>
        </w:rPr>
        <w:t xml:space="preserve">liable to</w:t>
      </w:r>
      <w:r>
        <w:rPr>
          <w:b/>
          <w:bCs/>
        </w:rPr>
        <w:t xml:space="preserve"> </w:t>
      </w:r>
      <w:r>
        <w:rPr>
          <w:b/>
          <w:bCs/>
        </w:rPr>
        <w:t xml:space="preserve">say anything.</w:t>
      </w:r>
      <w:r>
        <w:br/>
      </w:r>
      <w:r>
        <w:t xml:space="preserve">    (a) devices that convert light into electricity</w:t>
      </w:r>
      <w:r>
        <w:br/>
      </w:r>
      <w:r>
        <w:t xml:space="preserve">    (b) temperature scale used in most of the world</w:t>
      </w:r>
      <w:r>
        <w:br/>
      </w:r>
      <w:r>
        <w:t xml:space="preserve">    (c) likely to; or maybe going to; or subject to</w:t>
      </w:r>
    </w:p>
    <w:p>
      <w:pPr>
        <w:pStyle w:val="Compact"/>
        <w:numPr>
          <w:ilvl w:val="0"/>
          <w:numId w:val="1001"/>
        </w:numPr>
      </w:pPr>
      <w:r>
        <w:rPr>
          <w:b/>
          <w:bCs/>
        </w:rPr>
        <w:t xml:space="preserve">Jobs are</w:t>
      </w:r>
      <w:r>
        <w:rPr>
          <w:b/>
          <w:bCs/>
        </w:rPr>
        <w:t xml:space="preserve"> </w:t>
      </w:r>
      <w:r>
        <w:rPr>
          <w:b/>
          <w:bCs/>
          <w:u w:val="single"/>
        </w:rPr>
        <w:t xml:space="preserve">scarce</w:t>
      </w:r>
      <w:r>
        <w:rPr>
          <w:b/>
          <w:bCs/>
        </w:rPr>
        <w:t xml:space="preserve">.</w:t>
      </w:r>
      <w:r>
        <w:br/>
      </w:r>
      <w:r>
        <w:t xml:space="preserve">    (a) the state of not being aware or concerned about something</w:t>
      </w:r>
      <w:r>
        <w:br/>
      </w:r>
      <w:r>
        <w:t xml:space="preserve">    (b) available less than desired</w:t>
      </w:r>
      <w:r>
        <w:br/>
      </w:r>
      <w:r>
        <w:t xml:space="preserve">    (c) a state similar to sleep where one is unaware of anything</w:t>
      </w:r>
    </w:p>
    <w:p>
      <w:pPr>
        <w:pStyle w:val="Compact"/>
        <w:numPr>
          <w:ilvl w:val="0"/>
          <w:numId w:val="1001"/>
        </w:numPr>
      </w:pPr>
      <w:r>
        <w:rPr>
          <w:b/>
          <w:bCs/>
        </w:rPr>
        <w:t xml:space="preserve">You grown … we done</w:t>
      </w:r>
      <w:r>
        <w:rPr>
          <w:b/>
          <w:bCs/>
        </w:rPr>
        <w:t xml:space="preserve"> </w:t>
      </w:r>
      <w:r>
        <w:rPr>
          <w:b/>
          <w:bCs/>
          <w:u w:val="single"/>
        </w:rPr>
        <w:t xml:space="preserve">established</w:t>
      </w:r>
      <w:r>
        <w:rPr>
          <w:b/>
          <w:bCs/>
        </w:rPr>
        <w:t xml:space="preserve"> </w:t>
      </w:r>
      <w:r>
        <w:rPr>
          <w:b/>
          <w:bCs/>
        </w:rPr>
        <w:t xml:space="preserve">that.</w:t>
      </w:r>
      <w:r>
        <w:br/>
      </w:r>
      <w:r>
        <w:t xml:space="preserve">    (a) accepted someone's membership though a special procedure such as a ceremony and/or period of instruction and/or test</w:t>
      </w:r>
      <w:r>
        <w:br/>
      </w:r>
      <w:r>
        <w:t xml:space="preserve">    (b) examined an issue, got opinions by asking specific questions; and/or asked people for political support individually</w:t>
      </w:r>
      <w:r>
        <w:br/>
      </w:r>
      <w:r>
        <w:t xml:space="preserve">    (c) accepted as true</w:t>
      </w:r>
    </w:p>
    <w:p>
      <w:pPr>
        <w:pStyle w:val="Compact"/>
        <w:numPr>
          <w:ilvl w:val="0"/>
          <w:numId w:val="1001"/>
        </w:numPr>
      </w:pPr>
      <w:r>
        <w:rPr>
          <w:b/>
          <w:bCs/>
        </w:rPr>
        <w:t xml:space="preserve">Troy</w:t>
      </w:r>
      <w:r>
        <w:rPr>
          <w:b/>
          <w:bCs/>
        </w:rPr>
        <w:t xml:space="preserve"> </w:t>
      </w:r>
      <w:r>
        <w:rPr>
          <w:b/>
          <w:bCs/>
          <w:u w:val="single"/>
        </w:rPr>
        <w:t xml:space="preserve">taunts</w:t>
      </w:r>
      <w:r>
        <w:rPr>
          <w:b/>
          <w:bCs/>
        </w:rPr>
        <w:t xml:space="preserve"> </w:t>
      </w:r>
      <w:r>
        <w:rPr>
          <w:b/>
          <w:bCs/>
        </w:rPr>
        <w:t xml:space="preserve">him. He sticks out his head and offers him a target.</w:t>
      </w:r>
      <w:r>
        <w:br/>
      </w:r>
      <w:r>
        <w:t xml:space="preserve">    (a) items characterized by narrower parallel folds when closed and wider when open -- such as a door or musical instrument with that characteristic</w:t>
      </w:r>
      <w:r>
        <w:br/>
      </w:r>
      <w:r>
        <w:t xml:space="preserve">    (b) angers or challenges</w:t>
      </w:r>
      <w:r>
        <w:br/>
      </w:r>
      <w:r>
        <w:t xml:space="preserve">    (c) a means of control -- most commonly the straps attached to a bit in a horse's mouth that are used to control it  OR  restrains or controls</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2026-07-31T18:06:13Z</dcterms:created>
  <dcterms:modified xsi:type="dcterms:W3CDTF">2026-07-31T18:06:13Z</dcterms:modified>
</cp:coreProperties>
</file>

<file path=docProps/custom.xml><?xml version="1.0" encoding="utf-8"?>
<Properties xmlns="http://schemas.openxmlformats.org/officeDocument/2006/custom-properties" xmlns:vt="http://schemas.openxmlformats.org/officeDocument/2006/docPropsVTypes"/>
</file>