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cf7a2445c8d9dbc6235e3926172cbc17ff03f5"/>
    <w:p>
      <w:pPr>
        <w:pStyle w:val="Heading1"/>
      </w:pPr>
      <w:r>
        <w:rPr>
          <w:b/>
          <w:bCs/>
        </w:rPr>
        <w:t xml:space="preserve">Fences</w:t>
      </w:r>
      <w:r>
        <w:br/>
      </w:r>
      <w:r>
        <w:rPr>
          <w:i/>
          <w:iCs/>
        </w:rPr>
        <w:t xml:space="preserve">August Wilson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cleaned houses and washed clothes, they shined shoes, and in quiet desperation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vengeful</w:t>
      </w:r>
      <w:r>
        <w:rPr>
          <w:b/>
          <w:bCs/>
        </w:rPr>
        <w:t xml:space="preserve"> </w:t>
      </w:r>
      <w:r>
        <w:rPr>
          <w:b/>
          <w:bCs/>
        </w:rPr>
        <w:t xml:space="preserve">pride, they stole, and lived in pursuit of their own dream.</w:t>
      </w:r>
      <w:r>
        <w:br/>
      </w:r>
      <w:r>
        <w:t xml:space="preserve">    (a) wanting to punish someone for causing harm</w:t>
      </w:r>
      <w:r>
        <w:br/>
      </w:r>
      <w:r>
        <w:t xml:space="preserve">    (b) without involvement of anything in between</w:t>
      </w:r>
      <w:r>
        <w:br/>
      </w:r>
      <w:r>
        <w:t xml:space="preserve">    (c) mental activity of which one is self-aware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Troy is usually the most talkative and at times he can be crude and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,</w:t>
      </w:r>
      <w:r>
        <w:br/>
      </w:r>
      <w:r>
        <w:t xml:space="preserve">    (a) increasing reason or general desire to do something</w:t>
      </w:r>
      <w:r>
        <w:br/>
      </w:r>
      <w:r>
        <w:t xml:space="preserve">    (b) the state of being unaware of one's mental activity</w:t>
      </w:r>
      <w:r>
        <w:br/>
      </w:r>
      <w:r>
        <w:t xml:space="preserve">    (c) crude or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indicates</w:t>
      </w:r>
      <w:r>
        <w:rPr>
          <w:b/>
          <w:bCs/>
        </w:rPr>
        <w:t xml:space="preserve"> </w:t>
      </w:r>
      <w:r>
        <w:rPr>
          <w:b/>
          <w:bCs/>
        </w:rPr>
        <w:t xml:space="preserve">with his hands.</w:t>
      </w:r>
      <w:r>
        <w:br/>
      </w:r>
      <w:r>
        <w:t xml:space="preserve">    (a) shows, expresses, or demonstrates</w:t>
      </w:r>
      <w:r>
        <w:br/>
      </w:r>
      <w:r>
        <w:t xml:space="preserve">    (b) quits</w:t>
      </w:r>
      <w:r>
        <w:br/>
      </w:r>
      <w:r>
        <w:t xml:space="preserve">    (c) draws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carries a chipped basket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assortment</w:t>
      </w:r>
      <w:r>
        <w:rPr>
          <w:b/>
          <w:bCs/>
        </w:rPr>
        <w:t xml:space="preserve"> </w:t>
      </w:r>
      <w:r>
        <w:rPr>
          <w:b/>
          <w:bCs/>
        </w:rPr>
        <w:t xml:space="preserve">of discarded fruits and vegetables he has picked up in the strip district and which he attempts to sell.</w:t>
      </w:r>
      <w:r>
        <w:br/>
      </w:r>
      <w:r>
        <w:t xml:space="preserve">    (a) a collection containing a variety (of a sort of thing)</w:t>
      </w:r>
      <w:r>
        <w:br/>
      </w:r>
      <w:r>
        <w:t xml:space="preserve">    (b) an electronic component that acts like a one-way valve</w:t>
      </w:r>
      <w:r>
        <w:br/>
      </w:r>
      <w:r>
        <w:t xml:space="preserve">    (c) any substance that tends to increase the flow of urine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can put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down payment</w:t>
      </w:r>
      <w:r>
        <w:rPr>
          <w:b/>
          <w:bCs/>
        </w:rPr>
        <w:t xml:space="preserve"> </w:t>
      </w:r>
      <w:r>
        <w:rPr>
          <w:b/>
          <w:bCs/>
        </w:rPr>
        <w:t xml:space="preserve">on it and carry it on home with you.</w:t>
      </w:r>
      <w:r>
        <w:br/>
      </w:r>
      <w:r>
        <w:t xml:space="preserve">    (a) two successive lines of poetry; usually rhymed</w:t>
      </w:r>
      <w:r>
        <w:br/>
      </w:r>
      <w:r>
        <w:t xml:space="preserve">    (b) the main building (or buildings) of government</w:t>
      </w:r>
      <w:r>
        <w:br/>
      </w:r>
      <w:r>
        <w:t xml:space="preserve">    (c) a partial payment made at the time of purchase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wait until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confront</w:t>
      </w:r>
      <w:r>
        <w:rPr>
          <w:b/>
          <w:bCs/>
        </w:rPr>
        <w:t xml:space="preserve"> </w:t>
      </w:r>
      <w:r>
        <w:rPr>
          <w:b/>
          <w:bCs/>
        </w:rPr>
        <w:t xml:space="preserve">them on it … then he wanna come crying seniority.</w:t>
      </w:r>
      <w:r>
        <w:br/>
      </w:r>
      <w:r>
        <w:t xml:space="preserve">    (a) a method of artistic painting on a wall by using watercolors on wet plaster; or the painting made in such a manner</w:t>
      </w:r>
      <w:r>
        <w:br/>
      </w:r>
      <w:r>
        <w:t xml:space="preserve">    (b) deal directly with an unpleasant situation</w:t>
      </w:r>
      <w:r>
        <w:br/>
      </w:r>
      <w:r>
        <w:t xml:space="preserve">    (c) to put someone into a state of hypnosis (a trance-like state of focused concentration and heightened suggestibility)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bet he ain't never disobeyed his daddy without paying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consequences</w:t>
      </w:r>
      <w:r>
        <w:rPr>
          <w:b/>
          <w:bCs/>
        </w:rPr>
        <w:t xml:space="preserve">.</w:t>
      </w:r>
      <w:r>
        <w:br/>
      </w:r>
      <w:r>
        <w:t xml:space="preserve">    (a) desires</w:t>
      </w:r>
      <w:r>
        <w:br/>
      </w:r>
      <w:r>
        <w:t xml:space="preserve">    (b) battles</w:t>
      </w:r>
      <w:r>
        <w:br/>
      </w:r>
      <w:r>
        <w:t xml:space="preserve">    (c) price (for undesired results of his disobedience)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troy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ultimately</w:t>
      </w:r>
      <w:r>
        <w:rPr>
          <w:b/>
          <w:bCs/>
        </w:rPr>
        <w:t xml:space="preserve"> </w:t>
      </w:r>
      <w:r>
        <w:rPr>
          <w:b/>
          <w:bCs/>
        </w:rPr>
        <w:t xml:space="preserve">is the stronger, and takes the bat from cory and stands over him ready to swing.</w:t>
      </w:r>
      <w:r>
        <w:br/>
      </w:r>
      <w:r>
        <w:t xml:space="preserve">    (a) in a self-aware manner</w:t>
      </w:r>
      <w:r>
        <w:br/>
      </w:r>
      <w:r>
        <w:t xml:space="preserve">    (b) as another possibility</w:t>
      </w:r>
      <w:r>
        <w:br/>
      </w:r>
      <w:r>
        <w:t xml:space="preserve">    (c) finally; or in the end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2026-07-31T18:06:13Z</dcterms:created>
  <dcterms:modified xsi:type="dcterms:W3CDTF">2026-07-31T18:06:13Z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