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de934e6a4bd711f9c5da655ca97e185fcb4bba"/>
    <w:p>
      <w:pPr>
        <w:pStyle w:val="Heading1"/>
      </w:pPr>
      <w:r>
        <w:rPr>
          <w:b/>
          <w:bCs/>
        </w:rPr>
        <w:t xml:space="preserve">Faust</w:t>
      </w:r>
      <w:r>
        <w:br/>
      </w:r>
      <w:r>
        <w:rPr>
          <w:i/>
          <w:iCs/>
        </w:rPr>
        <w:t xml:space="preserve">Goethe (Johann Wolfgang von Goethe)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dazzles, for the Moment spends its spirit:</w:t>
      </w:r>
      <w:r>
        <w:br/>
      </w:r>
      <w:r>
        <w:rPr>
          <w:b/>
          <w:bCs/>
        </w:rPr>
        <w:t xml:space="preserve">What's genuine, shall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Posterity</w:t>
      </w:r>
      <w:r>
        <w:rPr>
          <w:b/>
          <w:bCs/>
        </w:rPr>
        <w:t xml:space="preserve"> </w:t>
      </w:r>
      <w:r>
        <w:rPr>
          <w:b/>
          <w:bCs/>
        </w:rPr>
        <w:t xml:space="preserve">inherit.</w:t>
      </w:r>
      <w:r>
        <w:br/>
      </w:r>
      <w:r>
        <w:t xml:space="preserve">    (a) not thinking carefully</w:t>
      </w:r>
      <w:r>
        <w:br/>
      </w:r>
      <w:r>
        <w:t xml:space="preserve">    (b) all future generations</w:t>
      </w:r>
      <w:r>
        <w:br/>
      </w:r>
      <w:r>
        <w:t xml:space="preserve">    (c) lacks adequate funding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MERRY ANDREW</w:t>
      </w:r>
      <w:r>
        <w:br/>
      </w:r>
      <w:r>
        <w:rPr>
          <w:b/>
          <w:bCs/>
        </w:rPr>
        <w:t xml:space="preserve">Youth, good my friend, you certainly require</w:t>
      </w:r>
      <w:r>
        <w:br/>
      </w:r>
      <w:r>
        <w:rPr>
          <w:b/>
          <w:bCs/>
        </w:rPr>
        <w:t xml:space="preserve">When foes in combat sorely press you;</w:t>
      </w:r>
      <w:r>
        <w:br/>
      </w:r>
      <w:r>
        <w:rPr>
          <w:b/>
          <w:bCs/>
        </w:rPr>
        <w:t xml:space="preserve">When lovely maids, in fond desire,</w:t>
      </w:r>
      <w:r>
        <w:br/>
      </w:r>
      <w:r>
        <w:rPr>
          <w:b/>
          <w:bCs/>
        </w:rPr>
        <w:t xml:space="preserve">Hang on your bosom and caress you;</w:t>
      </w:r>
      <w:r>
        <w:br/>
      </w:r>
      <w:r>
        <w:rPr>
          <w:b/>
          <w:bCs/>
        </w:rPr>
        <w:t xml:space="preserve">When from the hard-won goal the wreath</w:t>
      </w:r>
      <w:r>
        <w:br/>
      </w:r>
      <w:r>
        <w:rPr>
          <w:b/>
          <w:bCs/>
        </w:rPr>
        <w:t xml:space="preserve">Beckons afar, the race awaiting;</w:t>
      </w:r>
      <w:r>
        <w:br/>
      </w:r>
      <w:r>
        <w:rPr>
          <w:b/>
          <w:bCs/>
        </w:rPr>
        <w:t xml:space="preserve">When, after dancing out your breath,</w:t>
      </w:r>
      <w:r>
        <w:br/>
      </w:r>
      <w:r>
        <w:rPr>
          <w:b/>
          <w:bCs/>
        </w:rPr>
        <w:t xml:space="preserve">You pass the night in dissipating:—</w:t>
      </w:r>
      <w:r>
        <w:br/>
      </w:r>
      <w:r>
        <w:rPr>
          <w:b/>
          <w:bCs/>
        </w:rPr>
        <w:t xml:space="preserve">But that familiar harp with soul</w:t>
      </w:r>
      <w:r>
        <w:br/>
      </w:r>
      <w:r>
        <w:rPr>
          <w:b/>
          <w:bCs/>
        </w:rPr>
        <w:t xml:space="preserve">To play,—with grace and bold expression,</w:t>
      </w:r>
      <w:r>
        <w:br/>
      </w:r>
      <w:r>
        <w:rPr>
          <w:b/>
          <w:bCs/>
        </w:rPr>
        <w:t xml:space="preserve">And towards a self-erected goal</w:t>
      </w:r>
      <w:r>
        <w:br/>
      </w:r>
      <w:r>
        <w:rPr>
          <w:b/>
          <w:bCs/>
        </w:rPr>
        <w:t xml:space="preserve">To walk with many a sweet digression,—</w:t>
      </w:r>
      <w:r>
        <w:br/>
      </w:r>
      <w:r>
        <w:rPr>
          <w:b/>
          <w:bCs/>
        </w:rPr>
        <w:t xml:space="preserve">This, aged Sirs, belongs to you,</w:t>
      </w:r>
      <w:r>
        <w:br/>
      </w:r>
      <w:r>
        <w:rPr>
          <w:b/>
          <w:bCs/>
        </w:rPr>
        <w:t xml:space="preserve">And we no less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</w:t>
      </w:r>
      <w:r>
        <w:rPr>
          <w:b/>
          <w:bCs/>
        </w:rPr>
        <w:t xml:space="preserve"> </w:t>
      </w:r>
      <w:r>
        <w:rPr>
          <w:b/>
          <w:bCs/>
        </w:rPr>
        <w:t xml:space="preserve">you for that reason:</w:t>
      </w:r>
      <w:r>
        <w:br/>
      </w:r>
      <w:r>
        <w:rPr>
          <w:b/>
          <w:bCs/>
        </w:rPr>
        <w:t xml:space="preserve">Age childish makes, they say, but 'tis not true;</w:t>
      </w:r>
      <w:r>
        <w:br/>
      </w:r>
      <w:r>
        <w:rPr>
          <w:b/>
          <w:bCs/>
        </w:rPr>
        <w:t xml:space="preserve">We're only genuine children still, in Age's season!</w:t>
      </w:r>
      <w:r>
        <w:br/>
      </w:r>
      <w:r>
        <w:t xml:space="preserve">    (a) respect or admire</w:t>
      </w:r>
      <w:r>
        <w:br/>
      </w:r>
      <w:r>
        <w:t xml:space="preserve">    (b) dislike and avoid</w:t>
      </w:r>
      <w:r>
        <w:br/>
      </w:r>
      <w:r>
        <w:t xml:space="preserve">    (c) eagerly join 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Waste not a day in vain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digression</w:t>
      </w:r>
      <w:r>
        <w:rPr>
          <w:b/>
          <w:bCs/>
        </w:rPr>
        <w:t xml:space="preserve">:</w:t>
      </w:r>
      <w:r>
        <w:br/>
      </w:r>
      <w:r>
        <w:rPr>
          <w:b/>
          <w:bCs/>
        </w:rPr>
        <w:t xml:space="preserve">With resolute, courageous trust</w:t>
      </w:r>
      <w:r>
        <w:br/>
      </w:r>
      <w:r>
        <w:rPr>
          <w:b/>
          <w:bCs/>
        </w:rPr>
        <w:t xml:space="preserve">Seize every possible impression,</w:t>
      </w:r>
      <w:r>
        <w:br/>
      </w:r>
      <w:r>
        <w:rPr>
          <w:b/>
          <w:bCs/>
        </w:rPr>
        <w:t xml:space="preserve">And make it firmly your possession;</w:t>
      </w:r>
      <w:r>
        <w:br/>
      </w:r>
      <w:r>
        <w:rPr>
          <w:b/>
          <w:bCs/>
        </w:rPr>
        <w:t xml:space="preserve">You'll then work on, because you must.</w:t>
      </w:r>
      <w:r>
        <w:br/>
      </w:r>
      <w:r>
        <w:t xml:space="preserve">    (a) a series of regularly spaced columns -- typically covered by a roof</w:t>
      </w:r>
      <w:r>
        <w:br/>
      </w:r>
      <w:r>
        <w:t xml:space="preserve">    (b) a wandering from a direct or straight course -- especially verbally</w:t>
      </w:r>
      <w:r>
        <w:br/>
      </w:r>
      <w:r>
        <w:t xml:space="preserve">    (c) related to or causing dramatic change; of a supporter of the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chain of deepest action forging</w:t>
      </w:r>
      <w:r>
        <w:br/>
      </w:r>
      <w:r>
        <w:rPr>
          <w:b/>
          <w:bCs/>
        </w:rPr>
        <w:t xml:space="preserve">Round all,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wrathful</w:t>
      </w:r>
      <w:r>
        <w:rPr>
          <w:b/>
          <w:bCs/>
        </w:rPr>
        <w:t xml:space="preserve"> </w:t>
      </w:r>
      <w:r>
        <w:rPr>
          <w:b/>
          <w:bCs/>
        </w:rPr>
        <w:t xml:space="preserve">energy.</w:t>
      </w:r>
      <w:r>
        <w:br/>
      </w:r>
      <w:r>
        <w:t xml:space="preserve">    (a) full of extreme anger</w:t>
      </w:r>
      <w:r>
        <w:br/>
      </w:r>
      <w:r>
        <w:t xml:space="preserve">    (b) not easily identified</w:t>
      </w:r>
      <w:r>
        <w:br/>
      </w:r>
      <w:r>
        <w:t xml:space="preserve">    (c) able to be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Pardon, this troop I cannot follow after</w:t>
      </w:r>
      <w:r>
        <w:br/>
      </w:r>
      <w:r>
        <w:rPr>
          <w:b/>
          <w:bCs/>
        </w:rPr>
        <w:t xml:space="preserve">With lofty speech, though by them scorned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spurned</w:t>
      </w:r>
      <w:r>
        <w:rPr>
          <w:b/>
          <w:bCs/>
        </w:rPr>
        <w:t xml:space="preserve">:</w:t>
      </w:r>
      <w:r>
        <w:br/>
      </w:r>
      <w:r>
        <w:rPr>
          <w:b/>
          <w:bCs/>
        </w:rPr>
        <w:t xml:space="preserve">My pathos certainly would move Thy laughter,</w:t>
      </w:r>
      <w:r>
        <w:br/>
      </w:r>
      <w:r>
        <w:rPr>
          <w:b/>
          <w:bCs/>
        </w:rPr>
        <w:t xml:space="preserve">If Thou hadst not all merriment unlearned.</w:t>
      </w:r>
      <w:r>
        <w:br/>
      </w:r>
      <w:r>
        <w:t xml:space="preserve">    (a) not wanting to do something</w:t>
      </w:r>
      <w:r>
        <w:br/>
      </w:r>
      <w:r>
        <w:t xml:space="preserve">    (b) not having gotten closer to</w:t>
      </w:r>
      <w:r>
        <w:br/>
      </w:r>
      <w:r>
        <w:t xml:space="preserve">    (c) rejected as not good enough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Man's misery even to pity moves my nature;</w:t>
      </w:r>
      <w:r>
        <w:br/>
      </w:r>
      <w:r>
        <w:rPr>
          <w:b/>
          <w:bCs/>
        </w:rPr>
        <w:t xml:space="preserve">I've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the heart to plague the wretched creature.</w:t>
      </w:r>
      <w:r>
        <w:br/>
      </w:r>
      <w:r>
        <w:t xml:space="preserve">    (a) in short supply  OR  barely or hardly (by a small margin)</w:t>
      </w:r>
      <w:r>
        <w:br/>
      </w:r>
      <w:r>
        <w:t xml:space="preserve">    (b) the state of not being aware or concerned about something</w:t>
      </w:r>
      <w:r>
        <w:br/>
      </w:r>
      <w:r>
        <w:t xml:space="preserve">    (c) a state similar to sleep where one is unaware of anything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FAUST</w:t>
      </w:r>
      <w:r>
        <w:br/>
      </w:r>
      <w:r>
        <w:rPr>
          <w:b/>
          <w:bCs/>
        </w:rPr>
        <w:t xml:space="preserve">Yes, of the kind which men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</w:t>
      </w:r>
      <w:r>
        <w:rPr>
          <w:b/>
          <w:bCs/>
        </w:rPr>
        <w:t xml:space="preserve">!</w:t>
      </w:r>
      <w:r>
        <w:br/>
      </w:r>
      <w:r>
        <w:t xml:space="preserve">    (a) gain or reach something with effort</w:t>
      </w:r>
      <w:r>
        <w:br/>
      </w:r>
      <w:r>
        <w:t xml:space="preserve">    (b) technical:  center or concentration</w:t>
      </w:r>
      <w:r>
        <w:br/>
      </w:r>
      <w:r>
        <w:t xml:space="preserve">    (c) to be overly unhappy and unsociable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SOLDIERS</w:t>
      </w:r>
      <w:r>
        <w:br/>
      </w:r>
      <w:r>
        <w:rPr>
          <w:b/>
          <w:bCs/>
        </w:rPr>
        <w:t xml:space="preserve">Castles, with lofty</w:t>
      </w:r>
      <w:r>
        <w:br/>
      </w:r>
      <w:r>
        <w:rPr>
          <w:b/>
          <w:bCs/>
        </w:rPr>
        <w:t xml:space="preserve">Ramparts and towers,</w:t>
      </w:r>
      <w:r>
        <w:br/>
      </w:r>
      <w:r>
        <w:rPr>
          <w:b/>
          <w:bCs/>
        </w:rPr>
        <w:t xml:space="preserve">Maidens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disdainful</w:t>
      </w:r>
      <w:r>
        <w:br/>
      </w:r>
      <w:r>
        <w:rPr>
          <w:b/>
          <w:bCs/>
        </w:rPr>
        <w:t xml:space="preserve">In Beauty's array,</w:t>
      </w:r>
      <w:r>
        <w:br/>
      </w:r>
      <w:r>
        <w:rPr>
          <w:b/>
          <w:bCs/>
        </w:rPr>
        <w:t xml:space="preserve">Both shall be ours!</w:t>
      </w:r>
      <w:r>
        <w:br/>
      </w:r>
      <w:r>
        <w:t xml:space="preserve">    (a) impossible to find</w:t>
      </w:r>
      <w:r>
        <w:br/>
      </w:r>
      <w:r>
        <w:t xml:space="preserve">    (b) full of disrespect</w:t>
      </w:r>
      <w:r>
        <w:br/>
      </w:r>
      <w:r>
        <w:t xml:space="preserve">    (c) good or beneficial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good man does his honest share</w:t>
      </w:r>
      <w:r>
        <w:br/>
      </w:r>
      <w:r>
        <w:rPr>
          <w:b/>
          <w:bCs/>
        </w:rPr>
        <w:t xml:space="preserve">In exercising, with the strictest care,</w:t>
      </w:r>
      <w:r>
        <w:br/>
      </w:r>
      <w:r>
        <w:rPr>
          <w:b/>
          <w:bCs/>
        </w:rPr>
        <w:t xml:space="preserve">The art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bequeathed</w:t>
      </w:r>
      <w:r>
        <w:rPr>
          <w:b/>
          <w:bCs/>
        </w:rPr>
        <w:t xml:space="preserve"> </w:t>
      </w:r>
      <w:r>
        <w:rPr>
          <w:b/>
          <w:bCs/>
        </w:rPr>
        <w:t xml:space="preserve">to his possession!</w:t>
      </w:r>
      <w:r>
        <w:br/>
      </w:r>
      <w:r>
        <w:t xml:space="preserve">    (a) helped make clear</w:t>
      </w:r>
      <w:r>
        <w:br/>
      </w:r>
      <w:r>
        <w:t xml:space="preserve">    (b) give or pass down</w:t>
      </w:r>
      <w:r>
        <w:br/>
      </w:r>
      <w:r>
        <w:t xml:space="preserve">    (c) guided or managed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feel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, its meaning to determine,—With honest purpose, once for all,</w:t>
      </w:r>
      <w:r>
        <w:br/>
      </w:r>
      <w:r>
        <w:rPr>
          <w:b/>
          <w:bCs/>
        </w:rPr>
        <w:t xml:space="preserve">The hallowed Original</w:t>
      </w:r>
      <w:r>
        <w:br/>
      </w:r>
      <w:r>
        <w:rPr>
          <w:b/>
          <w:bCs/>
        </w:rPr>
        <w:t xml:space="preserve">To change to my beloved German.</w:t>
      </w:r>
      <w:r>
        <w:br/>
      </w:r>
      <w:r>
        <w:t xml:space="preserve">    (a) to make someone feel they must do something</w:t>
      </w:r>
      <w:r>
        <w:br/>
      </w:r>
      <w:r>
        <w:t xml:space="preserve">    (b) concentrated, look at, or paid attention to</w:t>
      </w:r>
      <w:r>
        <w:br/>
      </w:r>
      <w:r>
        <w:t xml:space="preserve">    (c) made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—look about!</w:t>
      </w:r>
      <w:r>
        <w:br/>
      </w:r>
      <w:r>
        <w:t xml:space="preserve">    (a) a non-doctor who assisted a women in childbirth</w:t>
      </w:r>
      <w:r>
        <w:br/>
      </w:r>
      <w:r>
        <w:t xml:space="preserve">    (b) pay close attention to; or do what is suggested</w:t>
      </w:r>
      <w:r>
        <w:br/>
      </w:r>
      <w:r>
        <w:t xml:space="preserve">    (c) adjusted excessively or made up for excessively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MEPHISTOPHELES</w:t>
      </w:r>
      <w:r>
        <w:br/>
      </w:r>
      <w:r>
        <w:rPr>
          <w:b/>
          <w:bCs/>
        </w:rPr>
        <w:t xml:space="preserve">A question small, it seems,</w:t>
      </w:r>
      <w:r>
        <w:br/>
      </w:r>
      <w:r>
        <w:rPr>
          <w:b/>
          <w:bCs/>
        </w:rPr>
        <w:t xml:space="preserve">For one whose mind the Word so much despises;</w:t>
      </w:r>
      <w:r>
        <w:br/>
      </w:r>
      <w:r>
        <w:rPr>
          <w:b/>
          <w:bCs/>
        </w:rPr>
        <w:t xml:space="preserve">Who,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scorning</w:t>
      </w:r>
      <w:r>
        <w:rPr>
          <w:b/>
          <w:bCs/>
        </w:rPr>
        <w:t xml:space="preserve"> </w:t>
      </w:r>
      <w:r>
        <w:rPr>
          <w:b/>
          <w:bCs/>
        </w:rPr>
        <w:t xml:space="preserve">all external gleams,</w:t>
      </w:r>
      <w:r>
        <w:br/>
      </w:r>
      <w:r>
        <w:rPr>
          <w:b/>
          <w:bCs/>
        </w:rPr>
        <w:t xml:space="preserve">The depths of being only prizes.</w:t>
      </w:r>
      <w:r>
        <w:br/>
      </w:r>
      <w:r>
        <w:t xml:space="preserve">    (a) interacting again or getting interested again</w:t>
      </w:r>
      <w:r>
        <w:br/>
      </w:r>
      <w:r>
        <w:t xml:space="preserve">    (b) making appropriate in size, amount, or degree</w:t>
      </w:r>
      <w:r>
        <w:br/>
      </w:r>
      <w:r>
        <w:t xml:space="preserve">    (c) disrespecting or rejecting as not good enough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now, I do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</w:t>
      </w:r>
      <w:r>
        <w:rPr>
          <w:b/>
          <w:bCs/>
        </w:rPr>
        <w:t xml:space="preserve"> </w:t>
      </w:r>
      <w:r>
        <w:rPr>
          <w:b/>
          <w:bCs/>
        </w:rPr>
        <w:t xml:space="preserve">this boon—Leave to withdraw from my intrusion.</w:t>
      </w:r>
      <w:r>
        <w:br/>
      </w:r>
      <w:r>
        <w:t xml:space="preserve">    (a) ask earnestly</w:t>
      </w:r>
      <w:r>
        <w:br/>
      </w:r>
      <w:r>
        <w:t xml:space="preserve">    (b) make possible</w:t>
      </w:r>
      <w:r>
        <w:br/>
      </w:r>
      <w:r>
        <w:t xml:space="preserve">    (c) stop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FAUST</w:t>
      </w:r>
      <w:r>
        <w:br/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There</w:t>
      </w:r>
      <w:r>
        <w:rPr>
          <w:b/>
          <w:bCs/>
        </w:rPr>
        <w:t xml:space="preserve"> </w:t>
      </w:r>
      <w:r>
        <w:rPr>
          <w:b/>
          <w:bCs/>
        </w:rPr>
        <w:t xml:space="preserve">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naught increases.</w:t>
      </w:r>
      <w:r>
        <w:br/>
      </w:r>
      <w:r>
        <w:t xml:space="preserve">    (a) moves again into position to work; or starts again</w:t>
      </w:r>
      <w:r>
        <w:br/>
      </w:r>
      <w:r>
        <w:t xml:space="preserve">    (b) principles that discourage certain kinds of action</w:t>
      </w:r>
      <w:r>
        <w:br/>
      </w:r>
      <w:r>
        <w:t xml:space="preserve">    (c) prepares food in a way that keeps it from spoiling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was a human soul, in its supreme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,</w:t>
      </w:r>
      <w:r>
        <w:br/>
      </w:r>
      <w:r>
        <w:rPr>
          <w:b/>
          <w:bCs/>
        </w:rPr>
        <w:t xml:space="preserve">E'er understood by such as thou?</w:t>
      </w:r>
      <w:r>
        <w:br/>
      </w:r>
      <w:r>
        <w:t xml:space="preserve">    (a) to write or exchange written letters or emails</w:t>
      </w:r>
      <w:r>
        <w:br/>
      </w:r>
      <w:r>
        <w:t xml:space="preserve">    (b) to attempt; or a project or activity attempted</w:t>
      </w:r>
      <w:r>
        <w:br/>
      </w:r>
      <w:r>
        <w:t xml:space="preserve">    (c) a slight amount; or to contain a slight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FAUST</w:t>
      </w:r>
      <w:r>
        <w:br/>
      </w:r>
      <w:r>
        <w:rPr>
          <w:b/>
          <w:bCs/>
        </w:rPr>
        <w:t xml:space="preserve">What am I, then, if 'tis denied my part</w:t>
      </w:r>
      <w:r>
        <w:br/>
      </w:r>
      <w:r>
        <w:rPr>
          <w:b/>
          <w:bCs/>
        </w:rPr>
        <w:t xml:space="preserve">The crown of all humanity to win me,</w:t>
      </w:r>
      <w:r>
        <w:br/>
      </w:r>
      <w:r>
        <w:rPr>
          <w:b/>
          <w:bCs/>
        </w:rPr>
        <w:t xml:space="preserve">Whereto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yearns</w:t>
      </w:r>
      <w:r>
        <w:rPr>
          <w:b/>
          <w:bCs/>
        </w:rPr>
        <w:t xml:space="preserve"> </w:t>
      </w:r>
      <w:r>
        <w:rPr>
          <w:b/>
          <w:bCs/>
        </w:rPr>
        <w:t xml:space="preserve">every sense within me?</w:t>
      </w:r>
      <w:r>
        <w:br/>
      </w:r>
      <w:r>
        <w:t xml:space="preserve">    (a) strongly desires</w:t>
      </w:r>
      <w:r>
        <w:br/>
      </w:r>
      <w:r>
        <w:t xml:space="preserve">    (b) helps make clear</w:t>
      </w:r>
      <w:r>
        <w:br/>
      </w:r>
      <w:r>
        <w:t xml:space="preserve">    (c) thinks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They're of a noble house, that's very clear:</w:t>
      </w:r>
      <w:r>
        <w:br/>
      </w:r>
      <w:r>
        <w:rPr>
          <w:b/>
          <w:bCs/>
          <w:u w:val="single"/>
        </w:rPr>
        <w:t xml:space="preserve">Haughty</w:t>
      </w:r>
      <w:r>
        <w:rPr>
          <w:b/>
          <w:bCs/>
        </w:rPr>
        <w:t xml:space="preserve"> </w:t>
      </w:r>
      <w:r>
        <w:rPr>
          <w:b/>
          <w:bCs/>
        </w:rPr>
        <w:t xml:space="preserve">and discontented they appear.</w:t>
      </w:r>
      <w:r>
        <w:br/>
      </w:r>
      <w:r>
        <w:t xml:space="preserve">    (a) pleasing</w:t>
      </w:r>
      <w:r>
        <w:br/>
      </w:r>
      <w:r>
        <w:t xml:space="preserve">    (b) absolute</w:t>
      </w:r>
      <w:r>
        <w:br/>
      </w:r>
      <w:r>
        <w:t xml:space="preserve">    (c) arrogant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MEPHISTOPHELES</w:t>
      </w:r>
      <w:r>
        <w:br/>
      </w:r>
      <w:r>
        <w:rPr>
          <w:b/>
          <w:bCs/>
        </w:rPr>
        <w:t xml:space="preserve">What time takes she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dissipating</w:t>
      </w:r>
      <w:r>
        <w:rPr>
          <w:b/>
          <w:bCs/>
        </w:rPr>
        <w:t xml:space="preserve">?</w:t>
      </w:r>
      <w:r>
        <w:br/>
      </w:r>
      <w:r>
        <w:t xml:space="preserve">    (a) emphasizing (drawing attention to something)</w:t>
      </w:r>
      <w:r>
        <w:br/>
      </w:r>
      <w:r>
        <w:t xml:space="preserve">    (b) a non-doctor assisting a women in childbirth</w:t>
      </w:r>
      <w:r>
        <w:br/>
      </w:r>
      <w:r>
        <w:t xml:space="preserve">    (c) gradually wasting; or gradually disappearing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WITCH (</w:t>
      </w:r>
      <w:r>
        <w:rPr>
          <w:b/>
          <w:bCs/>
          <w:i/>
          <w:iCs/>
        </w:rPr>
        <w:t xml:space="preserve">dancing</w:t>
      </w:r>
      <w:r>
        <w:rPr>
          <w:b/>
          <w:bCs/>
        </w:rPr>
        <w:t xml:space="preserve">)</w:t>
      </w:r>
      <w:r>
        <w:br/>
      </w:r>
      <w:r>
        <w:rPr>
          <w:b/>
          <w:bCs/>
        </w:rPr>
        <w:t xml:space="preserve">Reason and sense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forsake</w:t>
      </w:r>
      <w:r>
        <w:rPr>
          <w:b/>
          <w:bCs/>
        </w:rPr>
        <w:t xml:space="preserve"> </w:t>
      </w:r>
      <w:r>
        <w:rPr>
          <w:b/>
          <w:bCs/>
        </w:rPr>
        <w:t xml:space="preserve">my brain,</w:t>
      </w:r>
      <w:r>
        <w:br/>
      </w:r>
      <w:r>
        <w:rPr>
          <w:b/>
          <w:bCs/>
        </w:rPr>
        <w:t xml:space="preserve">Since I behold Squire Satan here again!</w:t>
      </w:r>
      <w:r>
        <w:br/>
      </w:r>
      <w:r>
        <w:t xml:space="preserve">    (a) not easily identified</w:t>
      </w:r>
      <w:r>
        <w:br/>
      </w:r>
      <w:r>
        <w:t xml:space="preserve">    (b) abandon or give up on</w:t>
      </w:r>
      <w:r>
        <w:br/>
      </w:r>
      <w:r>
        <w:t xml:space="preserve">    (c) able to be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'Tis all the same: the book I can repeat,</w:t>
      </w:r>
      <w:r>
        <w:br/>
      </w:r>
      <w:r>
        <w:rPr>
          <w:b/>
          <w:bCs/>
        </w:rPr>
        <w:t xml:space="preserve">Such time I've squandered o'er the history:</w:t>
      </w:r>
      <w:r>
        <w:br/>
      </w: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contradiction</w:t>
      </w:r>
      <w:r>
        <w:rPr>
          <w:b/>
          <w:bCs/>
        </w:rPr>
        <w:t xml:space="preserve"> </w:t>
      </w:r>
      <w:r>
        <w:rPr>
          <w:b/>
          <w:bCs/>
        </w:rPr>
        <w:t xml:space="preserve">thus complete</w:t>
      </w:r>
      <w:r>
        <w:br/>
      </w:r>
      <w:r>
        <w:rPr>
          <w:b/>
          <w:bCs/>
        </w:rPr>
        <w:t xml:space="preserve">Is always for the wise, no less than fools, a mystery.</w:t>
      </w:r>
      <w:r>
        <w:br/>
      </w:r>
      <w:r>
        <w:t xml:space="preserve">    (a) something (typically a statement) that disagrees with itself; or (more rarely) the act of disagreeing</w:t>
      </w:r>
      <w:r>
        <w:br/>
      </w:r>
      <w:r>
        <w:t xml:space="preserve">    (b) something made of the brownish metal with the same name -- such as a sculpture or a third place medal</w:t>
      </w:r>
      <w:r>
        <w:br/>
      </w:r>
      <w:r>
        <w:t xml:space="preserve">    (c) nerve cells running from the base of the skull to the lower back and enclosed by vertebrae in adults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2026-07-31T17:09:27Z</dcterms:created>
  <dcterms:modified xsi:type="dcterms:W3CDTF">2026-07-31T17:09:27Z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