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e96a29238a98d01d813e4cb6a266329eecb9ef1"/>
    <w:p>
      <w:pPr>
        <w:pStyle w:val="Heading1"/>
      </w:pPr>
      <w:r>
        <w:rPr>
          <w:b/>
          <w:bCs/>
        </w:rPr>
        <w:t xml:space="preserve">Faust — Part 1</w:t>
      </w:r>
      <w:r>
        <w:br/>
      </w:r>
      <w:r>
        <w:rPr>
          <w:i/>
          <w:iCs/>
        </w:rPr>
        <w:t xml:space="preserve">Goethe (Johann Wolfgang von Goethe)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In 1587 a life of him appeared, in which are</w:t>
      </w:r>
      <w:r>
        <w:rPr>
          <w:b/>
          <w:bCs/>
        </w:rPr>
        <w:t xml:space="preserve"> </w:t>
      </w:r>
      <w:r>
        <w:rPr>
          <w:b/>
          <w:bCs/>
          <w:u w:val="single"/>
        </w:rPr>
        <w:t xml:space="preserve">attributed</w:t>
      </w:r>
      <w:r>
        <w:rPr>
          <w:b/>
          <w:bCs/>
        </w:rPr>
        <w:t xml:space="preserve"> </w:t>
      </w:r>
      <w:r>
        <w:rPr>
          <w:b/>
          <w:bCs/>
        </w:rPr>
        <w:t xml:space="preserve">to him many marvelous exploits and in which he is held up as an awful warning against the excessive desire for secular learning and admiration for antique beauty which characterized the humanist movement of the time.</w:t>
      </w:r>
      <w:r>
        <w:br/>
      </w:r>
      <w:r>
        <w:t xml:space="preserve">    (a) credited (pointed to as the cause of something)</w:t>
      </w:r>
      <w:r>
        <w:br/>
      </w:r>
      <w:r>
        <w:t xml:space="preserve">    (b) not changed directly from a solid to a vapor</w:t>
      </w:r>
      <w:r>
        <w:br/>
      </w:r>
      <w:r>
        <w:t xml:space="preserve">    (c) not made different; or shown to be different</w:t>
      </w:r>
    </w:p>
    <w:p>
      <w:pPr>
        <w:pStyle w:val="Compact"/>
        <w:numPr>
          <w:ilvl w:val="0"/>
          <w:numId w:val="1001"/>
        </w:numPr>
      </w:pPr>
      <w:r>
        <w:rPr>
          <w:b/>
          <w:bCs/>
        </w:rPr>
        <w:t xml:space="preserve">the loftiest</w:t>
      </w:r>
      <w:r>
        <w:rPr>
          <w:b/>
          <w:bCs/>
        </w:rPr>
        <w:t xml:space="preserve"> </w:t>
      </w:r>
      <w:r>
        <w:rPr>
          <w:b/>
          <w:bCs/>
          <w:u w:val="single"/>
        </w:rPr>
        <w:t xml:space="preserve">attributes</w:t>
      </w:r>
      <w:r>
        <w:rPr>
          <w:b/>
          <w:bCs/>
        </w:rPr>
        <w:t xml:space="preserve"> </w:t>
      </w:r>
      <w:r>
        <w:rPr>
          <w:b/>
          <w:bCs/>
        </w:rPr>
        <w:t xml:space="preserve">of men,</w:t>
      </w:r>
      <w:r>
        <w:br/>
      </w:r>
      <w:r>
        <w:rPr>
          <w:b/>
          <w:bCs/>
        </w:rPr>
        <w:t xml:space="preserve">Reason and Knowledge, only thus contemn,</w:t>
      </w:r>
      <w:r>
        <w:br/>
      </w:r>
      <w:r>
        <w:rPr>
          <w:b/>
          <w:bCs/>
        </w:rPr>
        <w:t xml:space="preserve">Still let the Prince of lies, without control,</w:t>
      </w:r>
      <w:r>
        <w:br/>
      </w:r>
      <w:r>
        <w:rPr>
          <w:b/>
          <w:bCs/>
        </w:rPr>
        <w:t xml:space="preserve">With shows, and mocking charms delude thy soul,</w:t>
      </w:r>
      <w:r>
        <w:br/>
      </w:r>
      <w:r>
        <w:rPr>
          <w:b/>
          <w:bCs/>
        </w:rPr>
        <w:t xml:space="preserve">I have thee unconditionally then!</w:t>
      </w:r>
      <w:r>
        <w:br/>
      </w:r>
      <w:r>
        <w:t xml:space="preserve">    (a) characteristics (of something or someone)</w:t>
      </w:r>
      <w:r>
        <w:br/>
      </w:r>
      <w:r>
        <w:t xml:space="preserve">    (b) piles of wood or other burnable materials</w:t>
      </w:r>
      <w:r>
        <w:br/>
      </w:r>
      <w:r>
        <w:t xml:space="preserve">    (c) dreamlike states of altered consciousness</w:t>
      </w:r>
    </w:p>
    <w:p>
      <w:pPr>
        <w:pStyle w:val="Compact"/>
        <w:numPr>
          <w:ilvl w:val="0"/>
          <w:numId w:val="1001"/>
        </w:numPr>
      </w:pPr>
      <w:r>
        <w:rPr>
          <w:b/>
          <w:bCs/>
        </w:rPr>
        <w:t xml:space="preserve">No, to some peaceful heavenly nook restore me,</w:t>
      </w:r>
      <w:r>
        <w:br/>
      </w:r>
      <w:r>
        <w:rPr>
          <w:b/>
          <w:bCs/>
        </w:rPr>
        <w:t xml:space="preserve">Where only for the</w:t>
      </w:r>
      <w:r>
        <w:rPr>
          <w:b/>
          <w:bCs/>
        </w:rPr>
        <w:t xml:space="preserve"> </w:t>
      </w:r>
      <w:r>
        <w:rPr>
          <w:b/>
          <w:bCs/>
          <w:u w:val="single"/>
        </w:rPr>
        <w:t xml:space="preserve">bard</w:t>
      </w:r>
      <w:r>
        <w:rPr>
          <w:b/>
          <w:bCs/>
        </w:rPr>
        <w:t xml:space="preserve"> </w:t>
      </w:r>
      <w:r>
        <w:rPr>
          <w:b/>
          <w:bCs/>
        </w:rPr>
        <w:t xml:space="preserve">blooms pure delight,</w:t>
      </w:r>
      <w:r>
        <w:br/>
      </w:r>
      <w:r>
        <w:rPr>
          <w:b/>
          <w:bCs/>
        </w:rPr>
        <w:t xml:space="preserve">Where love and friendship yield their choicest blessing,</w:t>
      </w:r>
      <w:r>
        <w:br/>
      </w:r>
      <w:r>
        <w:rPr>
          <w:b/>
          <w:bCs/>
        </w:rPr>
        <w:t xml:space="preserve">Our heart's true bliss, with god-like hand caressing.</w:t>
      </w:r>
      <w:r>
        <w:br/>
      </w:r>
      <w:r>
        <w:t xml:space="preserve">    (a) a hole or dropoff so deep the bottom cannot be seen -- often used figuratively to imply a frightening bottomless pit</w:t>
      </w:r>
      <w:r>
        <w:br/>
      </w:r>
      <w:r>
        <w:t xml:space="preserve">    (b) of the American Indian civilization of Yucatan and Belize and Guatemala that reached its peak between AD 300 and 900</w:t>
      </w:r>
      <w:r>
        <w:br/>
      </w:r>
      <w:r>
        <w:t xml:space="preserve">    (c) someone who composes and recites or sings poems about important events and people; or (as a proper noun) Shakespeare</w:t>
      </w:r>
    </w:p>
    <w:p>
      <w:pPr>
        <w:pStyle w:val="Compact"/>
        <w:numPr>
          <w:ilvl w:val="0"/>
          <w:numId w:val="1001"/>
        </w:numPr>
      </w:pPr>
      <w:r>
        <w:rPr>
          <w:b/>
          <w:bCs/>
        </w:rPr>
        <w:t xml:space="preserve">What dreams</w:t>
      </w:r>
      <w:r>
        <w:rPr>
          <w:b/>
          <w:bCs/>
        </w:rPr>
        <w:t xml:space="preserve"> </w:t>
      </w:r>
      <w:r>
        <w:rPr>
          <w:b/>
          <w:bCs/>
          <w:u w:val="single"/>
        </w:rPr>
        <w:t xml:space="preserve">beguile</w:t>
      </w:r>
      <w:r>
        <w:rPr>
          <w:b/>
          <w:bCs/>
        </w:rPr>
        <w:t xml:space="preserve"> </w:t>
      </w:r>
      <w:r>
        <w:rPr>
          <w:b/>
          <w:bCs/>
        </w:rPr>
        <w:t xml:space="preserve">you on your poet's height?</w:t>
      </w:r>
      <w:r>
        <w:br/>
      </w:r>
      <w:r>
        <w:t xml:space="preserve">    (a) give authority, power, knowledge, or confidence to someone so they can do something</w:t>
      </w:r>
      <w:r>
        <w:br/>
      </w:r>
      <w:r>
        <w:t xml:space="preserve">    (b) to think of something as true or likely, even though it is not known with certainty</w:t>
      </w:r>
      <w:r>
        <w:br/>
      </w:r>
      <w:r>
        <w:t xml:space="preserve">    (c) to charm, enchant, or entertain someone; or to deceive -- especially through charm</w:t>
      </w:r>
    </w:p>
    <w:p>
      <w:pPr>
        <w:pStyle w:val="Compact"/>
        <w:numPr>
          <w:ilvl w:val="0"/>
          <w:numId w:val="1001"/>
        </w:numPr>
      </w:pPr>
      <w:r>
        <w:rPr>
          <w:b/>
          <w:bCs/>
        </w:rPr>
        <w:t xml:space="preserve">Two meet by chance, are pleased, they linger there,</w:t>
      </w:r>
      <w:r>
        <w:br/>
      </w:r>
      <w:r>
        <w:rPr>
          <w:b/>
          <w:bCs/>
        </w:rPr>
        <w:t xml:space="preserve">Insensibly are link'd, they</w:t>
      </w:r>
      <w:r>
        <w:rPr>
          <w:b/>
          <w:bCs/>
        </w:rPr>
        <w:t xml:space="preserve"> </w:t>
      </w:r>
      <w:r>
        <w:rPr>
          <w:b/>
          <w:bCs/>
          <w:u w:val="single"/>
        </w:rPr>
        <w:t xml:space="preserve">scarce</w:t>
      </w:r>
      <w:r>
        <w:rPr>
          <w:b/>
          <w:bCs/>
        </w:rPr>
        <w:t xml:space="preserve"> </w:t>
      </w:r>
      <w:r>
        <w:rPr>
          <w:b/>
          <w:bCs/>
        </w:rPr>
        <w:t xml:space="preserve">know how;</w:t>
      </w:r>
      <w:r>
        <w:br/>
      </w:r>
      <w:r>
        <w:rPr>
          <w:b/>
          <w:bCs/>
        </w:rPr>
        <w:t xml:space="preserve">Fortune seems now propitious, adverse now,</w:t>
      </w:r>
      <w:r>
        <w:br/>
      </w:r>
      <w:r>
        <w:rPr>
          <w:b/>
          <w:bCs/>
        </w:rPr>
        <w:t xml:space="preserve">Then come alternate rapture and despair;</w:t>
      </w:r>
      <w:r>
        <w:br/>
      </w:r>
      <w:r>
        <w:rPr>
          <w:b/>
          <w:bCs/>
        </w:rPr>
        <w:t xml:space="preserve">And 'tis a true romance ere one's aware.</w:t>
      </w:r>
      <w:r>
        <w:br/>
      </w:r>
      <w:r>
        <w:t xml:space="preserve">    (a) the state of not being aware or concerned about something</w:t>
      </w:r>
      <w:r>
        <w:br/>
      </w:r>
      <w:r>
        <w:t xml:space="preserve">    (b) in short supply  OR  barely or hardly (by a small margin)</w:t>
      </w:r>
      <w:r>
        <w:br/>
      </w:r>
      <w:r>
        <w:t xml:space="preserve">    (c) a state similar to sleep where one is unaware of anything</w:t>
      </w:r>
    </w:p>
    <w:p>
      <w:pPr>
        <w:pStyle w:val="Compact"/>
        <w:numPr>
          <w:ilvl w:val="0"/>
          <w:numId w:val="1001"/>
        </w:numPr>
      </w:pPr>
      <w:r>
        <w:rPr>
          <w:b/>
          <w:bCs/>
        </w:rPr>
        <w:t xml:space="preserve">O full-orb'd moon, did but thy rays</w:t>
      </w:r>
      <w:r>
        <w:br/>
      </w:r>
      <w:r>
        <w:rPr>
          <w:b/>
          <w:bCs/>
        </w:rPr>
        <w:t xml:space="preserve">Their last upon mine</w:t>
      </w:r>
      <w:r>
        <w:rPr>
          <w:b/>
          <w:bCs/>
        </w:rPr>
        <w:t xml:space="preserve"> </w:t>
      </w:r>
      <w:r>
        <w:rPr>
          <w:b/>
          <w:bCs/>
          <w:u w:val="single"/>
        </w:rPr>
        <w:t xml:space="preserve">anguish</w:t>
      </w:r>
      <w:r>
        <w:rPr>
          <w:b/>
          <w:bCs/>
        </w:rPr>
        <w:t xml:space="preserve"> </w:t>
      </w:r>
      <w:r>
        <w:rPr>
          <w:b/>
          <w:bCs/>
        </w:rPr>
        <w:t xml:space="preserve">gaze!</w:t>
      </w:r>
      <w:r>
        <w:br/>
      </w:r>
      <w:r>
        <w:t xml:space="preserve">    (a) extreme introversion</w:t>
      </w:r>
      <w:r>
        <w:br/>
      </w:r>
      <w:r>
        <w:t xml:space="preserve">    (b) extreme pain, suffering, or distress</w:t>
      </w:r>
      <w:r>
        <w:br/>
      </w:r>
      <w:r>
        <w:t xml:space="preserve">    (c) extreme depression</w:t>
      </w:r>
    </w:p>
    <w:p>
      <w:pPr>
        <w:pStyle w:val="Compact"/>
        <w:numPr>
          <w:ilvl w:val="0"/>
          <w:numId w:val="1001"/>
        </w:numPr>
      </w:pPr>
      <w:r>
        <w:rPr>
          <w:b/>
          <w:bCs/>
        </w:rPr>
        <w:t xml:space="preserve">Up scholar, lave, with</w:t>
      </w:r>
      <w:r>
        <w:rPr>
          <w:b/>
          <w:bCs/>
        </w:rPr>
        <w:t xml:space="preserve"> </w:t>
      </w:r>
      <w:r>
        <w:rPr>
          <w:b/>
          <w:bCs/>
          <w:u w:val="single"/>
        </w:rPr>
        <w:t xml:space="preserve">zeal</w:t>
      </w:r>
      <w:r>
        <w:rPr>
          <w:b/>
          <w:bCs/>
        </w:rPr>
        <w:t xml:space="preserve"> </w:t>
      </w:r>
      <w:r>
        <w:rPr>
          <w:b/>
          <w:bCs/>
        </w:rPr>
        <w:t xml:space="preserve">undying,</w:t>
      </w:r>
      <w:r>
        <w:br/>
      </w:r>
      <w:r>
        <w:rPr>
          <w:b/>
          <w:bCs/>
        </w:rPr>
        <w:t xml:space="preserve">Thine earthly breast in the morning-red!</w:t>
      </w:r>
      <w:r>
        <w:br/>
      </w:r>
      <w:r>
        <w:t xml:space="preserve">    (a) relating to the chest (thorax)</w:t>
      </w:r>
      <w:r>
        <w:br/>
      </w:r>
      <w:r>
        <w:t xml:space="preserve">    (b) active interest and enthusiasm</w:t>
      </w:r>
      <w:r>
        <w:br/>
      </w:r>
      <w:r>
        <w:t xml:space="preserve">    (c) made by taking on as one's own</w:t>
      </w:r>
    </w:p>
    <w:p>
      <w:pPr>
        <w:pStyle w:val="Compact"/>
        <w:numPr>
          <w:ilvl w:val="0"/>
          <w:numId w:val="1001"/>
        </w:numPr>
      </w:pPr>
      <w:r>
        <w:rPr>
          <w:b/>
          <w:bCs/>
        </w:rPr>
        <w:t xml:space="preserve">with energy</w:t>
      </w:r>
      <w:r>
        <w:rPr>
          <w:b/>
          <w:bCs/>
        </w:rPr>
        <w:t xml:space="preserve"> </w:t>
      </w:r>
      <w:r>
        <w:rPr>
          <w:b/>
          <w:bCs/>
          <w:u w:val="single"/>
        </w:rPr>
        <w:t xml:space="preserve">profound</w:t>
      </w:r>
      <w:r>
        <w:br/>
      </w:r>
      <w:r>
        <w:t xml:space="preserve">    (a) intense</w:t>
      </w:r>
      <w:r>
        <w:br/>
      </w:r>
      <w:r>
        <w:t xml:space="preserve">    (b) without a tendency to be full of thought</w:t>
      </w:r>
      <w:r>
        <w:br/>
      </w:r>
      <w:r>
        <w:t xml:space="preserve">    (c) lacking a tendency to be full of thought</w:t>
      </w:r>
    </w:p>
    <w:p>
      <w:pPr>
        <w:pStyle w:val="Compact"/>
        <w:numPr>
          <w:ilvl w:val="0"/>
          <w:numId w:val="1001"/>
        </w:numPr>
      </w:pPr>
      <w:r>
        <w:rPr>
          <w:b/>
          <w:bCs/>
        </w:rPr>
        <w:t xml:space="preserve">Thee, with</w:t>
      </w:r>
      <w:r>
        <w:rPr>
          <w:b/>
          <w:bCs/>
        </w:rPr>
        <w:t xml:space="preserve"> </w:t>
      </w:r>
      <w:r>
        <w:rPr>
          <w:b/>
          <w:bCs/>
          <w:u w:val="single"/>
        </w:rPr>
        <w:t xml:space="preserve">reverent</w:t>
      </w:r>
      <w:r>
        <w:rPr>
          <w:b/>
          <w:bCs/>
        </w:rPr>
        <w:t xml:space="preserve"> </w:t>
      </w:r>
      <w:r>
        <w:rPr>
          <w:b/>
          <w:bCs/>
        </w:rPr>
        <w:t xml:space="preserve">awe,</w:t>
      </w:r>
      <w:r>
        <w:br/>
      </w:r>
      <w:r>
        <w:rPr>
          <w:b/>
          <w:bCs/>
        </w:rPr>
        <w:t xml:space="preserve">Down from thine old receptacle I draw!</w:t>
      </w:r>
      <w:r>
        <w:br/>
      </w:r>
      <w:r>
        <w:t xml:space="preserve">    (a) without purpose, job, or natural activity</w:t>
      </w:r>
      <w:r>
        <w:br/>
      </w:r>
      <w:r>
        <w:t xml:space="preserve">    (b) the quality of being sensible and careful</w:t>
      </w:r>
      <w:r>
        <w:br/>
      </w:r>
      <w:r>
        <w:t xml:space="preserve">    (c) feeling or showing respect and admiration</w:t>
      </w:r>
    </w:p>
    <w:p>
      <w:pPr>
        <w:pStyle w:val="Compact"/>
        <w:numPr>
          <w:ilvl w:val="0"/>
          <w:numId w:val="1001"/>
        </w:numPr>
      </w:pPr>
      <w:r>
        <w:rPr>
          <w:b/>
          <w:bCs/>
        </w:rPr>
        <w:t xml:space="preserve">CHORUS OF WOMEN</w:t>
      </w:r>
      <w:r>
        <w:br/>
      </w:r>
      <w:r>
        <w:rPr>
          <w:b/>
          <w:bCs/>
        </w:rPr>
        <w:t xml:space="preserve">We, his true-hearted,</w:t>
      </w:r>
      <w:r>
        <w:br/>
      </w:r>
      <w:r>
        <w:rPr>
          <w:b/>
          <w:bCs/>
        </w:rPr>
        <w:t xml:space="preserve">With spices and myrrh,</w:t>
      </w:r>
      <w:r>
        <w:br/>
      </w:r>
      <w:r>
        <w:rPr>
          <w:b/>
          <w:bCs/>
        </w:rPr>
        <w:t xml:space="preserve">Embalmed the departed,</w:t>
      </w:r>
      <w:r>
        <w:br/>
      </w:r>
      <w:r>
        <w:rPr>
          <w:b/>
          <w:bCs/>
        </w:rPr>
        <w:t xml:space="preserve">And swathed him with care;</w:t>
      </w:r>
      <w:r>
        <w:br/>
      </w:r>
      <w:r>
        <w:rPr>
          <w:b/>
          <w:bCs/>
        </w:rPr>
        <w:t xml:space="preserve">Here we</w:t>
      </w:r>
      <w:r>
        <w:rPr>
          <w:b/>
          <w:bCs/>
        </w:rPr>
        <w:t xml:space="preserve"> </w:t>
      </w:r>
      <w:r>
        <w:rPr>
          <w:b/>
          <w:bCs/>
          <w:u w:val="single"/>
        </w:rPr>
        <w:t xml:space="preserve">conveyed</w:t>
      </w:r>
      <w:r>
        <w:rPr>
          <w:b/>
          <w:bCs/>
        </w:rPr>
        <w:t xml:space="preserve"> </w:t>
      </w:r>
      <w:r>
        <w:rPr>
          <w:b/>
          <w:bCs/>
        </w:rPr>
        <w:t xml:space="preserve">Him,</w:t>
      </w:r>
      <w:r>
        <w:br/>
      </w:r>
      <w:r>
        <w:rPr>
          <w:b/>
          <w:bCs/>
        </w:rPr>
        <w:t xml:space="preserve">Our Master, so dear;</w:t>
      </w:r>
      <w:r>
        <w:br/>
      </w:r>
      <w:r>
        <w:rPr>
          <w:b/>
          <w:bCs/>
        </w:rPr>
        <w:t xml:space="preserve">Alas!</w:t>
      </w:r>
      <w:r>
        <w:br/>
      </w:r>
      <w:r>
        <w:t xml:space="preserve">    (a) transported</w:t>
      </w:r>
      <w:r>
        <w:br/>
      </w:r>
      <w:r>
        <w:t xml:space="preserve">    (b) briefly saw</w:t>
      </w:r>
      <w:r>
        <w:br/>
      </w:r>
      <w:r>
        <w:t xml:space="preserve">    (c) hired again</w:t>
      </w:r>
    </w:p>
    <w:p>
      <w:pPr>
        <w:pStyle w:val="Compact"/>
        <w:numPr>
          <w:ilvl w:val="0"/>
          <w:numId w:val="1001"/>
        </w:numPr>
      </w:pPr>
      <w:r>
        <w:rPr>
          <w:b/>
          <w:bCs/>
        </w:rPr>
        <w:t xml:space="preserve">STUDENT</w:t>
      </w:r>
      <w:r>
        <w:br/>
      </w:r>
      <w:r>
        <w:rPr>
          <w:b/>
          <w:bCs/>
        </w:rPr>
        <w:t xml:space="preserve">But then some meaning must the words</w:t>
      </w:r>
      <w:r>
        <w:rPr>
          <w:b/>
          <w:bCs/>
        </w:rPr>
        <w:t xml:space="preserve"> </w:t>
      </w:r>
      <w:r>
        <w:rPr>
          <w:b/>
          <w:bCs/>
          <w:u w:val="single"/>
        </w:rPr>
        <w:t xml:space="preserve">convey</w:t>
      </w:r>
      <w:r>
        <w:rPr>
          <w:b/>
          <w:bCs/>
        </w:rPr>
        <w:t xml:space="preserve">.</w:t>
      </w:r>
      <w:r>
        <w:br/>
      </w:r>
      <w:r>
        <w:t xml:space="preserve">    (a) mirror back (an image)</w:t>
      </w:r>
      <w:r>
        <w:br/>
      </w:r>
      <w:r>
        <w:t xml:space="preserve">    (b) communicate or express</w:t>
      </w:r>
      <w:r>
        <w:br/>
      </w:r>
      <w:r>
        <w:t xml:space="preserve">    (c) create dramatic change</w:t>
      </w:r>
    </w:p>
    <w:p>
      <w:pPr>
        <w:pStyle w:val="Compact"/>
        <w:numPr>
          <w:ilvl w:val="0"/>
          <w:numId w:val="1001"/>
        </w:numPr>
      </w:pPr>
      <w:r>
        <w:rPr>
          <w:b/>
          <w:bCs/>
        </w:rPr>
        <w:t xml:space="preserve">Thither I will not go, I</w:t>
      </w:r>
      <w:r>
        <w:rPr>
          <w:b/>
          <w:bCs/>
        </w:rPr>
        <w:t xml:space="preserve"> </w:t>
      </w:r>
      <w:r>
        <w:rPr>
          <w:b/>
          <w:bCs/>
          <w:u w:val="single"/>
        </w:rPr>
        <w:t xml:space="preserve">loathe</w:t>
      </w:r>
      <w:r>
        <w:rPr>
          <w:b/>
          <w:bCs/>
        </w:rPr>
        <w:t xml:space="preserve"> </w:t>
      </w:r>
      <w:r>
        <w:rPr>
          <w:b/>
          <w:bCs/>
        </w:rPr>
        <w:t xml:space="preserve">the place.</w:t>
      </w:r>
      <w:r>
        <w:br/>
      </w:r>
      <w:r>
        <w:t xml:space="preserve">    (a) hate</w:t>
      </w:r>
      <w:r>
        <w:br/>
      </w:r>
      <w:r>
        <w:t xml:space="preserve">    (b) quit</w:t>
      </w:r>
      <w:r>
        <w:br/>
      </w:r>
      <w:r>
        <w:t xml:space="preserve">    (c) draw</w:t>
      </w:r>
    </w:p>
    <w:p>
      <w:pPr>
        <w:pStyle w:val="Compact"/>
        <w:numPr>
          <w:ilvl w:val="0"/>
          <w:numId w:val="1001"/>
        </w:numPr>
      </w:pPr>
      <w:r>
        <w:rPr>
          <w:b/>
          <w:bCs/>
        </w:rPr>
        <w:t xml:space="preserve">Our fairest cup I offer you,</w:t>
      </w:r>
      <w:r>
        <w:br/>
      </w:r>
      <w:r>
        <w:rPr>
          <w:b/>
          <w:bCs/>
        </w:rPr>
        <w:t xml:space="preserve">Which we with sparkling drink have crown'd,</w:t>
      </w:r>
      <w:r>
        <w:br/>
      </w:r>
      <w:r>
        <w:rPr>
          <w:b/>
          <w:bCs/>
        </w:rPr>
        <w:t xml:space="preserve">And pledging you, I pray aloud,</w:t>
      </w:r>
      <w:r>
        <w:br/>
      </w:r>
      <w:r>
        <w:rPr>
          <w:b/>
          <w:bCs/>
        </w:rPr>
        <w:t xml:space="preserve">That every drop within its round,</w:t>
      </w:r>
      <w:r>
        <w:br/>
      </w:r>
      <w:r>
        <w:rPr>
          <w:b/>
          <w:bCs/>
        </w:rPr>
        <w:t xml:space="preserve">While it your present thirst</w:t>
      </w:r>
      <w:r>
        <w:rPr>
          <w:b/>
          <w:bCs/>
        </w:rPr>
        <w:t xml:space="preserve"> </w:t>
      </w:r>
      <w:r>
        <w:rPr>
          <w:b/>
          <w:bCs/>
          <w:u w:val="single"/>
        </w:rPr>
        <w:t xml:space="preserve">allays</w:t>
      </w:r>
      <w:r>
        <w:rPr>
          <w:b/>
          <w:bCs/>
        </w:rPr>
        <w:t xml:space="preserve">,</w:t>
      </w:r>
      <w:r>
        <w:br/>
      </w:r>
      <w:r>
        <w:rPr>
          <w:b/>
          <w:bCs/>
        </w:rPr>
        <w:t xml:space="preserve">May swell the number of your days.</w:t>
      </w:r>
      <w:r>
        <w:br/>
      </w:r>
      <w:r>
        <w:t xml:space="preserve">    (a) helps or grants favors to someone</w:t>
      </w:r>
      <w:r>
        <w:br/>
      </w:r>
      <w:r>
        <w:t xml:space="preserve">    (b) interacts, interests, or attracts</w:t>
      </w:r>
      <w:r>
        <w:br/>
      </w:r>
      <w:r>
        <w:t xml:space="preserve">    (c) reduces the intensity of or calms</w:t>
      </w:r>
    </w:p>
    <w:p>
      <w:pPr>
        <w:pStyle w:val="Compact"/>
        <w:numPr>
          <w:ilvl w:val="0"/>
          <w:numId w:val="1001"/>
        </w:numPr>
      </w:pPr>
      <w:r>
        <w:rPr>
          <w:b/>
          <w:bCs/>
        </w:rPr>
        <w:t xml:space="preserve">Take</w:t>
      </w:r>
      <w:r>
        <w:rPr>
          <w:b/>
          <w:bCs/>
        </w:rPr>
        <w:t xml:space="preserve"> </w:t>
      </w:r>
      <w:r>
        <w:rPr>
          <w:b/>
          <w:bCs/>
          <w:u w:val="single"/>
        </w:rPr>
        <w:t xml:space="preserve">heed</w:t>
      </w:r>
      <w:r>
        <w:rPr>
          <w:b/>
          <w:bCs/>
        </w:rPr>
        <w:t xml:space="preserve">,</w:t>
      </w:r>
      <w:r>
        <w:br/>
      </w:r>
      <w:r>
        <w:rPr>
          <w:b/>
          <w:bCs/>
        </w:rPr>
        <w:t xml:space="preserve">The import of this primal sentence weigh,</w:t>
      </w:r>
      <w:r>
        <w:br/>
      </w:r>
      <w:r>
        <w:rPr>
          <w:b/>
          <w:bCs/>
        </w:rPr>
        <w:t xml:space="preserve">Lest thy too hasty pen be led astray!</w:t>
      </w:r>
      <w:r>
        <w:br/>
      </w:r>
      <w:r>
        <w:t xml:space="preserve">    (a) a non-doctor who assisted a women in childbirth</w:t>
      </w:r>
      <w:r>
        <w:br/>
      </w:r>
      <w:r>
        <w:t xml:space="preserve">    (b) pay close attention to; or do what is suggested</w:t>
      </w:r>
      <w:r>
        <w:br/>
      </w:r>
      <w:r>
        <w:t xml:space="preserve">    (c) adjusted excessively or made up for excessively</w:t>
      </w:r>
    </w:p>
    <w:p>
      <w:pPr>
        <w:pStyle w:val="Compact"/>
        <w:numPr>
          <w:ilvl w:val="0"/>
          <w:numId w:val="1001"/>
        </w:numPr>
      </w:pPr>
      <w:r>
        <w:rPr>
          <w:b/>
          <w:bCs/>
        </w:rPr>
        <w:t xml:space="preserve">Am I with thee my room to share,</w:t>
      </w:r>
      <w:r>
        <w:br/>
      </w:r>
      <w:r>
        <w:rPr>
          <w:b/>
          <w:bCs/>
        </w:rPr>
        <w:t xml:space="preserve">Poodle, thy barking now</w:t>
      </w:r>
      <w:r>
        <w:rPr>
          <w:b/>
          <w:bCs/>
        </w:rPr>
        <w:t xml:space="preserve"> </w:t>
      </w:r>
      <w:r>
        <w:rPr>
          <w:b/>
          <w:bCs/>
          <w:u w:val="single"/>
        </w:rPr>
        <w:t xml:space="preserve">forbear</w:t>
      </w:r>
      <w:r>
        <w:rPr>
          <w:b/>
          <w:bCs/>
        </w:rPr>
        <w:t xml:space="preserve">,</w:t>
      </w:r>
      <w:r>
        <w:br/>
      </w:r>
      <w:r>
        <w:rPr>
          <w:b/>
          <w:bCs/>
        </w:rPr>
        <w:t xml:space="preserve">Forbear thy howling!</w:t>
      </w:r>
      <w:r>
        <w:br/>
      </w:r>
      <w:r>
        <w:t xml:space="preserve">    (a) the ability to take on or adopt</w:t>
      </w:r>
      <w:r>
        <w:br/>
      </w:r>
      <w:r>
        <w:t xml:space="preserve">    (b) where attention is concentrated</w:t>
      </w:r>
      <w:r>
        <w:br/>
      </w:r>
      <w:r>
        <w:t xml:space="preserve">    (c) refrain (hold back) from acting</w:t>
      </w:r>
    </w:p>
    <w:p>
      <w:pPr>
        <w:pStyle w:val="Compact"/>
        <w:numPr>
          <w:ilvl w:val="0"/>
          <w:numId w:val="1001"/>
        </w:numPr>
      </w:pPr>
      <w:r>
        <w:rPr>
          <w:b/>
          <w:bCs/>
        </w:rPr>
        <w:t xml:space="preserve">One or the other, mark me well,</w:t>
      </w:r>
      <w:r>
        <w:br/>
      </w:r>
      <w:r>
        <w:rPr>
          <w:b/>
          <w:bCs/>
          <w:u w:val="single"/>
        </w:rPr>
        <w:t xml:space="preserve">Forthwith</w:t>
      </w:r>
      <w:r>
        <w:rPr>
          <w:b/>
          <w:bCs/>
        </w:rPr>
        <w:t xml:space="preserve"> </w:t>
      </w:r>
      <w:r>
        <w:rPr>
          <w:b/>
          <w:bCs/>
        </w:rPr>
        <w:t xml:space="preserve">must leave the cell.</w:t>
      </w:r>
      <w:r>
        <w:br/>
      </w:r>
      <w:r>
        <w:t xml:space="preserve">    (a) well suited</w:t>
      </w:r>
      <w:r>
        <w:br/>
      </w:r>
      <w:r>
        <w:t xml:space="preserve">    (b) a last name</w:t>
      </w:r>
      <w:r>
        <w:br/>
      </w:r>
      <w:r>
        <w:t xml:space="preserve">    (c) immediately</w:t>
      </w:r>
    </w:p>
    <w:p>
      <w:pPr>
        <w:pStyle w:val="Compact"/>
        <w:numPr>
          <w:ilvl w:val="0"/>
          <w:numId w:val="1001"/>
        </w:numPr>
      </w:pPr>
      <w:r>
        <w:rPr>
          <w:b/>
          <w:bCs/>
        </w:rPr>
        <w:t xml:space="preserve">Yet fixed is this</w:t>
      </w:r>
      <w:r>
        <w:rPr>
          <w:b/>
          <w:bCs/>
        </w:rPr>
        <w:t xml:space="preserve"> </w:t>
      </w:r>
      <w:r>
        <w:rPr>
          <w:b/>
          <w:bCs/>
          <w:u w:val="single"/>
        </w:rPr>
        <w:t xml:space="preserve">delusion</w:t>
      </w:r>
      <w:r>
        <w:rPr>
          <w:b/>
          <w:bCs/>
        </w:rPr>
        <w:t xml:space="preserve"> </w:t>
      </w:r>
      <w:r>
        <w:rPr>
          <w:b/>
          <w:bCs/>
        </w:rPr>
        <w:t xml:space="preserve">in our heart;</w:t>
      </w:r>
      <w:r>
        <w:br/>
      </w:r>
      <w:r>
        <w:rPr>
          <w:b/>
          <w:bCs/>
        </w:rPr>
        <w:t xml:space="preserve">Who, of his own free will, therefrom would part?</w:t>
      </w:r>
      <w:r>
        <w:br/>
      </w:r>
      <w:r>
        <w:t xml:space="preserve">    (a) a false belief</w:t>
      </w:r>
      <w:r>
        <w:br/>
      </w:r>
      <w:r>
        <w:t xml:space="preserve">    (b) a hoofed mamma</w:t>
      </w:r>
      <w:r>
        <w:br/>
      </w:r>
      <w:r>
        <w:t xml:space="preserve">    (c) a fat compound</w:t>
      </w:r>
    </w:p>
    <w:p>
      <w:pPr>
        <w:pStyle w:val="Compact"/>
        <w:numPr>
          <w:ilvl w:val="0"/>
          <w:numId w:val="1001"/>
        </w:numPr>
      </w:pPr>
      <w:r>
        <w:rPr>
          <w:b/>
          <w:bCs/>
        </w:rPr>
        <w:t xml:space="preserve">Let him to you the mystery show</w:t>
      </w:r>
      <w:r>
        <w:br/>
      </w:r>
      <w:r>
        <w:rPr>
          <w:b/>
          <w:bCs/>
        </w:rPr>
        <w:t xml:space="preserve">To blend high aims and</w:t>
      </w:r>
      <w:r>
        <w:rPr>
          <w:b/>
          <w:bCs/>
        </w:rPr>
        <w:t xml:space="preserve"> </w:t>
      </w:r>
      <w:r>
        <w:rPr>
          <w:b/>
          <w:bCs/>
          <w:u w:val="single"/>
        </w:rPr>
        <w:t xml:space="preserve">cunning</w:t>
      </w:r>
      <w:r>
        <w:rPr>
          <w:b/>
          <w:bCs/>
        </w:rPr>
        <w:t xml:space="preserve"> </w:t>
      </w:r>
      <w:r>
        <w:rPr>
          <w:b/>
          <w:bCs/>
        </w:rPr>
        <w:t xml:space="preserve">low;</w:t>
      </w:r>
      <w:r>
        <w:br/>
      </w:r>
      <w:r>
        <w:rPr>
          <w:b/>
          <w:bCs/>
        </w:rPr>
        <w:t xml:space="preserve">And while youth's passions are aflame</w:t>
      </w:r>
      <w:r>
        <w:br/>
      </w:r>
      <w:r>
        <w:rPr>
          <w:b/>
          <w:bCs/>
        </w:rPr>
        <w:t xml:space="preserve">To fall in love by rule and plan!</w:t>
      </w:r>
      <w:r>
        <w:br/>
      </w:r>
      <w:r>
        <w:t xml:space="preserve">    (a) relating to logical examination to improve understanding</w:t>
      </w:r>
      <w:r>
        <w:br/>
      </w:r>
      <w:r>
        <w:t xml:space="preserve">    (b) related to the natural world (life, air, water, land...)</w:t>
      </w:r>
      <w:r>
        <w:br/>
      </w:r>
      <w:r>
        <w:t xml:space="preserve">    (c) good at achieving goals through cleverness and deception</w:t>
      </w:r>
    </w:p>
    <w:p>
      <w:pPr>
        <w:pStyle w:val="Compact"/>
        <w:numPr>
          <w:ilvl w:val="0"/>
          <w:numId w:val="1001"/>
        </w:numPr>
      </w:pPr>
      <w:r>
        <w:rPr>
          <w:b/>
          <w:bCs/>
        </w:rPr>
        <w:t xml:space="preserve">How my poor heart, without relief,</w:t>
      </w:r>
      <w:r>
        <w:br/>
      </w:r>
      <w:r>
        <w:rPr>
          <w:b/>
          <w:bCs/>
        </w:rPr>
        <w:t xml:space="preserve">Trembles and throbs, its</w:t>
      </w:r>
      <w:r>
        <w:rPr>
          <w:b/>
          <w:bCs/>
        </w:rPr>
        <w:t xml:space="preserve"> </w:t>
      </w:r>
      <w:r>
        <w:rPr>
          <w:b/>
          <w:bCs/>
          <w:u w:val="single"/>
        </w:rPr>
        <w:t xml:space="preserve">yearning</w:t>
      </w:r>
      <w:r>
        <w:rPr>
          <w:b/>
          <w:bCs/>
        </w:rPr>
        <w:t xml:space="preserve"> </w:t>
      </w:r>
      <w:r>
        <w:rPr>
          <w:b/>
          <w:bCs/>
        </w:rPr>
        <w:t xml:space="preserve">grief</w:t>
      </w:r>
      <w:r>
        <w:br/>
      </w:r>
      <w:r>
        <w:rPr>
          <w:b/>
          <w:bCs/>
        </w:rPr>
        <w:t xml:space="preserve">Thou knowest, thou alone!</w:t>
      </w:r>
      <w:r>
        <w:br/>
      </w:r>
      <w:r>
        <w:t xml:space="preserve">    (a) charging (with having broken the law)</w:t>
      </w:r>
      <w:r>
        <w:br/>
      </w:r>
      <w:r>
        <w:t xml:space="preserve">    (b) strongly desiring; or a strong desire</w:t>
      </w:r>
      <w:r>
        <w:br/>
      </w:r>
      <w:r>
        <w:t xml:space="preserve">    (c) changing to fit a different situation</w:t>
      </w:r>
    </w:p>
    <w:p>
      <w:pPr>
        <w:pStyle w:val="Compact"/>
        <w:numPr>
          <w:ilvl w:val="0"/>
          <w:numId w:val="1001"/>
        </w:numPr>
      </w:pPr>
      <w:r>
        <w:rPr>
          <w:b/>
          <w:bCs/>
        </w:rPr>
        <w:t xml:space="preserve">IGNIS FAPUUS</w:t>
      </w:r>
      <w:r>
        <w:br/>
      </w:r>
      <w:r>
        <w:rPr>
          <w:b/>
          <w:bCs/>
        </w:rPr>
        <w:t xml:space="preserve">That you are master here it obvious quite;</w:t>
      </w:r>
      <w:r>
        <w:br/>
      </w:r>
      <w:r>
        <w:rPr>
          <w:b/>
          <w:bCs/>
        </w:rPr>
        <w:t xml:space="preserve">To do your will, I'll</w:t>
      </w:r>
      <w:r>
        <w:rPr>
          <w:b/>
          <w:bCs/>
        </w:rPr>
        <w:t xml:space="preserve"> </w:t>
      </w:r>
      <w:r>
        <w:rPr>
          <w:b/>
          <w:bCs/>
          <w:u w:val="single"/>
        </w:rPr>
        <w:t xml:space="preserve">cordially</w:t>
      </w:r>
      <w:r>
        <w:rPr>
          <w:b/>
          <w:bCs/>
        </w:rPr>
        <w:t xml:space="preserve"> </w:t>
      </w:r>
      <w:r>
        <w:rPr>
          <w:b/>
          <w:bCs/>
        </w:rPr>
        <w:t xml:space="preserve">essay;</w:t>
      </w:r>
      <w:r>
        <w:br/>
      </w:r>
      <w:r>
        <w:rPr>
          <w:b/>
          <w:bCs/>
        </w:rPr>
        <w:t xml:space="preserve">Only reflect!</w:t>
      </w:r>
      <w:r>
        <w:br/>
      </w:r>
      <w:r>
        <w:t xml:space="preserve">    (a) in a friendly way</w:t>
      </w:r>
      <w:r>
        <w:br/>
      </w:r>
      <w:r>
        <w:t xml:space="preserve">    (b) in a skillful way</w:t>
      </w:r>
      <w:r>
        <w:br/>
      </w:r>
      <w:r>
        <w:t xml:space="preserve">    (c) in a pleasing way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2026-07-31T17:10:07Z</dcterms:created>
  <dcterms:modified xsi:type="dcterms:W3CDTF">2026-07-31T17:10:07Z</dcterms:modified>
</cp:coreProperties>
</file>

<file path=docProps/custom.xml><?xml version="1.0" encoding="utf-8"?>
<Properties xmlns="http://schemas.openxmlformats.org/officeDocument/2006/custom-properties" xmlns:vt="http://schemas.openxmlformats.org/officeDocument/2006/docPropsVTypes"/>
</file>