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ebbdfd9e8f80020e70d7d57eb7e4e40a66c037"/>
    <w:p>
      <w:pPr>
        <w:pStyle w:val="Heading1"/>
      </w:pPr>
      <w:r>
        <w:rPr>
          <w:b/>
          <w:bCs/>
        </w:rPr>
        <w:t xml:space="preserve">Far from the Madding Crowd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indirectly referring</w:t>
      </w:r>
      <w:r>
        <w:br/>
      </w:r>
      <w:r>
        <w:t xml:space="preserve">    (b) being discouraging</w:t>
      </w:r>
      <w:r>
        <w:br/>
      </w:r>
      <w:r>
        <w:t xml:space="preserve">    (c) not talking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enemy</w:t>
      </w:r>
      <w:r>
        <w:br/>
      </w:r>
      <w:r>
        <w:t xml:space="preserve">    (b) partner</w:t>
      </w:r>
      <w:r>
        <w:br/>
      </w:r>
      <w:r>
        <w:t xml:space="preserve">    (c) 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bailiff</w:t>
      </w:r>
      <w:r>
        <w:rPr>
          <w:b/>
          <w:bCs/>
        </w:rPr>
        <w:t xml:space="preserve"> </w:t>
      </w:r>
      <w:r>
        <w:rPr>
          <w:b/>
          <w:bCs/>
        </w:rPr>
        <w:t xml:space="preserve">was accused of making prejudicial statements to the jury.</w:t>
      </w:r>
      <w:r>
        <w:br/>
      </w:r>
      <w:r>
        <w:t xml:space="preserve">    (a) defense lawyer</w:t>
      </w:r>
      <w:r>
        <w:br/>
      </w:r>
      <w:r>
        <w:t xml:space="preserve">    (b) court officer</w:t>
      </w:r>
      <w:r>
        <w:br/>
      </w:r>
      <w:r>
        <w:t xml:space="preserve">    (c) prosecutor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similarity</w:t>
      </w:r>
      <w:r>
        <w:br/>
      </w:r>
      <w:r>
        <w:t xml:space="preserve">    (b) notable difference</w:t>
      </w:r>
      <w:r>
        <w:br/>
      </w:r>
      <w:r>
        <w:t xml:space="preserve">    (c) covering of all styles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scatter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and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no matter how</w:t>
      </w:r>
      <w:r>
        <w:br/>
      </w:r>
      <w:r>
        <w:t xml:space="preserve">    (b) on-the-other-hand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tending</w:t>
      </w:r>
      <w:r>
        <w:br/>
      </w:r>
      <w:r>
        <w:t xml:space="preserve">    (b) afraid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price</w:t>
      </w:r>
      <w:r>
        <w:br/>
      </w:r>
      <w:r>
        <w:t xml:space="preserve">    (b) danger</w:t>
      </w:r>
      <w:r>
        <w:br/>
      </w:r>
      <w:r>
        <w:t xml:space="preserve">    (c) slope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hidden</w:t>
      </w:r>
      <w:r>
        <w:br/>
      </w:r>
      <w:r>
        <w:t xml:space="preserve">    (b) been seen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Curiosity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part of learning.</w:t>
      </w:r>
      <w:r>
        <w:br/>
      </w:r>
      <w:r>
        <w:t xml:space="preserve">    (a) easily removed</w:t>
      </w:r>
      <w:r>
        <w:br/>
      </w:r>
      <w:r>
        <w:t xml:space="preserve">    (b) recently added</w:t>
      </w:r>
      <w:r>
        <w:br/>
      </w:r>
      <w:r>
        <w:t xml:space="preserve">    (c) built-in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as a result of that</w:t>
      </w:r>
      <w:r>
        <w:br/>
      </w:r>
      <w:r>
        <w:t xml:space="preserve">    (c) in contrast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raised funds to repair the old chapel's leaking roof and bell tower.</w:t>
      </w:r>
      <w:r>
        <w:br/>
      </w:r>
      <w:r>
        <w:t xml:space="preserve">    (a) large city government</w:t>
      </w:r>
      <w:r>
        <w:br/>
      </w:r>
      <w:r>
        <w:t xml:space="preserve">    (b) private school district</w:t>
      </w:r>
      <w:r>
        <w:br/>
      </w:r>
      <w:r>
        <w:t xml:space="preserve">    (c) local church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describe</w:t>
      </w:r>
      <w:r>
        <w:br/>
      </w:r>
      <w:r>
        <w:t xml:space="preserve">    (b) go before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encouraged</w:t>
      </w:r>
      <w:r>
        <w:br/>
      </w:r>
      <w:r>
        <w:t xml:space="preserve">    (b) was forced</w:t>
      </w:r>
      <w:r>
        <w:br/>
      </w:r>
      <w:r>
        <w:t xml:space="preserve">    (c) firmly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ability</w:t>
      </w:r>
      <w:r>
        <w:br/>
      </w:r>
      <w:r>
        <w:t xml:space="preserve">    (b) determination</w:t>
      </w:r>
      <w:r>
        <w:br/>
      </w:r>
      <w:r>
        <w:t xml:space="preserve">    (c) optimism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future</w:t>
      </w:r>
      <w:r>
        <w:br/>
      </w:r>
      <w:r>
        <w:t xml:space="preserve">    (b) other's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negotiated with</w:t>
      </w:r>
      <w:r>
        <w:br/>
      </w:r>
      <w:r>
        <w:t xml:space="preserve">    (b) treated without respect</w:t>
      </w:r>
      <w:r>
        <w:br/>
      </w:r>
      <w:r>
        <w:t xml:space="preserve">    (c) argued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2026-07-31T14:45:42Z</dcterms:created>
  <dcterms:modified xsi:type="dcterms:W3CDTF">2026-07-31T14:45:42Z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